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328a36228a8fb5c6d4939cf2b8261210edc3d67"/>
    <w:p>
      <w:pPr>
        <w:pStyle w:val="Heading1"/>
      </w:pPr>
      <w:r>
        <w:rPr>
          <w:b/>
          <w:bCs/>
        </w:rPr>
        <w:t xml:space="preserve">Underworld</w:t>
      </w:r>
      <w:r>
        <w:br/>
      </w:r>
      <w:r>
        <w:rPr>
          <w:i/>
          <w:iCs/>
        </w:rPr>
        <w:t xml:space="preserve">Don DeLillo</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Stirring the</w:t>
      </w:r>
      <w:r>
        <w:rPr>
          <w:b/>
          <w:bCs/>
        </w:rPr>
        <w:t xml:space="preserve"> </w:t>
      </w:r>
      <w:r>
        <w:rPr>
          <w:b/>
          <w:bCs/>
          <w:u w:val="single"/>
        </w:rPr>
        <w:t xml:space="preserve">indolent</w:t>
      </w:r>
      <w:r>
        <w:rPr>
          <w:b/>
          <w:bCs/>
        </w:rPr>
        <w:t xml:space="preserve"> </w:t>
      </w:r>
      <w:r>
        <w:rPr>
          <w:b/>
          <w:bCs/>
        </w:rPr>
        <w:t xml:space="preserve">mixture.</w:t>
      </w:r>
      <w:r>
        <w:br/>
      </w:r>
      <w:r>
        <w:t xml:space="preserve">    (a) impulsive</w:t>
      </w:r>
      <w:r>
        <w:br/>
      </w:r>
      <w:r>
        <w:t xml:space="preserve">    (b) lazy</w:t>
      </w:r>
      <w:r>
        <w:br/>
      </w:r>
      <w:r>
        <w:t xml:space="preserve">    (c) unfocused</w:t>
      </w:r>
    </w:p>
    <w:p>
      <w:pPr>
        <w:pStyle w:val="Compact"/>
        <w:numPr>
          <w:ilvl w:val="0"/>
          <w:numId w:val="1001"/>
        </w:numPr>
      </w:pPr>
      <w:r>
        <w:rPr>
          <w:b/>
          <w:bCs/>
        </w:rPr>
        <w:t xml:space="preserve">She thought my mother's arrival might yield the basic savor she could not get from</w:t>
      </w:r>
      <w:r>
        <w:rPr>
          <w:b/>
          <w:bCs/>
        </w:rPr>
        <w:t xml:space="preserve"> </w:t>
      </w:r>
      <w:r>
        <w:rPr>
          <w:b/>
          <w:bCs/>
          <w:u w:val="single"/>
        </w:rPr>
        <w:t xml:space="preserve">laconic</w:t>
      </w:r>
      <w:r>
        <w:rPr>
          <w:b/>
          <w:bCs/>
        </w:rPr>
        <w:t xml:space="preserve"> </w:t>
      </w:r>
      <w:r>
        <w:rPr>
          <w:b/>
          <w:bCs/>
        </w:rPr>
        <w:t xml:space="preserve">Nick.</w:t>
      </w:r>
      <w:r>
        <w:br/>
      </w:r>
      <w:r>
        <w:t xml:space="preserve">    (a) using few words</w:t>
      </w:r>
      <w:r>
        <w:br/>
      </w:r>
      <w:r>
        <w:t xml:space="preserve">    (b) strongly biased</w:t>
      </w:r>
      <w:r>
        <w:br/>
      </w:r>
      <w:r>
        <w:t xml:space="preserve">    (c) material wealth</w:t>
      </w:r>
    </w:p>
    <w:p>
      <w:pPr>
        <w:pStyle w:val="Compact"/>
        <w:numPr>
          <w:ilvl w:val="0"/>
          <w:numId w:val="1001"/>
        </w:numPr>
      </w:pPr>
      <w:r>
        <w:rPr>
          <w:b/>
          <w:bCs/>
        </w:rPr>
        <w:t xml:space="preserve">True, there's a gold-rush</w:t>
      </w:r>
      <w:r>
        <w:rPr>
          <w:b/>
          <w:bCs/>
        </w:rPr>
        <w:t xml:space="preserve"> </w:t>
      </w:r>
      <w:r>
        <w:rPr>
          <w:b/>
          <w:bCs/>
          <w:u w:val="single"/>
        </w:rPr>
        <w:t xml:space="preserve">connotation</w:t>
      </w:r>
      <w:r>
        <w:rPr>
          <w:b/>
          <w:bCs/>
        </w:rPr>
        <w:t xml:space="preserve">.</w:t>
      </w:r>
      <w:r>
        <w:br/>
      </w:r>
      <w:r>
        <w:t xml:space="preserve">    (a) cash or an asset (something of value) that is easily converted into cash</w:t>
      </w:r>
      <w:r>
        <w:br/>
      </w:r>
      <w:r>
        <w:t xml:space="preserve">    (b) ruling on a point of Islamic law that is given by a recognized authority</w:t>
      </w:r>
      <w:r>
        <w:br/>
      </w:r>
      <w:r>
        <w:t xml:space="preserve">    (c) a suggested idea or feeling that goes beyond something's primary meaning</w:t>
      </w:r>
    </w:p>
    <w:p>
      <w:pPr>
        <w:pStyle w:val="Compact"/>
        <w:numPr>
          <w:ilvl w:val="0"/>
          <w:numId w:val="1001"/>
        </w:numPr>
      </w:pPr>
      <w:r>
        <w:rPr>
          <w:b/>
          <w:bCs/>
        </w:rPr>
        <w:t xml:space="preserve">Listen to this, she wears an armband, you won't believe this—they had</w:t>
      </w:r>
      <w:r>
        <w:rPr>
          <w:b/>
          <w:bCs/>
        </w:rPr>
        <w:t xml:space="preserve"> </w:t>
      </w:r>
      <w:r>
        <w:rPr>
          <w:b/>
          <w:bCs/>
          <w:u w:val="single"/>
        </w:rPr>
        <w:t xml:space="preserve">Apartheid</w:t>
      </w:r>
      <w:r>
        <w:rPr>
          <w:b/>
          <w:bCs/>
        </w:rPr>
        <w:t xml:space="preserve"> </w:t>
      </w:r>
      <w:r>
        <w:rPr>
          <w:b/>
          <w:bCs/>
        </w:rPr>
        <w:t xml:space="preserve">Simulation Day at her school.</w:t>
      </w:r>
      <w:r>
        <w:br/>
      </w:r>
      <w:r>
        <w:t xml:space="preserve">    (a) a tradition that celebrates cultural differences</w:t>
      </w:r>
      <w:r>
        <w:br/>
      </w:r>
      <w:r>
        <w:t xml:space="preserve">    (b) a system that unfairly treats people of a different race</w:t>
      </w:r>
      <w:r>
        <w:br/>
      </w:r>
      <w:r>
        <w:t xml:space="preserve">    (c) a legal system that give equal rights to all citizens</w:t>
      </w:r>
    </w:p>
    <w:p>
      <w:pPr>
        <w:pStyle w:val="Compact"/>
        <w:numPr>
          <w:ilvl w:val="0"/>
          <w:numId w:val="1001"/>
        </w:numPr>
      </w:pPr>
      <w:r>
        <w:rPr>
          <w:b/>
          <w:bCs/>
        </w:rPr>
        <w:t xml:space="preserve">Then they heard plaintive</w:t>
      </w:r>
      <w:r>
        <w:rPr>
          <w:b/>
          <w:bCs/>
        </w:rPr>
        <w:t xml:space="preserve"> </w:t>
      </w:r>
      <w:r>
        <w:rPr>
          <w:b/>
          <w:bCs/>
          <w:u w:val="single"/>
        </w:rPr>
        <w:t xml:space="preserve">falsettos</w:t>
      </w:r>
      <w:r>
        <w:rPr>
          <w:b/>
          <w:bCs/>
        </w:rPr>
        <w:t xml:space="preserve"> </w:t>
      </w:r>
      <w:r>
        <w:rPr>
          <w:b/>
          <w:bCs/>
        </w:rPr>
        <w:t xml:space="preserve">from the loudspeakers on the courthouse lawn and they walked down to the cars in the easy heat.</w:t>
      </w:r>
      <w:r>
        <w:br/>
      </w:r>
      <w:r>
        <w:t xml:space="preserve">    (a) groups formed to discuss or offer insight on a particular topic</w:t>
      </w:r>
      <w:r>
        <w:br/>
      </w:r>
      <w:r>
        <w:t xml:space="preserve">    (b) judgments, rough calculations or guesses of qualities or values</w:t>
      </w:r>
      <w:r>
        <w:br/>
      </w:r>
      <w:r>
        <w:t xml:space="preserve">    (c) a male voice that is artificially high -- usually while singing</w:t>
      </w:r>
    </w:p>
    <w:p>
      <w:pPr>
        <w:pStyle w:val="Compact"/>
        <w:numPr>
          <w:ilvl w:val="0"/>
          <w:numId w:val="1001"/>
        </w:numPr>
      </w:pPr>
      <w:r>
        <w:rPr>
          <w:b/>
          <w:bCs/>
        </w:rPr>
        <w:t xml:space="preserve">Matt opened the door, his brother Matty, still looking a little boyish, short and blocky, cowlicked, with thick glasses and a fresh haircut and some gray, maybe, on top, that seemed</w:t>
      </w:r>
      <w:r>
        <w:rPr>
          <w:b/>
          <w:bCs/>
        </w:rPr>
        <w:t xml:space="preserve"> </w:t>
      </w:r>
      <w:r>
        <w:rPr>
          <w:b/>
          <w:bCs/>
          <w:u w:val="single"/>
        </w:rPr>
        <w:t xml:space="preserve">extraneous</w:t>
      </w:r>
      <w:r>
        <w:rPr>
          <w:b/>
          <w:bCs/>
        </w:rPr>
        <w:t xml:space="preserve">.</w:t>
      </w:r>
      <w:r>
        <w:br/>
      </w:r>
      <w:r>
        <w:t xml:space="preserve">    (a) not relevant or important to the matter under consideration</w:t>
      </w:r>
      <w:r>
        <w:br/>
      </w:r>
      <w:r>
        <w:t xml:space="preserve">    (b) the degree or quality of being exactly vertical or straight</w:t>
      </w:r>
      <w:r>
        <w:br/>
      </w:r>
      <w:r>
        <w:t xml:space="preserve">    (c) tendency to be direct in a disagreeable, insensitive manner</w:t>
      </w:r>
    </w:p>
    <w:p>
      <w:pPr>
        <w:pStyle w:val="Compact"/>
        <w:numPr>
          <w:ilvl w:val="0"/>
          <w:numId w:val="1001"/>
        </w:numPr>
      </w:pPr>
      <w:r>
        <w:rPr>
          <w:b/>
          <w:bCs/>
        </w:rPr>
        <w:t xml:space="preserve">The odd sound, the devoicing, with contour and</w:t>
      </w:r>
      <w:r>
        <w:rPr>
          <w:b/>
          <w:bCs/>
        </w:rPr>
        <w:t xml:space="preserve"> </w:t>
      </w:r>
      <w:r>
        <w:rPr>
          <w:b/>
          <w:bCs/>
          <w:u w:val="single"/>
        </w:rPr>
        <w:t xml:space="preserve">modulation</w:t>
      </w:r>
      <w:r>
        <w:rPr>
          <w:b/>
          <w:bCs/>
        </w:rPr>
        <w:t xml:space="preserve"> </w:t>
      </w:r>
      <w:r>
        <w:rPr>
          <w:b/>
          <w:bCs/>
        </w:rPr>
        <w:t xml:space="preserve">strained out.</w:t>
      </w:r>
      <w:r>
        <w:br/>
      </w:r>
      <w:r>
        <w:t xml:space="preserve">    (a) to regulate or make something less severe</w:t>
      </w:r>
      <w:r>
        <w:br/>
      </w:r>
      <w:r>
        <w:t xml:space="preserve">    (b) meticulousness (care about small details)</w:t>
      </w:r>
      <w:r>
        <w:br/>
      </w:r>
      <w:r>
        <w:t xml:space="preserve">    (c) a particular understanding or explanation</w:t>
      </w:r>
    </w:p>
    <w:p>
      <w:pPr>
        <w:pStyle w:val="Compact"/>
        <w:numPr>
          <w:ilvl w:val="0"/>
          <w:numId w:val="1001"/>
        </w:numPr>
      </w:pPr>
      <w:r>
        <w:rPr>
          <w:b/>
          <w:bCs/>
        </w:rPr>
        <w:t xml:space="preserve">He got out of the old belted greatcoat he'd bought cheap at Freight</w:t>
      </w:r>
      <w:r>
        <w:rPr>
          <w:b/>
          <w:bCs/>
        </w:rPr>
        <w:t xml:space="preserve"> </w:t>
      </w:r>
      <w:r>
        <w:rPr>
          <w:b/>
          <w:bCs/>
          <w:u w:val="single"/>
        </w:rPr>
        <w:t xml:space="preserve">Liquidation</w:t>
      </w:r>
      <w:r>
        <w:rPr>
          <w:b/>
          <w:bCs/>
        </w:rPr>
        <w:t xml:space="preserve">, where you go for factory discounts, for irregular suits and dresses, cardigans hijacked by mistake—they thought they were getting cigarettes.</w:t>
      </w:r>
      <w:r>
        <w:br/>
      </w:r>
      <w:r>
        <w:t xml:space="preserve">    (a) a highly educated person interested in learning and exploring ideas -- sometimes while ignoring practical considerations</w:t>
      </w:r>
      <w:r>
        <w:br/>
      </w:r>
      <w:r>
        <w:t xml:space="preserve">    (b) one of many bean-sized organs that filter bacteria and other toxins from circulating white-blood-cell filled lymph fluid</w:t>
      </w:r>
      <w:r>
        <w:br/>
      </w:r>
      <w:r>
        <w:t xml:space="preserve">    (c) To settle or dispose of something completely -- especially by selling assets or forcefully eliminating a person or thing</w:t>
      </w:r>
    </w:p>
    <w:p>
      <w:pPr>
        <w:pStyle w:val="Compact"/>
        <w:numPr>
          <w:ilvl w:val="0"/>
          <w:numId w:val="1001"/>
        </w:numPr>
      </w:pPr>
      <w:r>
        <w:rPr>
          <w:b/>
          <w:bCs/>
        </w:rPr>
        <w:t xml:space="preserve">The two women looked across a landscape of vacant lots filled with years of</w:t>
      </w:r>
      <w:r>
        <w:rPr>
          <w:b/>
          <w:bCs/>
        </w:rPr>
        <w:t xml:space="preserve"> </w:t>
      </w:r>
      <w:r>
        <w:rPr>
          <w:b/>
          <w:bCs/>
          <w:u w:val="single"/>
        </w:rPr>
        <w:t xml:space="preserve">stratified</w:t>
      </w:r>
      <w:r>
        <w:rPr>
          <w:b/>
          <w:bCs/>
        </w:rPr>
        <w:t xml:space="preserve"> </w:t>
      </w:r>
      <w:r>
        <w:rPr>
          <w:b/>
          <w:bCs/>
        </w:rPr>
        <w:t xml:space="preserve">deposits—the age of house garbage, the age of construction debris and vandalized car bodies, the age of moldering mobster parts.</w:t>
      </w:r>
      <w:r>
        <w:br/>
      </w:r>
      <w:r>
        <w:t xml:space="preserve">    (a) not found, sought, or researched</w:t>
      </w:r>
      <w:r>
        <w:br/>
      </w:r>
      <w:r>
        <w:t xml:space="preserve">    (b) caused something to move forward</w:t>
      </w:r>
      <w:r>
        <w:br/>
      </w:r>
      <w:r>
        <w:t xml:space="preserve">    (c) divided into layers or subgroups</w:t>
      </w:r>
    </w:p>
    <w:p>
      <w:pPr>
        <w:pStyle w:val="Compact"/>
        <w:numPr>
          <w:ilvl w:val="0"/>
          <w:numId w:val="1001"/>
        </w:numPr>
      </w:pPr>
      <w:r>
        <w:rPr>
          <w:b/>
          <w:bCs/>
        </w:rPr>
        <w:t xml:space="preserve">The air had the feel of some</w:t>
      </w:r>
      <w:r>
        <w:rPr>
          <w:b/>
          <w:bCs/>
        </w:rPr>
        <w:t xml:space="preserve"> </w:t>
      </w:r>
      <w:r>
        <w:rPr>
          <w:b/>
          <w:bCs/>
          <w:u w:val="single"/>
        </w:rPr>
        <w:t xml:space="preserve">auspicious</w:t>
      </w:r>
      <w:r>
        <w:rPr>
          <w:b/>
          <w:bCs/>
        </w:rPr>
        <w:t xml:space="preserve"> </w:t>
      </w:r>
      <w:r>
        <w:rPr>
          <w:b/>
          <w:bCs/>
        </w:rPr>
        <w:t xml:space="preserve">design.</w:t>
      </w:r>
      <w:r>
        <w:br/>
      </w:r>
      <w:r>
        <w:t xml:space="preserve">    (a) the degree to which something can be translated</w:t>
      </w:r>
      <w:r>
        <w:br/>
      </w:r>
      <w:r>
        <w:t xml:space="preserve">    (b) not able to change to fit a different situation</w:t>
      </w:r>
      <w:r>
        <w:br/>
      </w:r>
      <w:r>
        <w:t xml:space="preserve">    (c) favorable; or suggestive of good things to come</w:t>
      </w:r>
    </w:p>
    <w:p>
      <w:pPr>
        <w:pStyle w:val="Compact"/>
        <w:numPr>
          <w:ilvl w:val="0"/>
          <w:numId w:val="1001"/>
        </w:numPr>
      </w:pPr>
      <w:r>
        <w:rPr>
          <w:b/>
          <w:bCs/>
        </w:rPr>
        <w:t xml:space="preserve">But the curious thing, the contradiction, is that I was standing in the middle of a fenced enclosure in a bungalow slum looking up at the spires of the great strange architectural cluster known as the Watts Towers, an idiosyncrasy out of someone's innocent</w:t>
      </w:r>
      <w:r>
        <w:rPr>
          <w:b/>
          <w:bCs/>
        </w:rPr>
        <w:t xml:space="preserve"> </w:t>
      </w:r>
      <w:r>
        <w:rPr>
          <w:b/>
          <w:bCs/>
          <w:u w:val="single"/>
        </w:rPr>
        <w:t xml:space="preserve">anarchist</w:t>
      </w:r>
      <w:r>
        <w:rPr>
          <w:b/>
          <w:bCs/>
        </w:rPr>
        <w:t xml:space="preserve"> </w:t>
      </w:r>
      <w:r>
        <w:rPr>
          <w:b/>
          <w:bCs/>
        </w:rPr>
        <w:t xml:space="preserve">visions, and the more I looked, the more I thought of Jimmy.</w:t>
      </w:r>
      <w:r>
        <w:br/>
      </w:r>
      <w:r>
        <w:t xml:space="preserve">    (a) of Norway, Sweden, Denmark and sometimes Finland &amp; Iceland</w:t>
      </w:r>
      <w:r>
        <w:br/>
      </w:r>
      <w:r>
        <w:t xml:space="preserve">    (b) involvement in or the suggestion that someone was involved</w:t>
      </w:r>
      <w:r>
        <w:br/>
      </w:r>
      <w:r>
        <w:t xml:space="preserve">    (c) someone who favors eliminating all government or authority</w:t>
      </w:r>
    </w:p>
    <w:p>
      <w:pPr>
        <w:pStyle w:val="Compact"/>
        <w:numPr>
          <w:ilvl w:val="0"/>
          <w:numId w:val="1001"/>
        </w:numPr>
      </w:pPr>
      <w:r>
        <w:rPr>
          <w:b/>
          <w:bCs/>
        </w:rPr>
        <w:t xml:space="preserve">A fiery horse with the</w:t>
      </w:r>
      <w:r>
        <w:rPr>
          <w:b/>
          <w:bCs/>
        </w:rPr>
        <w:t xml:space="preserve"> </w:t>
      </w:r>
      <w:r>
        <w:rPr>
          <w:b/>
          <w:bCs/>
          <w:u w:val="single"/>
        </w:rPr>
        <w:t xml:space="preserve">speed of light</w:t>
      </w:r>
      <w:r>
        <w:rPr>
          <w:b/>
          <w:bCs/>
        </w:rPr>
        <w:t xml:space="preserve">.</w:t>
      </w:r>
      <w:r>
        <w:br/>
      </w:r>
      <w:r>
        <w:t xml:space="preserve">    (a) an artist who created medieval European art associated with Gothic cathedrals</w:t>
      </w:r>
      <w:r>
        <w:br/>
      </w:r>
      <w:r>
        <w:t xml:space="preserve">    (b) rate at which light travels (about 186,000 miles per second or 300,000,000 meters per second in a vacuum)</w:t>
      </w:r>
      <w:r>
        <w:br/>
      </w:r>
      <w:r>
        <w:t xml:space="preserve">    (c) 3-dimensional X-ray images of parts of the body using computerized tomography</w:t>
      </w:r>
    </w:p>
    <w:p>
      <w:pPr>
        <w:pStyle w:val="Compact"/>
        <w:numPr>
          <w:ilvl w:val="0"/>
          <w:numId w:val="1001"/>
        </w:numPr>
      </w:pPr>
      <w:r>
        <w:rPr>
          <w:b/>
          <w:bCs/>
        </w:rPr>
        <w:t xml:space="preserve">She did not</w:t>
      </w:r>
      <w:r>
        <w:rPr>
          <w:b/>
          <w:bCs/>
        </w:rPr>
        <w:t xml:space="preserve"> </w:t>
      </w:r>
      <w:r>
        <w:rPr>
          <w:b/>
          <w:bCs/>
          <w:u w:val="single"/>
        </w:rPr>
        <w:t xml:space="preserve">quibble</w:t>
      </w:r>
      <w:r>
        <w:rPr>
          <w:b/>
          <w:bCs/>
        </w:rPr>
        <w:t xml:space="preserve"> </w:t>
      </w:r>
      <w:r>
        <w:rPr>
          <w:b/>
          <w:bCs/>
        </w:rPr>
        <w:t xml:space="preserve">or carp, she spoke gently to him, she was better than he deserved, writing postcards when she went back home to visit—imagine getting a postcard from your wife.</w:t>
      </w:r>
      <w:r>
        <w:br/>
      </w:r>
      <w:r>
        <w:t xml:space="preserve">    (a) analyze or analysis</w:t>
      </w:r>
      <w:r>
        <w:br/>
      </w:r>
      <w:r>
        <w:t xml:space="preserve">    (b) be distressed or distress</w:t>
      </w:r>
      <w:r>
        <w:br/>
      </w:r>
      <w:r>
        <w:t xml:space="preserve">    (c) argue or argument (about unimportant things)</w:t>
      </w:r>
    </w:p>
    <w:p>
      <w:pPr>
        <w:pStyle w:val="Compact"/>
        <w:numPr>
          <w:ilvl w:val="0"/>
          <w:numId w:val="1001"/>
        </w:numPr>
      </w:pPr>
      <w:r>
        <w:rPr>
          <w:b/>
          <w:bCs/>
        </w:rPr>
        <w:t xml:space="preserve">This was her nature</w:t>
      </w:r>
      <w:r>
        <w:rPr>
          <w:b/>
          <w:bCs/>
        </w:rPr>
        <w:t xml:space="preserve"> </w:t>
      </w:r>
      <w:r>
        <w:rPr>
          <w:b/>
          <w:bCs/>
          <w:u w:val="single"/>
        </w:rPr>
        <w:t xml:space="preserve">preserve</w:t>
      </w:r>
      <w:r>
        <w:rPr>
          <w:b/>
          <w:bCs/>
        </w:rPr>
        <w:t xml:space="preserve">, a cramped room with a couple of sofas and chairs, where she sat and yakked with the night staff about coffee prices and unsafe streets and the burn victim with the smell you can't describe—this was the handgrip, the safehold she needed to live.</w:t>
      </w:r>
      <w:r>
        <w:br/>
      </w:r>
      <w:r>
        <w:t xml:space="preserve">    (a) someone who believes that all knowledge is derived from experience</w:t>
      </w:r>
      <w:r>
        <w:br/>
      </w:r>
      <w:r>
        <w:t xml:space="preserve">    (b) mild mental disorders -- usually worrying too much about something</w:t>
      </w:r>
      <w:r>
        <w:br/>
      </w:r>
      <w:r>
        <w:t xml:space="preserve">    (c) a place where conditions are maintained to protect wildlife</w:t>
      </w:r>
    </w:p>
    <w:p>
      <w:pPr>
        <w:pStyle w:val="Compact"/>
        <w:numPr>
          <w:ilvl w:val="0"/>
          <w:numId w:val="1001"/>
        </w:numPr>
      </w:pPr>
      <w:r>
        <w:rPr>
          <w:b/>
          <w:bCs/>
        </w:rPr>
        <w:t xml:space="preserve">Lenny studies them a while, letting the moment draw meaning and</w:t>
      </w:r>
      <w:r>
        <w:rPr>
          <w:b/>
          <w:bCs/>
        </w:rPr>
        <w:t xml:space="preserve"> </w:t>
      </w:r>
      <w:r>
        <w:rPr>
          <w:b/>
          <w:bCs/>
          <w:u w:val="single"/>
        </w:rPr>
        <w:t xml:space="preserve">portent</w:t>
      </w:r>
      <w:r>
        <w:rPr>
          <w:b/>
          <w:bCs/>
        </w:rPr>
        <w:t xml:space="preserve">.</w:t>
      </w:r>
      <w:r>
        <w:br/>
      </w:r>
      <w:r>
        <w:t xml:space="preserve">    (a) a basic building block for proteins</w:t>
      </w:r>
      <w:r>
        <w:br/>
      </w:r>
      <w:r>
        <w:t xml:space="preserve">    (b) someone who believe in a single God</w:t>
      </w:r>
      <w:r>
        <w:br/>
      </w:r>
      <w:r>
        <w:t xml:space="preserve">    (c) a sign of something about to happen</w:t>
      </w:r>
    </w:p>
    <w:p>
      <w:pPr>
        <w:pStyle w:val="Compact"/>
        <w:numPr>
          <w:ilvl w:val="0"/>
          <w:numId w:val="1001"/>
        </w:numPr>
      </w:pPr>
      <w:r>
        <w:rPr>
          <w:b/>
          <w:bCs/>
        </w:rPr>
        <w:t xml:space="preserve">He used to feel a bitter and sado-sort of grudge pleasure, getting even for his life, taking it out on the landscape and the</w:t>
      </w:r>
      <w:r>
        <w:rPr>
          <w:b/>
          <w:bCs/>
        </w:rPr>
        <w:t xml:space="preserve"> </w:t>
      </w:r>
      <w:r>
        <w:rPr>
          <w:b/>
          <w:bCs/>
          <w:u w:val="single"/>
        </w:rPr>
        <w:t xml:space="preserve">indigenous</w:t>
      </w:r>
      <w:r>
        <w:rPr>
          <w:b/>
          <w:bCs/>
        </w:rPr>
        <w:t xml:space="preserve"> </w:t>
      </w:r>
      <w:r>
        <w:rPr>
          <w:b/>
          <w:bCs/>
        </w:rPr>
        <w:t xml:space="preserve">population.</w:t>
      </w:r>
      <w:r>
        <w:br/>
      </w:r>
      <w:r>
        <w:t xml:space="preserve">    (a) material wealth</w:t>
      </w:r>
      <w:r>
        <w:br/>
      </w:r>
      <w:r>
        <w:t xml:space="preserve">    (b) strongly biased</w:t>
      </w:r>
      <w:r>
        <w:br/>
      </w:r>
      <w:r>
        <w:t xml:space="preserve">    (c) of local origin</w:t>
      </w:r>
    </w:p>
    <w:p>
      <w:pPr>
        <w:pStyle w:val="Compact"/>
        <w:numPr>
          <w:ilvl w:val="0"/>
          <w:numId w:val="1001"/>
        </w:numPr>
      </w:pPr>
      <w:r>
        <w:rPr>
          <w:b/>
          <w:bCs/>
        </w:rPr>
        <w:t xml:space="preserve">He went through a</w:t>
      </w:r>
      <w:r>
        <w:rPr>
          <w:b/>
          <w:bCs/>
        </w:rPr>
        <w:t xml:space="preserve"> </w:t>
      </w:r>
      <w:r>
        <w:rPr>
          <w:b/>
          <w:bCs/>
          <w:u w:val="single"/>
        </w:rPr>
        <w:t xml:space="preserve">medley</w:t>
      </w:r>
      <w:r>
        <w:rPr>
          <w:b/>
          <w:bCs/>
        </w:rPr>
        <w:t xml:space="preserve"> </w:t>
      </w:r>
      <w:r>
        <w:rPr>
          <w:b/>
          <w:bCs/>
        </w:rPr>
        <w:t xml:space="preserve">of movie bits and they loved it.</w:t>
      </w:r>
      <w:r>
        <w:br/>
      </w:r>
      <w:r>
        <w:t xml:space="preserve">    (a) wrong understanding</w:t>
      </w:r>
      <w:r>
        <w:br/>
      </w:r>
      <w:r>
        <w:t xml:space="preserve">    (b) a mixture of things</w:t>
      </w:r>
      <w:r>
        <w:br/>
      </w:r>
      <w:r>
        <w:t xml:space="preserve">    (c) act of hiring again</w:t>
      </w:r>
    </w:p>
    <w:p>
      <w:pPr>
        <w:pStyle w:val="Compact"/>
        <w:numPr>
          <w:ilvl w:val="0"/>
          <w:numId w:val="1001"/>
        </w:numPr>
      </w:pPr>
      <w:r>
        <w:rPr>
          <w:b/>
          <w:bCs/>
        </w:rPr>
        <w:t xml:space="preserve">The always seeping suspicion, paralysis, the thing</w:t>
      </w:r>
      <w:r>
        <w:rPr>
          <w:b/>
          <w:bCs/>
        </w:rPr>
        <w:t xml:space="preserve"> </w:t>
      </w:r>
      <w:r>
        <w:rPr>
          <w:b/>
          <w:bCs/>
          <w:u w:val="single"/>
        </w:rPr>
        <w:t xml:space="preserve">implicit</w:t>
      </w:r>
      <w:r>
        <w:rPr>
          <w:b/>
          <w:bCs/>
        </w:rPr>
        <w:t xml:space="preserve"> </w:t>
      </w:r>
      <w:r>
        <w:rPr>
          <w:b/>
          <w:bCs/>
        </w:rPr>
        <w:t xml:space="preserve">in the push-button city, that it will stop cold, leaving us helpless in the rat-eye dark, and then we begin to wonder, as I did, how the whole thing works anyway.</w:t>
      </w:r>
      <w:r>
        <w:br/>
      </w:r>
      <w:r>
        <w:t xml:space="preserve">    (a) the degree to which something can be translated</w:t>
      </w:r>
      <w:r>
        <w:br/>
      </w:r>
      <w:r>
        <w:t xml:space="preserve">    (b) the state or degree of being good or beneficial</w:t>
      </w:r>
      <w:r>
        <w:br/>
      </w:r>
      <w:r>
        <w:t xml:space="preserve">    (c) existing as an inseparable characteristic</w:t>
      </w:r>
    </w:p>
    <w:p>
      <w:pPr>
        <w:pStyle w:val="Compact"/>
        <w:numPr>
          <w:ilvl w:val="0"/>
          <w:numId w:val="1001"/>
        </w:numPr>
      </w:pPr>
      <w:r>
        <w:rPr>
          <w:b/>
          <w:bCs/>
        </w:rPr>
        <w:t xml:space="preserve">Salugi, they cried, that strange word, maybe some corruption of the Italian saluto, maybe a mock</w:t>
      </w:r>
      <w:r>
        <w:rPr>
          <w:b/>
          <w:bCs/>
        </w:rPr>
        <w:t xml:space="preserve"> </w:t>
      </w:r>
      <w:r>
        <w:rPr>
          <w:b/>
          <w:bCs/>
          <w:u w:val="single"/>
        </w:rPr>
        <w:t xml:space="preserve">salutation</w:t>
      </w:r>
      <w:r>
        <w:rPr>
          <w:b/>
          <w:bCs/>
        </w:rPr>
        <w:t xml:space="preserve">—hello, we've got your hat, now try and get it back.</w:t>
      </w:r>
      <w:r>
        <w:br/>
      </w:r>
      <w:r>
        <w:t xml:space="preserve">    (a) a highly educated person interested in learning and exploring ideas -- sometimes while ignoring practical considerations</w:t>
      </w:r>
      <w:r>
        <w:br/>
      </w:r>
      <w:r>
        <w:t xml:space="preserve">    (b) a small hole or a series of small holes such as are used to make it easy to tear a piece of paper along a specific line</w:t>
      </w:r>
      <w:r>
        <w:br/>
      </w:r>
      <w:r>
        <w:t xml:space="preserve">    (c) a greeting -- such as</w:t>
      </w:r>
      <w:r>
        <w:t xml:space="preserve"> </w:t>
      </w:r>
      <w:r>
        <w:rPr>
          <w:i/>
          <w:iCs/>
        </w:rPr>
        <w:t xml:space="preserve">"Hi"</w:t>
      </w:r>
      <w:r>
        <w:t xml:space="preserve">, </w:t>
      </w:r>
      <w:r>
        <w:t xml:space="preserve"> </w:t>
      </w:r>
      <w:r>
        <w:rPr>
          <w:i/>
          <w:iCs/>
        </w:rPr>
        <w:t xml:space="preserve">"Dear John:"</w:t>
      </w:r>
      <w:r>
        <w:t xml:space="preserve">, or</w:t>
      </w:r>
      <w:r>
        <w:t xml:space="preserve"> </w:t>
      </w:r>
      <w:r>
        <w:rPr>
          <w:i/>
          <w:iCs/>
        </w:rPr>
        <w:t xml:space="preserve">"Ladies and Gentlemen"</w:t>
      </w:r>
      <w:r>
        <w:br/>
      </w:r>
      <w:r>
        <w:br/>
      </w:r>
      <w:r>
        <w:t xml:space="preserve">or:</w:t>
      </w:r>
      <w:r>
        <w:br/>
      </w:r>
      <w:r>
        <w:br/>
      </w:r>
      <w:r>
        <w:t xml:space="preserve">the act of greeting</w:t>
      </w:r>
    </w:p>
    <w:p>
      <w:pPr>
        <w:pStyle w:val="Compact"/>
        <w:numPr>
          <w:ilvl w:val="0"/>
          <w:numId w:val="1001"/>
        </w:numPr>
      </w:pPr>
      <w:r>
        <w:rPr>
          <w:b/>
          <w:bCs/>
        </w:rPr>
        <w:t xml:space="preserve">He didn't understand why the Times would take a ball game off the sports page and</w:t>
      </w:r>
      <w:r>
        <w:rPr>
          <w:b/>
          <w:bCs/>
        </w:rPr>
        <w:t xml:space="preserve"> </w:t>
      </w:r>
      <w:r>
        <w:rPr>
          <w:b/>
          <w:bCs/>
          <w:u w:val="single"/>
        </w:rPr>
        <w:t xml:space="preserve">juxtapose</w:t>
      </w:r>
      <w:r>
        <w:rPr>
          <w:b/>
          <w:bCs/>
        </w:rPr>
        <w:t xml:space="preserve"> </w:t>
      </w:r>
      <w:r>
        <w:rPr>
          <w:b/>
          <w:bCs/>
        </w:rPr>
        <w:t xml:space="preserve">it with news of such ominous consequence.</w:t>
      </w:r>
      <w:r>
        <w:br/>
      </w:r>
      <w:r>
        <w:t xml:space="preserve">    (a) position differing things side-by-side</w:t>
      </w:r>
      <w:r>
        <w:br/>
      </w:r>
      <w:r>
        <w:t xml:space="preserve">    (b) examine in detail to better understand</w:t>
      </w:r>
      <w:r>
        <w:br/>
      </w:r>
      <w:r>
        <w:t xml:space="preserve">    (c) appropriate in size, amount, or degree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2026-07-31T16:24:12Z</dcterms:created>
  <dcterms:modified xsi:type="dcterms:W3CDTF">2026-07-31T16:24:12Z</dcterms:modified>
</cp:coreProperties>
</file>

<file path=docProps/custom.xml><?xml version="1.0" encoding="utf-8"?>
<Properties xmlns="http://schemas.openxmlformats.org/officeDocument/2006/custom-properties" xmlns:vt="http://schemas.openxmlformats.org/officeDocument/2006/docPropsVTypes"/>
</file>