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7caa2ad953178018328849cd2c8ef5ca1087121"/>
    <w:p>
      <w:pPr>
        <w:pStyle w:val="Heading1"/>
      </w:pPr>
      <w:r>
        <w:rPr>
          <w:b/>
          <w:bCs/>
        </w:rPr>
        <w:t xml:space="preserve">Under the Lion's Paw</w:t>
      </w:r>
      <w:r>
        <w:br/>
      </w:r>
      <w:r>
        <w:rPr>
          <w:i/>
          <w:iCs/>
        </w:rPr>
        <w:t xml:space="preserve">Hamlin Garland</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All day long the ploughmen on their prairie farms had moved to and fro in their wide level fields through the falling snow, which melted as it fell, wetting them to the skin all day,</w:t>
      </w:r>
      <w:r>
        <w:rPr>
          <w:b/>
          <w:bCs/>
        </w:rPr>
        <w:t xml:space="preserve"> </w:t>
      </w:r>
      <w:r>
        <w:rPr>
          <w:b/>
          <w:bCs/>
          <w:u w:val="single"/>
        </w:rPr>
        <w:t xml:space="preserve">notwithstanding</w:t>
      </w:r>
      <w:r>
        <w:rPr>
          <w:b/>
          <w:bCs/>
        </w:rPr>
        <w:t xml:space="preserve"> </w:t>
      </w:r>
      <w:r>
        <w:rPr>
          <w:b/>
          <w:bCs/>
        </w:rPr>
        <w:t xml:space="preserve">the frequent squalls of snow, the dripping, desolate clouds, and the muck of the furrows, black and tenacious as tar.</w:t>
      </w:r>
      <w:r>
        <w:br/>
      </w:r>
      <w:r>
        <w:t xml:space="preserve">    (a) used to show that something remains true even though something else seems to go against it</w:t>
      </w:r>
      <w:r>
        <w:br/>
      </w:r>
      <w:r>
        <w:t xml:space="preserve">    (b) in keeping with or in agreement with what was just stated</w:t>
      </w:r>
      <w:r>
        <w:br/>
      </w:r>
      <w:r>
        <w:t xml:space="preserve">    (c) therefore (for that reason)</w:t>
      </w:r>
    </w:p>
    <w:p>
      <w:pPr>
        <w:pStyle w:val="Compact"/>
        <w:numPr>
          <w:ilvl w:val="0"/>
          <w:numId w:val="1001"/>
        </w:numPr>
      </w:pPr>
      <w:r>
        <w:rPr>
          <w:b/>
          <w:bCs/>
        </w:rPr>
        <w:t xml:space="preserve">All day long the ploughmen on their prairie farms had moved to and fro in their wide level fields through the falling snow, which melted as it fell, wetting them to the skin all day, notwithstanding the frequent</w:t>
      </w:r>
      <w:r>
        <w:rPr>
          <w:b/>
          <w:bCs/>
        </w:rPr>
        <w:t xml:space="preserve"> </w:t>
      </w:r>
      <w:r>
        <w:rPr>
          <w:b/>
          <w:bCs/>
          <w:u w:val="single"/>
        </w:rPr>
        <w:t xml:space="preserve">squalls</w:t>
      </w:r>
      <w:r>
        <w:rPr>
          <w:b/>
          <w:bCs/>
        </w:rPr>
        <w:t xml:space="preserve"> </w:t>
      </w:r>
      <w:r>
        <w:rPr>
          <w:b/>
          <w:bCs/>
        </w:rPr>
        <w:t xml:space="preserve">of snow, the dripping, desolate clouds, and the muck of the furrows, black and tenacious as tar.</w:t>
      </w:r>
      <w:r>
        <w:br/>
      </w:r>
      <w:r>
        <w:t xml:space="preserve">    (a) degrades (decreases) the purity, quality, or status of something</w:t>
      </w:r>
      <w:r>
        <w:br/>
      </w:r>
      <w:r>
        <w:t xml:space="preserve">    (b) sudden strong winds; or storms</w:t>
      </w:r>
      <w:r>
        <w:br/>
      </w:r>
      <w:r>
        <w:t xml:space="preserve">    (c) shows fear by positioning the body as though afraid of being hit</w:t>
      </w:r>
    </w:p>
    <w:p>
      <w:pPr>
        <w:pStyle w:val="Compact"/>
        <w:numPr>
          <w:ilvl w:val="0"/>
          <w:numId w:val="1001"/>
        </w:numPr>
      </w:pPr>
      <w:r>
        <w:rPr>
          <w:b/>
          <w:bCs/>
        </w:rPr>
        <w:t xml:space="preserve">They seemed to know what he meant, and that this was the last round, for they worked with greater</w:t>
      </w:r>
      <w:r>
        <w:rPr>
          <w:b/>
          <w:bCs/>
        </w:rPr>
        <w:t xml:space="preserve"> </w:t>
      </w:r>
      <w:r>
        <w:rPr>
          <w:b/>
          <w:bCs/>
          <w:u w:val="single"/>
        </w:rPr>
        <w:t xml:space="preserve">vigor</w:t>
      </w:r>
      <w:r>
        <w:rPr>
          <w:b/>
          <w:bCs/>
        </w:rPr>
        <w:t xml:space="preserve"> </w:t>
      </w:r>
      <w:r>
        <w:rPr>
          <w:b/>
          <w:bCs/>
        </w:rPr>
        <w:t xml:space="preserve">than before.</w:t>
      </w:r>
      <w:r>
        <w:br/>
      </w:r>
      <w:r>
        <w:t xml:space="preserve">    (a) strength, energy, or good health</w:t>
      </w:r>
      <w:r>
        <w:br/>
      </w:r>
      <w:r>
        <w:t xml:space="preserve">    (b) lacking things most people enjoy</w:t>
      </w:r>
      <w:r>
        <w:br/>
      </w:r>
      <w:r>
        <w:t xml:space="preserve">    (c) opposed to people who are Jewish</w:t>
      </w:r>
    </w:p>
    <w:p>
      <w:pPr>
        <w:pStyle w:val="Compact"/>
        <w:numPr>
          <w:ilvl w:val="0"/>
          <w:numId w:val="1001"/>
        </w:numPr>
      </w:pPr>
      <w:r>
        <w:rPr>
          <w:b/>
          <w:bCs/>
        </w:rPr>
        <w:t xml:space="preserve">He was picking his way carefully through the mud, when the tall form of a man loomed up before him with a</w:t>
      </w:r>
      <w:r>
        <w:rPr>
          <w:b/>
          <w:bCs/>
        </w:rPr>
        <w:t xml:space="preserve"> </w:t>
      </w:r>
      <w:r>
        <w:rPr>
          <w:b/>
          <w:bCs/>
          <w:u w:val="single"/>
        </w:rPr>
        <w:t xml:space="preserve">premonitory</w:t>
      </w:r>
      <w:r>
        <w:rPr>
          <w:b/>
          <w:bCs/>
        </w:rPr>
        <w:t xml:space="preserve"> </w:t>
      </w:r>
      <w:r>
        <w:rPr>
          <w:b/>
          <w:bCs/>
        </w:rPr>
        <w:t xml:space="preserve">cough.</w:t>
      </w:r>
      <w:r>
        <w:br/>
      </w:r>
      <w:r>
        <w:t xml:space="preserve">    (a) related to intelligence -- such as requiring, appealing to, or possessing intelligence</w:t>
      </w:r>
      <w:r>
        <w:br/>
      </w:r>
      <w:r>
        <w:t xml:space="preserve">    (b) a feeling, not based on reason, that something will happen -- especially something bad</w:t>
      </w:r>
      <w:r>
        <w:br/>
      </w:r>
      <w:r>
        <w:t xml:space="preserve">    (c) (adjective) designed to stop something  OR  (noun) something that stops something else</w:t>
      </w:r>
    </w:p>
    <w:p>
      <w:pPr>
        <w:pStyle w:val="Compact"/>
        <w:numPr>
          <w:ilvl w:val="0"/>
          <w:numId w:val="1001"/>
        </w:numPr>
      </w:pPr>
      <w:r>
        <w:rPr>
          <w:b/>
          <w:bCs/>
        </w:rPr>
        <w:t xml:space="preserve">"There ye go!" he shouted</w:t>
      </w:r>
      <w:r>
        <w:rPr>
          <w:b/>
          <w:bCs/>
        </w:rPr>
        <w:t xml:space="preserve"> </w:t>
      </w:r>
      <w:r>
        <w:rPr>
          <w:b/>
          <w:bCs/>
          <w:u w:val="single"/>
        </w:rPr>
        <w:t xml:space="preserve">jovially</w:t>
      </w:r>
      <w:r>
        <w:rPr>
          <w:b/>
          <w:bCs/>
        </w:rPr>
        <w:t xml:space="preserve">, to the children.</w:t>
      </w:r>
      <w:r>
        <w:br/>
      </w:r>
      <w:r>
        <w:t xml:space="preserve">    (a) cheerfully and friendly</w:t>
      </w:r>
      <w:r>
        <w:br/>
      </w:r>
      <w:r>
        <w:t xml:space="preserve">    (b) relating to the outside</w:t>
      </w:r>
      <w:r>
        <w:br/>
      </w:r>
      <w:r>
        <w:t xml:space="preserve">    (c) about (but not exactly)</w:t>
      </w:r>
    </w:p>
    <w:p>
      <w:pPr>
        <w:pStyle w:val="Compact"/>
        <w:numPr>
          <w:ilvl w:val="0"/>
          <w:numId w:val="1001"/>
        </w:numPr>
      </w:pPr>
      <w:r>
        <w:rPr>
          <w:b/>
          <w:bCs/>
        </w:rPr>
        <w:t xml:space="preserve">His hair was a reddish brown, like his coat, and seemed equally faded by the wind and sun, and his</w:t>
      </w:r>
      <w:r>
        <w:rPr>
          <w:b/>
          <w:bCs/>
        </w:rPr>
        <w:t xml:space="preserve"> </w:t>
      </w:r>
      <w:r>
        <w:rPr>
          <w:b/>
          <w:bCs/>
          <w:u w:val="single"/>
        </w:rPr>
        <w:t xml:space="preserve">sallow</w:t>
      </w:r>
      <w:r>
        <w:rPr>
          <w:b/>
          <w:bCs/>
        </w:rPr>
        <w:t xml:space="preserve"> </w:t>
      </w:r>
      <w:r>
        <w:rPr>
          <w:b/>
          <w:bCs/>
        </w:rPr>
        <w:t xml:space="preserve">face, though hard and set, was pathetic somehow.</w:t>
      </w:r>
      <w:r>
        <w:br/>
      </w:r>
      <w:r>
        <w:t xml:space="preserve">    (a) an unhealthy pale of yellowish complexion; or to cause such a complexion</w:t>
      </w:r>
      <w:r>
        <w:br/>
      </w:r>
      <w:r>
        <w:t xml:space="preserve">    (b) characterized by narrower parallel folds when closed and wider when open</w:t>
      </w:r>
      <w:r>
        <w:br/>
      </w:r>
      <w:r>
        <w:t xml:space="preserve">    (c) design based on alphabetic letters; or adding such a design to something</w:t>
      </w:r>
    </w:p>
    <w:p>
      <w:pPr>
        <w:pStyle w:val="Compact"/>
        <w:numPr>
          <w:ilvl w:val="0"/>
          <w:numId w:val="1001"/>
        </w:numPr>
      </w:pPr>
      <w:r>
        <w:rPr>
          <w:b/>
          <w:bCs/>
        </w:rPr>
        <w:t xml:space="preserve">"W-a-a-l, set right up, Mr. Haskins; wade right into what we've got; '</w:t>
      </w:r>
      <w:r>
        <w:rPr>
          <w:b/>
          <w:bCs/>
          <w:u w:val="single"/>
        </w:rPr>
        <w:t xml:space="preserve">taint</w:t>
      </w:r>
      <w:r>
        <w:rPr>
          <w:b/>
          <w:bCs/>
        </w:rPr>
        <w:t xml:space="preserve"> </w:t>
      </w:r>
      <w:r>
        <w:rPr>
          <w:b/>
          <w:bCs/>
        </w:rPr>
        <w:t xml:space="preserve">much, but we manage to live on it she gits fat on it," laughed Council, pointing his thumb at his wife.</w:t>
      </w:r>
      <w:r>
        <w:br/>
      </w:r>
      <w:r>
        <w:t xml:space="preserve">    (a) improve (something that had deteriorated)</w:t>
      </w:r>
      <w:r>
        <w:br/>
      </w:r>
      <w:r>
        <w:t xml:space="preserve">    (b) to spoil something so it is not desirable</w:t>
      </w:r>
      <w:r>
        <w:br/>
      </w:r>
      <w:r>
        <w:t xml:space="preserve">    (c) stop interacting; or stop having interest</w:t>
      </w:r>
    </w:p>
    <w:p>
      <w:pPr>
        <w:pStyle w:val="Compact"/>
        <w:numPr>
          <w:ilvl w:val="0"/>
          <w:numId w:val="1001"/>
        </w:numPr>
      </w:pPr>
      <w:r>
        <w:rPr>
          <w:b/>
          <w:bCs/>
        </w:rPr>
        <w:t xml:space="preserve">When the tired husband and wife were lying under the generous quilts of the spare bed, Haskins listened a moment to the wind in the eaves, and then said, with a slow and</w:t>
      </w:r>
      <w:r>
        <w:rPr>
          <w:b/>
          <w:bCs/>
        </w:rPr>
        <w:t xml:space="preserve"> </w:t>
      </w:r>
      <w:r>
        <w:rPr>
          <w:b/>
          <w:bCs/>
          <w:u w:val="single"/>
        </w:rPr>
        <w:t xml:space="preserve">solemn</w:t>
      </w:r>
      <w:r>
        <w:rPr>
          <w:b/>
          <w:bCs/>
        </w:rPr>
        <w:t xml:space="preserve"> </w:t>
      </w:r>
      <w:r>
        <w:rPr>
          <w:b/>
          <w:bCs/>
        </w:rPr>
        <w:t xml:space="preserve">tone, "There are people in this world who are good enough t' be angels, an' only haff t' die to be angels."</w:t>
      </w:r>
      <w:r>
        <w:br/>
      </w:r>
      <w:r>
        <w:t xml:space="preserve">    (a) able to be taken on as one's own</w:t>
      </w:r>
      <w:r>
        <w:br/>
      </w:r>
      <w:r>
        <w:t xml:space="preserve">    (b) very serious--possibly dignified</w:t>
      </w:r>
      <w:r>
        <w:br/>
      </w:r>
      <w:r>
        <w:t xml:space="preserve">    (c) indicating approval or agreement</w:t>
      </w:r>
    </w:p>
    <w:p>
      <w:pPr>
        <w:pStyle w:val="Compact"/>
        <w:numPr>
          <w:ilvl w:val="0"/>
          <w:numId w:val="1001"/>
        </w:numPr>
      </w:pPr>
      <w:r>
        <w:rPr>
          <w:b/>
          <w:bCs/>
        </w:rPr>
        <w:t xml:space="preserve">Every cent he could save or spare from his trade he put into land at forced sale, or mortgages on land, which were "just as good as the wheat," he was</w:t>
      </w:r>
      <w:r>
        <w:rPr>
          <w:b/>
          <w:bCs/>
        </w:rPr>
        <w:t xml:space="preserve"> </w:t>
      </w:r>
      <w:r>
        <w:rPr>
          <w:b/>
          <w:bCs/>
          <w:u w:val="single"/>
        </w:rPr>
        <w:t xml:space="preserve">accustomed to</w:t>
      </w:r>
      <w:r>
        <w:rPr>
          <w:b/>
          <w:bCs/>
        </w:rPr>
        <w:t xml:space="preserve"> </w:t>
      </w:r>
      <w:r>
        <w:rPr>
          <w:b/>
          <w:bCs/>
        </w:rPr>
        <w:t xml:space="preserve">say.</w:t>
      </w:r>
      <w:r>
        <w:br/>
      </w:r>
      <w:r>
        <w:t xml:space="preserve">    (a) used to (adapted to something, so it seems normal)</w:t>
      </w:r>
      <w:r>
        <w:br/>
      </w:r>
      <w:r>
        <w:t xml:space="preserve">    (b) the state or character of being good or beneficial</w:t>
      </w:r>
      <w:r>
        <w:br/>
      </w:r>
      <w:r>
        <w:t xml:space="preserve">    (c) the ability to be taken up or received into heaven</w:t>
      </w:r>
    </w:p>
    <w:p>
      <w:pPr>
        <w:pStyle w:val="Compact"/>
        <w:numPr>
          <w:ilvl w:val="0"/>
          <w:numId w:val="1001"/>
        </w:numPr>
      </w:pPr>
      <w:r>
        <w:rPr>
          <w:b/>
          <w:bCs/>
        </w:rPr>
        <w:t xml:space="preserve">In spite of all these signs of easy life Butler</w:t>
      </w:r>
      <w:r>
        <w:rPr>
          <w:b/>
          <w:bCs/>
        </w:rPr>
        <w:t xml:space="preserve"> </w:t>
      </w:r>
      <w:r>
        <w:rPr>
          <w:b/>
          <w:bCs/>
          <w:u w:val="single"/>
        </w:rPr>
        <w:t xml:space="preserve">persisted</w:t>
      </w:r>
      <w:r>
        <w:rPr>
          <w:b/>
          <w:bCs/>
        </w:rPr>
        <w:t xml:space="preserve"> </w:t>
      </w:r>
      <w:r>
        <w:rPr>
          <w:b/>
          <w:bCs/>
        </w:rPr>
        <w:t xml:space="preserve">in saying he "hadn't enough money to pay taxes on his land," and was careful to convey the impression that he was poor in spite of his twenty farms.</w:t>
      </w:r>
      <w:r>
        <w:br/>
      </w:r>
      <w:r>
        <w:t xml:space="preserve">    (a) stuck out</w:t>
      </w:r>
      <w:r>
        <w:br/>
      </w:r>
      <w:r>
        <w:t xml:space="preserve">    (b) disagreed</w:t>
      </w:r>
      <w:r>
        <w:br/>
      </w:r>
      <w:r>
        <w:t xml:space="preserve">    (c) continued</w:t>
      </w:r>
    </w:p>
    <w:p>
      <w:pPr>
        <w:pStyle w:val="Compact"/>
        <w:numPr>
          <w:ilvl w:val="0"/>
          <w:numId w:val="1001"/>
        </w:numPr>
      </w:pPr>
      <w:r>
        <w:rPr>
          <w:b/>
          <w:bCs/>
        </w:rPr>
        <w:t xml:space="preserve">Poor Higley, after working himself nearly to death on it in the attempt to lift the</w:t>
      </w:r>
      <w:r>
        <w:rPr>
          <w:b/>
          <w:bCs/>
        </w:rPr>
        <w:t xml:space="preserve"> </w:t>
      </w:r>
      <w:r>
        <w:rPr>
          <w:b/>
          <w:bCs/>
          <w:u w:val="single"/>
        </w:rPr>
        <w:t xml:space="preserve">mortgage</w:t>
      </w:r>
      <w:r>
        <w:rPr>
          <w:b/>
          <w:bCs/>
        </w:rPr>
        <w:t xml:space="preserve">, had gone off to Dakota, leaving the farm and his curse to Butler.</w:t>
      </w:r>
      <w:r>
        <w:br/>
      </w:r>
      <w:r>
        <w:t xml:space="preserve">    (a) to concentrate, look at; or the act of concentration</w:t>
      </w:r>
      <w:r>
        <w:br/>
      </w:r>
      <w:r>
        <w:t xml:space="preserve">    (b) enter another's property without right or permission</w:t>
      </w:r>
      <w:r>
        <w:br/>
      </w:r>
      <w:r>
        <w:t xml:space="preserve">    (c) a real estate loan; or pledging something for a loan</w:t>
      </w:r>
    </w:p>
    <w:p>
      <w:pPr>
        <w:pStyle w:val="Compact"/>
        <w:numPr>
          <w:ilvl w:val="0"/>
          <w:numId w:val="1001"/>
        </w:numPr>
      </w:pPr>
      <w:r>
        <w:rPr>
          <w:b/>
          <w:bCs/>
        </w:rPr>
        <w:t xml:space="preserve">Butler was seated in Ben Ashley's store telling fish yarns when Council</w:t>
      </w:r>
      <w:r>
        <w:rPr>
          <w:b/>
          <w:bCs/>
        </w:rPr>
        <w:t xml:space="preserve"> </w:t>
      </w:r>
      <w:r>
        <w:rPr>
          <w:b/>
          <w:bCs/>
          <w:u w:val="single"/>
        </w:rPr>
        <w:t xml:space="preserve">sauntered</w:t>
      </w:r>
      <w:r>
        <w:rPr>
          <w:b/>
          <w:bCs/>
        </w:rPr>
        <w:t xml:space="preserve"> </w:t>
      </w:r>
      <w:r>
        <w:rPr>
          <w:b/>
          <w:bCs/>
        </w:rPr>
        <w:t xml:space="preserve">in casually.</w:t>
      </w:r>
      <w:r>
        <w:br/>
      </w:r>
      <w:r>
        <w:t xml:space="preserve">    (a) walked leisurely</w:t>
      </w:r>
      <w:r>
        <w:br/>
      </w:r>
      <w:r>
        <w:t xml:space="preserve">    (b) walked leisurely</w:t>
      </w:r>
      <w:r>
        <w:br/>
      </w:r>
      <w:r>
        <w:t xml:space="preserve">    (c) strutted (walked in an especially confident and proud manner)</w:t>
      </w:r>
    </w:p>
    <w:p>
      <w:pPr>
        <w:pStyle w:val="Compact"/>
        <w:numPr>
          <w:ilvl w:val="0"/>
          <w:numId w:val="1001"/>
        </w:numPr>
      </w:pPr>
      <w:r>
        <w:rPr>
          <w:b/>
          <w:bCs/>
        </w:rPr>
        <w:t xml:space="preserve">"My relation'll need all he's got t' git his crops in," said Council, in the same,</w:t>
      </w:r>
      <w:r>
        <w:rPr>
          <w:b/>
          <w:bCs/>
        </w:rPr>
        <w:t xml:space="preserve"> </w:t>
      </w:r>
      <w:r>
        <w:rPr>
          <w:b/>
          <w:bCs/>
          <w:u w:val="single"/>
        </w:rPr>
        <w:t xml:space="preserve">indifferent</w:t>
      </w:r>
      <w:r>
        <w:rPr>
          <w:b/>
          <w:bCs/>
        </w:rPr>
        <w:t xml:space="preserve"> </w:t>
      </w:r>
      <w:r>
        <w:rPr>
          <w:b/>
          <w:bCs/>
        </w:rPr>
        <w:t xml:space="preserve">way.</w:t>
      </w:r>
      <w:r>
        <w:br/>
      </w:r>
      <w:r>
        <w:t xml:space="preserve">    (a) likely to change</w:t>
      </w:r>
      <w:r>
        <w:br/>
      </w:r>
      <w:r>
        <w:t xml:space="preserve">    (b) able to be found</w:t>
      </w:r>
      <w:r>
        <w:br/>
      </w:r>
      <w:r>
        <w:t xml:space="preserve">    (c) without interest</w:t>
      </w:r>
    </w:p>
    <w:p>
      <w:pPr>
        <w:pStyle w:val="Compact"/>
        <w:numPr>
          <w:ilvl w:val="0"/>
          <w:numId w:val="1001"/>
        </w:numPr>
      </w:pPr>
      <w:r>
        <w:rPr>
          <w:b/>
          <w:bCs/>
        </w:rPr>
        <w:t xml:space="preserve">And when the red light of the lamp shone out into the darkness of the cold and windy night, and he thought of this</w:t>
      </w:r>
      <w:r>
        <w:rPr>
          <w:b/>
          <w:bCs/>
        </w:rPr>
        <w:t xml:space="preserve"> </w:t>
      </w:r>
      <w:r>
        <w:rPr>
          <w:b/>
          <w:bCs/>
          <w:u w:val="single"/>
        </w:rPr>
        <w:t xml:space="preserve">refuge</w:t>
      </w:r>
      <w:r>
        <w:rPr>
          <w:b/>
          <w:bCs/>
        </w:rPr>
        <w:t xml:space="preserve"> </w:t>
      </w:r>
      <w:r>
        <w:rPr>
          <w:b/>
          <w:bCs/>
        </w:rPr>
        <w:t xml:space="preserve">for his children and wife, Haskins could have put his arm around the neck of his burly companion and squeezed him like a lover.</w:t>
      </w:r>
      <w:r>
        <w:br/>
      </w:r>
      <w:r>
        <w:t xml:space="preserve">    (a) something giving protection or comfort -- especially a safe place</w:t>
      </w:r>
      <w:r>
        <w:br/>
      </w:r>
      <w:r>
        <w:t xml:space="preserve">    (b) a ceiling designed to affect noise -- typically to decrease noise</w:t>
      </w:r>
      <w:r>
        <w:br/>
      </w:r>
      <w:r>
        <w:t xml:space="preserve">    (c) a person (often a writer or artist) living an unconventional life</w:t>
      </w:r>
    </w:p>
    <w:p>
      <w:pPr>
        <w:pStyle w:val="Compact"/>
        <w:numPr>
          <w:ilvl w:val="0"/>
          <w:numId w:val="1001"/>
        </w:numPr>
      </w:pPr>
      <w:r>
        <w:rPr>
          <w:b/>
          <w:bCs/>
        </w:rPr>
        <w:t xml:space="preserve">My religion ain't run on such business</w:t>
      </w:r>
      <w:r>
        <w:rPr>
          <w:b/>
          <w:bCs/>
        </w:rPr>
        <w:t xml:space="preserve"> </w:t>
      </w:r>
      <w:r>
        <w:rPr>
          <w:b/>
          <w:bCs/>
          <w:u w:val="single"/>
        </w:rPr>
        <w:t xml:space="preserve">principles</w:t>
      </w:r>
      <w:r>
        <w:rPr>
          <w:b/>
          <w:bCs/>
        </w:rPr>
        <w:t xml:space="preserve">.</w:t>
      </w:r>
      <w:r>
        <w:br/>
      </w:r>
      <w:r>
        <w:t xml:space="preserve">    (a) long eventful journeys</w:t>
      </w:r>
      <w:r>
        <w:br/>
      </w:r>
      <w:r>
        <w:t xml:space="preserve">    (b) basic rules or beliefs</w:t>
      </w:r>
      <w:r>
        <w:br/>
      </w:r>
      <w:r>
        <w:t xml:space="preserve">    (c) subtle characteristics</w:t>
      </w:r>
    </w:p>
    <w:p>
      <w:pPr>
        <w:pStyle w:val="Compact"/>
        <w:numPr>
          <w:ilvl w:val="0"/>
          <w:numId w:val="1001"/>
        </w:numPr>
      </w:pPr>
      <w:r>
        <w:rPr>
          <w:b/>
          <w:bCs/>
        </w:rPr>
        <w:t xml:space="preserve">The eldest boy drove a team all through the spring, ploughing and seeding, milked the cows, and did chores</w:t>
      </w:r>
      <w:r>
        <w:rPr>
          <w:b/>
          <w:bCs/>
        </w:rPr>
        <w:t xml:space="preserve"> </w:t>
      </w:r>
      <w:r>
        <w:rPr>
          <w:b/>
          <w:bCs/>
          <w:u w:val="single"/>
        </w:rPr>
        <w:t xml:space="preserve">innumerable</w:t>
      </w:r>
      <w:r>
        <w:rPr>
          <w:b/>
          <w:bCs/>
        </w:rPr>
        <w:t xml:space="preserve">, in most ways taking the place of a man.</w:t>
      </w:r>
      <w:r>
        <w:br/>
      </w:r>
      <w:r>
        <w:t xml:space="preserve">    (a) too numerous to be counted</w:t>
      </w:r>
      <w:r>
        <w:br/>
      </w:r>
      <w:r>
        <w:t xml:space="preserve">    (b) the quality of disagreeing</w:t>
      </w:r>
      <w:r>
        <w:br/>
      </w:r>
      <w:r>
        <w:t xml:space="preserve">    (c) able to meet and talk with</w:t>
      </w:r>
    </w:p>
    <w:p>
      <w:pPr>
        <w:pStyle w:val="Compact"/>
        <w:numPr>
          <w:ilvl w:val="0"/>
          <w:numId w:val="1001"/>
        </w:numPr>
      </w:pPr>
      <w:r>
        <w:rPr>
          <w:b/>
          <w:bCs/>
        </w:rPr>
        <w:t xml:space="preserve">An</w:t>
      </w:r>
      <w:r>
        <w:rPr>
          <w:b/>
          <w:bCs/>
        </w:rPr>
        <w:t xml:space="preserve"> </w:t>
      </w:r>
      <w:r>
        <w:rPr>
          <w:b/>
          <w:bCs/>
          <w:u w:val="single"/>
        </w:rPr>
        <w:t xml:space="preserve">infinitely</w:t>
      </w:r>
      <w:r>
        <w:rPr>
          <w:b/>
          <w:bCs/>
        </w:rPr>
        <w:t xml:space="preserve"> </w:t>
      </w:r>
      <w:r>
        <w:rPr>
          <w:b/>
          <w:bCs/>
        </w:rPr>
        <w:t xml:space="preserve">pathetic but common figure this boy on the American farm, where there is no law against child labor.</w:t>
      </w:r>
      <w:r>
        <w:br/>
      </w:r>
      <w:r>
        <w:t xml:space="preserve">    (a) unlimited; without boundaries; or too numerous to count</w:t>
      </w:r>
      <w:r>
        <w:br/>
      </w:r>
      <w:r>
        <w:t xml:space="preserve">    (b) in a manner that is open to arguments, ideas, or change</w:t>
      </w:r>
      <w:r>
        <w:br/>
      </w:r>
      <w:r>
        <w:t xml:space="preserve">    (c) inadequately (in a manner that does not provide enough)</w:t>
      </w:r>
    </w:p>
    <w:p>
      <w:pPr>
        <w:pStyle w:val="Compact"/>
        <w:numPr>
          <w:ilvl w:val="0"/>
          <w:numId w:val="1001"/>
        </w:numPr>
      </w:pPr>
      <w:r>
        <w:rPr>
          <w:b/>
          <w:bCs/>
        </w:rPr>
        <w:t xml:space="preserve">"Well, what do you think of it?"</w:t>
      </w:r>
      <w:r>
        <w:rPr>
          <w:b/>
          <w:bCs/>
        </w:rPr>
        <w:t xml:space="preserve"> </w:t>
      </w:r>
      <w:r>
        <w:rPr>
          <w:b/>
          <w:bCs/>
          <w:u w:val="single"/>
        </w:rPr>
        <w:t xml:space="preserve">inquired</w:t>
      </w:r>
      <w:r>
        <w:rPr>
          <w:b/>
          <w:bCs/>
        </w:rPr>
        <w:t xml:space="preserve"> </w:t>
      </w:r>
      <w:r>
        <w:rPr>
          <w:b/>
          <w:bCs/>
        </w:rPr>
        <w:t xml:space="preserve">the cool, mocking, insinuating voice of Butler.</w:t>
      </w:r>
      <w:r>
        <w:br/>
      </w:r>
      <w:r>
        <w:t xml:space="preserve">    (a) gradually added or removed</w:t>
      </w:r>
      <w:r>
        <w:br/>
      </w:r>
      <w:r>
        <w:t xml:space="preserve">    (b) limited or with boundaries</w:t>
      </w:r>
      <w:r>
        <w:br/>
      </w:r>
      <w:r>
        <w:t xml:space="preserve">    (c) asked about or looked into</w:t>
      </w:r>
    </w:p>
    <w:p>
      <w:pPr>
        <w:pStyle w:val="Compact"/>
        <w:numPr>
          <w:ilvl w:val="0"/>
          <w:numId w:val="1001"/>
        </w:numPr>
      </w:pPr>
      <w:r>
        <w:rPr>
          <w:b/>
          <w:bCs/>
        </w:rPr>
        <w:t xml:space="preserve">Butler shrank and</w:t>
      </w:r>
      <w:r>
        <w:rPr>
          <w:b/>
          <w:bCs/>
        </w:rPr>
        <w:t xml:space="preserve"> </w:t>
      </w:r>
      <w:r>
        <w:rPr>
          <w:b/>
          <w:bCs/>
          <w:u w:val="single"/>
        </w:rPr>
        <w:t xml:space="preserve">quivered</w:t>
      </w:r>
      <w:r>
        <w:rPr>
          <w:b/>
          <w:bCs/>
        </w:rPr>
        <w:t xml:space="preserve">, expecting the blow; stood, held hypnotized by the eyes of the man he had a moment before despised a man transformed into an avenging demon.</w:t>
      </w:r>
      <w:r>
        <w:br/>
      </w:r>
      <w:r>
        <w:t xml:space="preserve">    (a) to shake or tremble slightly</w:t>
      </w:r>
      <w:r>
        <w:br/>
      </w:r>
      <w:r>
        <w:t xml:space="preserve">    (b) calculates or judges too low</w:t>
      </w:r>
      <w:r>
        <w:br/>
      </w:r>
      <w:r>
        <w:t xml:space="preserve">    (c) not working or not operating</w:t>
      </w:r>
    </w:p>
    <w:p>
      <w:pPr>
        <w:pStyle w:val="Compact"/>
        <w:numPr>
          <w:ilvl w:val="0"/>
          <w:numId w:val="1001"/>
        </w:numPr>
      </w:pPr>
      <w:r>
        <w:rPr>
          <w:b/>
          <w:bCs/>
        </w:rPr>
        <w:t xml:space="preserve">Butler shrank and quivered, expecting the blow; stood, held hypnotized by the eyes of the man he had a moment before despised a man transformed into an</w:t>
      </w:r>
      <w:r>
        <w:rPr>
          <w:b/>
          <w:bCs/>
        </w:rPr>
        <w:t xml:space="preserve"> </w:t>
      </w:r>
      <w:r>
        <w:rPr>
          <w:b/>
          <w:bCs/>
          <w:u w:val="single"/>
        </w:rPr>
        <w:t xml:space="preserve">avenging</w:t>
      </w:r>
      <w:r>
        <w:rPr>
          <w:b/>
          <w:bCs/>
        </w:rPr>
        <w:t xml:space="preserve"> </w:t>
      </w:r>
      <w:r>
        <w:rPr>
          <w:b/>
          <w:bCs/>
        </w:rPr>
        <w:t xml:space="preserve">demon.</w:t>
      </w:r>
      <w:r>
        <w:br/>
      </w:r>
      <w:r>
        <w:t xml:space="preserve">    (a) taking revenge</w:t>
      </w:r>
      <w:r>
        <w:br/>
      </w:r>
      <w:r>
        <w:t xml:space="preserve">    (b) making fearful</w:t>
      </w:r>
      <w:r>
        <w:br/>
      </w:r>
      <w:r>
        <w:t xml:space="preserve">    (c) briefly seeing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2026-07-31T19:13:30Z</dcterms:created>
  <dcterms:modified xsi:type="dcterms:W3CDTF">2026-07-31T19:13:30Z</dcterms:modified>
</cp:coreProperties>
</file>

<file path=docProps/custom.xml><?xml version="1.0" encoding="utf-8"?>
<Properties xmlns="http://schemas.openxmlformats.org/officeDocument/2006/custom-properties" xmlns:vt="http://schemas.openxmlformats.org/officeDocument/2006/docPropsVTypes"/>
</file>