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8212e96e193100ae2911fa4f9e21a086b8b873"/>
    <w:p>
      <w:pPr>
        <w:pStyle w:val="Heading1"/>
      </w:pPr>
      <w:r>
        <w:rPr>
          <w:b/>
          <w:bCs/>
        </w:rPr>
        <w:t xml:space="preserve">Uncle Wiggily in Connecticut</w:t>
      </w:r>
      <w:r>
        <w:br/>
      </w:r>
      <w:r>
        <w:rPr>
          <w:i/>
          <w:iCs/>
        </w:rPr>
        <w:t xml:space="preserve">J. D. Salinger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Eloise said, "Merritt Parkway, baby," and reminded Mary Jane that she had found the house twice before, but Mary Jane just wailed something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ambiguous</w:t>
      </w:r>
      <w:r>
        <w:rPr>
          <w:b/>
          <w:bCs/>
        </w:rPr>
        <w:t xml:space="preserve">, something about her box of Kleenex, and rushed back to her convertible.</w:t>
      </w:r>
      <w:r>
        <w:br/>
      </w:r>
      <w:r>
        <w:t xml:space="preserve">    (a) unclear -- because there could be two or more interpretations</w:t>
      </w:r>
      <w:r>
        <w:br/>
      </w:r>
      <w:r>
        <w:t xml:space="preserve">    (b) trustworthy with secrets or subtle (not attracting attention)</w:t>
      </w:r>
      <w:r>
        <w:br/>
      </w:r>
      <w:r>
        <w:t xml:space="preserve">    (c) related to the setting or situation in which something occurs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asked Eloise, "Just exactly what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hernia</w:t>
      </w:r>
      <w:r>
        <w:rPr>
          <w:b/>
          <w:bCs/>
        </w:rPr>
        <w:t xml:space="preserve">, anyway?"</w:t>
      </w:r>
      <w:r>
        <w:br/>
      </w:r>
      <w:r>
        <w:t xml:space="preserve">    (a) a rupture in smooth muscle tissue through which a bodily structure protrudes -- most commonly in men with an intestine protruding in the groin area</w:t>
      </w:r>
      <w:r>
        <w:br/>
      </w:r>
      <w:r>
        <w:t xml:space="preserve">    (b) group of people responsible for determining if early release from prison is permitted and if so, what conditions should be required of the prisoner</w:t>
      </w:r>
      <w:r>
        <w:br/>
      </w:r>
      <w:r>
        <w:t xml:space="preserve">    (c) related to psychosis or someone who suffers from a psychosis (any severe mental disorder in which contact with reality is lost or highly distorted)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an even stronger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bond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them; neither of them had graduated.</w:t>
      </w:r>
      <w:r>
        <w:br/>
      </w:r>
      <w:r>
        <w:t xml:space="preserve">    (a) get rid of</w:t>
      </w:r>
      <w:r>
        <w:br/>
      </w:r>
      <w:r>
        <w:t xml:space="preserve">    (b) understand</w:t>
      </w:r>
      <w:r>
        <w:br/>
      </w:r>
      <w:r>
        <w:t xml:space="preserve">    (c) close connection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Lew's mother ever dies—ha, ha—she'll probably leave me some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monogrammed</w:t>
      </w:r>
      <w:r>
        <w:rPr>
          <w:b/>
          <w:bCs/>
        </w:rPr>
        <w:t xml:space="preserve"> </w:t>
      </w:r>
      <w:r>
        <w:rPr>
          <w:b/>
          <w:bCs/>
        </w:rPr>
        <w:t xml:space="preserve">icepick or something.</w:t>
      </w:r>
      <w:r>
        <w:br/>
      </w:r>
      <w:r>
        <w:t xml:space="preserve">    (a) with a design that includes initials, such as the initials of a name or just the first letter of the last name</w:t>
      </w:r>
      <w:r>
        <w:br/>
      </w:r>
      <w:r>
        <w:t xml:space="preserve">    (b) expressed personal artistic ideas or feelings while performing (or performing to) someone else's work</w:t>
      </w:r>
      <w:r>
        <w:br/>
      </w:r>
      <w:r>
        <w:t xml:space="preserve">    (c) gradually destroyed or changed the purpose of something -- such as a government, institution, or rule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positively</w:t>
      </w:r>
      <w:r>
        <w:rPr>
          <w:b/>
          <w:bCs/>
        </w:rPr>
        <w:t xml:space="preserve"> </w:t>
      </w:r>
      <w:r>
        <w:rPr>
          <w:b/>
          <w:bCs/>
        </w:rPr>
        <w:t xml:space="preserve">the last one for me!</w:t>
      </w:r>
      <w:r>
        <w:br/>
      </w:r>
      <w:r>
        <w:t xml:space="preserve">    (a) without regret</w:t>
      </w:r>
      <w:r>
        <w:br/>
      </w:r>
      <w:r>
        <w:t xml:space="preserve">    (b) with certainty</w:t>
      </w:r>
      <w:r>
        <w:br/>
      </w:r>
      <w:r>
        <w:t xml:space="preserve">    (c) with hard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own horse, and the groom they had, used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Hitler</w:t>
      </w:r>
      <w:r>
        <w:rPr>
          <w:b/>
          <w:bCs/>
        </w:rPr>
        <w:t xml:space="preserve">'s own private riding master or something.</w:t>
      </w:r>
      <w:r>
        <w:br/>
      </w:r>
      <w:r>
        <w:t xml:space="preserve">    (a) a neurological disorder that results in progressive muscle atrophy that starts in the limbs and results in death</w:t>
      </w:r>
      <w:r>
        <w:br/>
      </w:r>
      <w:r>
        <w:t xml:space="preserve">    (b) Karl Marx -- founder of modern communism who described society as developing through class conflict (1818-1883)</w:t>
      </w:r>
      <w:r>
        <w:br/>
      </w:r>
      <w:r>
        <w:t xml:space="preserve">    (c) German Nazi dictator during World War II who murdered millions of Jews and others who were not of the Aryan race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Ramona's eyes, behind thick, counter-</w:t>
      </w:r>
      <w:r>
        <w:rPr>
          <w:b/>
          <w:bCs/>
          <w:u w:val="single"/>
        </w:rPr>
        <w:t xml:space="preserve">myopia</w:t>
      </w:r>
      <w:r>
        <w:rPr>
          <w:b/>
          <w:bCs/>
        </w:rPr>
        <w:t xml:space="preserve"> </w:t>
      </w:r>
      <w:r>
        <w:rPr>
          <w:b/>
          <w:bCs/>
        </w:rPr>
        <w:t xml:space="preserve">lenses, did not reflect even the smallest part of Mary Jane's enthusiasm.</w:t>
      </w:r>
      <w:r>
        <w:br/>
      </w:r>
      <w:r>
        <w:t xml:space="preserve">    (a) an inability to see distant objects clearly</w:t>
      </w:r>
      <w:r>
        <w:br/>
      </w:r>
      <w:r>
        <w:t xml:space="preserve">    (b) Jack London's adventurous yet philosophical novella of the exploits of a pet dog that is stolen and placed into harsh service in Alaska (1903)</w:t>
      </w:r>
      <w:r>
        <w:br/>
      </w:r>
      <w:r>
        <w:t xml:space="preserve">    (c) the inability to control bodily bathroom functions; or unable or unwilling to moderate other things (when not specified, often sexual behavior)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Mary Jane leaned forward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.</w:t>
      </w:r>
      <w:r>
        <w:br/>
      </w:r>
      <w:r>
        <w:t xml:space="preserve">    (a) in a friendly way</w:t>
      </w:r>
      <w:r>
        <w:br/>
      </w:r>
      <w:r>
        <w:t xml:space="preserve">    (b) in a skillful way</w:t>
      </w:r>
      <w:r>
        <w:br/>
      </w:r>
      <w:r>
        <w:t xml:space="preserve">    (c) in a pleasing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told me he loved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Jane Austen</w:t>
      </w:r>
      <w:r>
        <w:rPr>
          <w:b/>
          <w:bCs/>
        </w:rPr>
        <w:t xml:space="preserve">.</w:t>
      </w:r>
      <w:r>
        <w:br/>
      </w:r>
      <w:r>
        <w:t xml:space="preserve">    (a) still popular English novelist who used wit and irony to critique social norms (1775-1817)</w:t>
      </w:r>
      <w:r>
        <w:br/>
      </w:r>
      <w:r>
        <w:t xml:space="preserve">    (b) medieval Islamic philosopher whose commentaries on Aristotle shaped later Muslim and European thinkers; better known as Averroes (1126-1198)</w:t>
      </w:r>
      <w:r>
        <w:br/>
      </w:r>
      <w:r>
        <w:t xml:space="preserve">    (c) French political philosopher who provided the theoretical basis for the separation of executive, legislative, and judicial powers (1689-1755)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her stocking feet, she walked steadily, almost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languidly</w:t>
      </w:r>
      <w:r>
        <w:rPr>
          <w:b/>
          <w:bCs/>
        </w:rPr>
        <w:t xml:space="preserve">, toward the phone.</w:t>
      </w:r>
      <w:r>
        <w:br/>
      </w:r>
      <w:r>
        <w:t xml:space="preserve">    (a) always; or (said in exaggeration when meaning) almost always</w:t>
      </w:r>
      <w:r>
        <w:br/>
      </w:r>
      <w:r>
        <w:t xml:space="preserve">    (b) in a state similar to sleep where one is unaware of anything</w:t>
      </w:r>
      <w:r>
        <w:br/>
      </w:r>
      <w:r>
        <w:t xml:space="preserve">    (c) slow and unhurried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2026-07-31T17:54:38Z</dcterms:created>
  <dcterms:modified xsi:type="dcterms:W3CDTF">2026-07-31T17:54:38Z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