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b9ceb20a2c9aef67670fa2b013dbea99ce6c33c"/>
    <w:p>
      <w:pPr>
        <w:pStyle w:val="Heading1"/>
      </w:pPr>
      <w:r>
        <w:rPr>
          <w:b/>
          <w:bCs/>
        </w:rPr>
        <w:t xml:space="preserve">Uncle Tom's Cabin</w:t>
      </w:r>
      <w:r>
        <w:br/>
      </w:r>
      <w:r>
        <w:rPr>
          <w:i/>
          <w:iCs/>
        </w:rPr>
        <w:t xml:space="preserve">Harriet Beecher Stowe</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His companion, Mr. Shelby, had the appearance of a gentleman; and the arrangements of the house, and the general air of the housekeeping, indicated easy, and even</w:t>
      </w:r>
      <w:r>
        <w:rPr>
          <w:b/>
          <w:bCs/>
        </w:rPr>
        <w:t xml:space="preserve"> </w:t>
      </w:r>
      <w:r>
        <w:rPr>
          <w:b/>
          <w:bCs/>
          <w:u w:val="single"/>
        </w:rPr>
        <w:t xml:space="preserve">opulent</w:t>
      </w:r>
      <w:r>
        <w:rPr>
          <w:b/>
          <w:bCs/>
        </w:rPr>
        <w:t xml:space="preserve"> </w:t>
      </w:r>
      <w:r>
        <w:rPr>
          <w:b/>
          <w:bCs/>
        </w:rPr>
        <w:t xml:space="preserve">circumstances.</w:t>
      </w:r>
      <w:r>
        <w:br/>
      </w:r>
      <w:r>
        <w:t xml:space="preserve">    (a) wealthy (magnificent and luxurious)</w:t>
      </w:r>
      <w:r>
        <w:br/>
      </w:r>
      <w:r>
        <w:t xml:space="preserve">    (b) able to be disagreed with</w:t>
      </w:r>
      <w:r>
        <w:br/>
      </w:r>
      <w:r>
        <w:t xml:space="preserve">    (c) not able to be translated</w:t>
      </w:r>
    </w:p>
    <w:p>
      <w:pPr>
        <w:pStyle w:val="Compact"/>
        <w:numPr>
          <w:ilvl w:val="0"/>
          <w:numId w:val="1001"/>
        </w:numPr>
      </w:pPr>
      <w:r>
        <w:rPr>
          <w:b/>
          <w:bCs/>
        </w:rPr>
        <w:t xml:space="preserve">he really seemed somehow or other to fancy that his wife had</w:t>
      </w:r>
      <w:r>
        <w:rPr>
          <w:b/>
          <w:bCs/>
        </w:rPr>
        <w:t xml:space="preserve"> </w:t>
      </w:r>
      <w:r>
        <w:rPr>
          <w:b/>
          <w:bCs/>
          <w:u w:val="single"/>
        </w:rPr>
        <w:t xml:space="preserve">piety</w:t>
      </w:r>
      <w:r>
        <w:rPr>
          <w:b/>
          <w:bCs/>
        </w:rPr>
        <w:t xml:space="preserve"> </w:t>
      </w:r>
      <w:r>
        <w:rPr>
          <w:b/>
          <w:bCs/>
        </w:rPr>
        <w:t xml:space="preserve">and benevolence enough for two</w:t>
      </w:r>
      <w:r>
        <w:br/>
      </w:r>
      <w:r>
        <w:t xml:space="preserve">    (a) a shop that offers loans to individuals who use their personal property as collateral</w:t>
      </w:r>
      <w:r>
        <w:br/>
      </w:r>
      <w:r>
        <w:t xml:space="preserve">    (b) a substance that stimulates the production of antibodies to protect against a disease</w:t>
      </w:r>
      <w:r>
        <w:br/>
      </w:r>
      <w:r>
        <w:t xml:space="preserve">    (c) religious belief</w:t>
      </w:r>
    </w:p>
    <w:p>
      <w:pPr>
        <w:pStyle w:val="Compact"/>
        <w:numPr>
          <w:ilvl w:val="0"/>
          <w:numId w:val="1001"/>
        </w:numPr>
      </w:pPr>
      <w:r>
        <w:rPr>
          <w:b/>
          <w:bCs/>
        </w:rPr>
        <w:t xml:space="preserve">I can stand most any talk o' yourn but your</w:t>
      </w:r>
      <w:r>
        <w:rPr>
          <w:b/>
          <w:bCs/>
        </w:rPr>
        <w:t xml:space="preserve"> </w:t>
      </w:r>
      <w:r>
        <w:rPr>
          <w:b/>
          <w:bCs/>
          <w:u w:val="single"/>
        </w:rPr>
        <w:t xml:space="preserve">pious</w:t>
      </w:r>
      <w:r>
        <w:rPr>
          <w:b/>
          <w:bCs/>
        </w:rPr>
        <w:t xml:space="preserve"> </w:t>
      </w:r>
      <w:r>
        <w:rPr>
          <w:b/>
          <w:bCs/>
        </w:rPr>
        <w:t xml:space="preserve">talk,—that kills me right up.  ... --it's clean, sheer, dog meanness, wanting to cheat the devil and save your own skin;</w:t>
      </w:r>
      <w:r>
        <w:br/>
      </w:r>
      <w:r>
        <w:t xml:space="preserve">    (a) not relating to practice or belief that is long-established or was previously long-established</w:t>
      </w:r>
      <w:r>
        <w:br/>
      </w:r>
      <w:r>
        <w:t xml:space="preserve">    (b) appearing highly religious and moral even though it's not true</w:t>
      </w:r>
      <w:r>
        <w:br/>
      </w:r>
      <w:r>
        <w:t xml:space="preserve">    (c) relating to a residential area located near the outer edge of a city where it isn't as crowded</w:t>
      </w:r>
    </w:p>
    <w:p>
      <w:pPr>
        <w:pStyle w:val="Compact"/>
        <w:numPr>
          <w:ilvl w:val="0"/>
          <w:numId w:val="1001"/>
        </w:numPr>
      </w:pPr>
      <w:r>
        <w:rPr>
          <w:b/>
          <w:bCs/>
        </w:rPr>
        <w:t xml:space="preserve">And suiting the action to the word, the door flew open, and the light of the tallow candle, which Tom had hastily lighted, fell on the haggard face and dark, wild eyes of the</w:t>
      </w:r>
      <w:r>
        <w:rPr>
          <w:b/>
          <w:bCs/>
        </w:rPr>
        <w:t xml:space="preserve"> </w:t>
      </w:r>
      <w:r>
        <w:rPr>
          <w:b/>
          <w:bCs/>
          <w:u w:val="single"/>
        </w:rPr>
        <w:t xml:space="preserve">fugitive</w:t>
      </w:r>
      <w:r>
        <w:rPr>
          <w:b/>
          <w:bCs/>
        </w:rPr>
        <w:t xml:space="preserve">.</w:t>
      </w:r>
      <w:r>
        <w:br/>
      </w:r>
      <w:r>
        <w:t xml:space="preserve">    (a) someone hiding from law enforcement officers</w:t>
      </w:r>
      <w:r>
        <w:br/>
      </w:r>
      <w:r>
        <w:t xml:space="preserve">    (b) the state of doing something unintentionally</w:t>
      </w:r>
      <w:r>
        <w:br/>
      </w:r>
      <w:r>
        <w:t xml:space="preserve">    (c) the state or degree of agreeing or approving</w:t>
      </w:r>
    </w:p>
    <w:p>
      <w:pPr>
        <w:pStyle w:val="Compact"/>
        <w:numPr>
          <w:ilvl w:val="0"/>
          <w:numId w:val="1001"/>
        </w:numPr>
      </w:pPr>
      <w:r>
        <w:rPr>
          <w:b/>
          <w:bCs/>
        </w:rPr>
        <w:t xml:space="preserve">Mr. and Mrs. Shelby both felt annoyed and degraded by the familiar</w:t>
      </w:r>
      <w:r>
        <w:rPr>
          <w:b/>
          <w:bCs/>
        </w:rPr>
        <w:t xml:space="preserve"> </w:t>
      </w:r>
      <w:r>
        <w:rPr>
          <w:b/>
          <w:bCs/>
          <w:u w:val="single"/>
        </w:rPr>
        <w:t xml:space="preserve">impudence</w:t>
      </w:r>
      <w:r>
        <w:rPr>
          <w:b/>
          <w:bCs/>
        </w:rPr>
        <w:t xml:space="preserve"> </w:t>
      </w:r>
      <w:r>
        <w:rPr>
          <w:b/>
          <w:bCs/>
        </w:rPr>
        <w:t xml:space="preserve">of the trader, and yet both saw the absolute necessity of putting a constraint on their feelings.</w:t>
      </w:r>
      <w:r>
        <w:br/>
      </w:r>
      <w:r>
        <w:t xml:space="preserve">    (a) soccer player who typically play in the middle third of the field and who assists with both defense and offense</w:t>
      </w:r>
      <w:r>
        <w:br/>
      </w:r>
      <w:r>
        <w:t xml:space="preserve">    (b) an artists performance of another artist's work that expresses the performer's feelings or ideas about the work</w:t>
      </w:r>
      <w:r>
        <w:br/>
      </w:r>
      <w:r>
        <w:t xml:space="preserve">    (c) improperly bold or disrespectful -- especially toward someone who is older or considered to be of higher status</w:t>
      </w:r>
    </w:p>
    <w:p>
      <w:pPr>
        <w:pStyle w:val="Compact"/>
        <w:numPr>
          <w:ilvl w:val="0"/>
          <w:numId w:val="1001"/>
        </w:numPr>
      </w:pPr>
      <w:r>
        <w:rPr>
          <w:b/>
          <w:bCs/>
        </w:rPr>
        <w:t xml:space="preserve">Sam was there new oiled from dinner, with an</w:t>
      </w:r>
      <w:r>
        <w:rPr>
          <w:b/>
          <w:bCs/>
        </w:rPr>
        <w:t xml:space="preserve"> </w:t>
      </w:r>
      <w:r>
        <w:rPr>
          <w:b/>
          <w:bCs/>
          <w:u w:val="single"/>
        </w:rPr>
        <w:t xml:space="preserve">abundance</w:t>
      </w:r>
      <w:r>
        <w:rPr>
          <w:b/>
          <w:bCs/>
        </w:rPr>
        <w:t xml:space="preserve"> </w:t>
      </w:r>
      <w:r>
        <w:rPr>
          <w:b/>
          <w:bCs/>
        </w:rPr>
        <w:t xml:space="preserve">of zealous and ready officiousness.</w:t>
      </w:r>
      <w:r>
        <w:br/>
      </w:r>
      <w:r>
        <w:t xml:space="preserve">    (a) sharpness or intenseness</w:t>
      </w:r>
      <w:r>
        <w:br/>
      </w:r>
      <w:r>
        <w:t xml:space="preserve">    (b) large amount or quantity</w:t>
      </w:r>
      <w:r>
        <w:br/>
      </w:r>
      <w:r>
        <w:t xml:space="preserve">    (c) conflict or disagreement</w:t>
      </w:r>
    </w:p>
    <w:p>
      <w:pPr>
        <w:pStyle w:val="Compact"/>
        <w:numPr>
          <w:ilvl w:val="0"/>
          <w:numId w:val="1001"/>
        </w:numPr>
      </w:pPr>
      <w:r>
        <w:rPr>
          <w:b/>
          <w:bCs/>
        </w:rPr>
        <w:t xml:space="preserve">we'll have the gal out and out, and you keep quiet, or, ye see, we'll have both,—what's to</w:t>
      </w:r>
      <w:r>
        <w:rPr>
          <w:b/>
          <w:bCs/>
        </w:rPr>
        <w:t xml:space="preserve"> </w:t>
      </w:r>
      <w:r>
        <w:rPr>
          <w:b/>
          <w:bCs/>
          <w:u w:val="single"/>
        </w:rPr>
        <w:t xml:space="preserve">hinder</w:t>
      </w:r>
      <w:r>
        <w:rPr>
          <w:b/>
          <w:bCs/>
        </w:rPr>
        <w:t xml:space="preserve">?</w:t>
      </w:r>
      <w:r>
        <w:br/>
      </w:r>
      <w:r>
        <w:t xml:space="preserve">    (a) make different; or show difference</w:t>
      </w:r>
      <w:r>
        <w:br/>
      </w:r>
      <w:r>
        <w:t xml:space="preserve">    (b) slowed down or caused problems for</w:t>
      </w:r>
      <w:r>
        <w:br/>
      </w:r>
      <w:r>
        <w:t xml:space="preserve">    (c) to cause something to move forward</w:t>
      </w:r>
    </w:p>
    <w:p>
      <w:pPr>
        <w:pStyle w:val="Compact"/>
        <w:numPr>
          <w:ilvl w:val="0"/>
          <w:numId w:val="1001"/>
        </w:numPr>
      </w:pPr>
      <w:r>
        <w:rPr>
          <w:b/>
          <w:bCs/>
        </w:rPr>
        <w:t xml:space="preserve">Mrs. Bird cast a glance at a camphor-bottle, which stood in the half-open closet, and appeared to meditate an</w:t>
      </w:r>
      <w:r>
        <w:rPr>
          <w:b/>
          <w:bCs/>
        </w:rPr>
        <w:t xml:space="preserve"> </w:t>
      </w:r>
      <w:r>
        <w:rPr>
          <w:b/>
          <w:bCs/>
          <w:u w:val="single"/>
        </w:rPr>
        <w:t xml:space="preserve">approach</w:t>
      </w:r>
      <w:r>
        <w:rPr>
          <w:b/>
          <w:bCs/>
        </w:rPr>
        <w:t xml:space="preserve"> </w:t>
      </w:r>
      <w:r>
        <w:rPr>
          <w:b/>
          <w:bCs/>
        </w:rPr>
        <w:t xml:space="preserve">to it, but her husband interposed.</w:t>
      </w:r>
      <w:r>
        <w:br/>
      </w:r>
      <w:r>
        <w:t xml:space="preserve">    (a) route (way to get somewhere)</w:t>
      </w:r>
      <w:r>
        <w:br/>
      </w:r>
      <w:r>
        <w:t xml:space="preserve">    (b) change the direction of something or the purpose for which it is used</w:t>
      </w:r>
      <w:r>
        <w:br/>
      </w:r>
      <w:r>
        <w:t xml:space="preserve">    (c) to stick out, attract more attention than desired, or impose on others</w:t>
      </w:r>
    </w:p>
    <w:p>
      <w:pPr>
        <w:pStyle w:val="Compact"/>
        <w:numPr>
          <w:ilvl w:val="0"/>
          <w:numId w:val="1001"/>
        </w:numPr>
      </w:pPr>
      <w:r>
        <w:rPr>
          <w:b/>
          <w:bCs/>
        </w:rPr>
        <w:t xml:space="preserve">The crescent moon, set like a silver signet in the western sky, delayed a little the</w:t>
      </w:r>
      <w:r>
        <w:rPr>
          <w:b/>
          <w:bCs/>
        </w:rPr>
        <w:t xml:space="preserve"> </w:t>
      </w:r>
      <w:r>
        <w:rPr>
          <w:b/>
          <w:bCs/>
          <w:u w:val="single"/>
        </w:rPr>
        <w:t xml:space="preserve">approach</w:t>
      </w:r>
      <w:r>
        <w:rPr>
          <w:b/>
          <w:bCs/>
        </w:rPr>
        <w:t xml:space="preserve"> </w:t>
      </w:r>
      <w:r>
        <w:rPr>
          <w:b/>
          <w:bCs/>
        </w:rPr>
        <w:t xml:space="preserve">of night.</w:t>
      </w:r>
      <w:r>
        <w:br/>
      </w:r>
      <w:r>
        <w:t xml:space="preserve">    (a) mirror back (an image)</w:t>
      </w:r>
      <w:r>
        <w:br/>
      </w:r>
      <w:r>
        <w:t xml:space="preserve">    (b) coming</w:t>
      </w:r>
      <w:r>
        <w:br/>
      </w:r>
      <w:r>
        <w:t xml:space="preserve">    (c) create dramatic change</w:t>
      </w:r>
    </w:p>
    <w:p>
      <w:pPr>
        <w:pStyle w:val="Compact"/>
        <w:numPr>
          <w:ilvl w:val="0"/>
          <w:numId w:val="1001"/>
        </w:numPr>
      </w:pPr>
      <w:r>
        <w:rPr>
          <w:b/>
          <w:bCs/>
        </w:rPr>
        <w:t xml:space="preserve">"That is a parting proof of Mr. Harris' regard," he said,</w:t>
      </w:r>
      <w:r>
        <w:rPr>
          <w:b/>
          <w:bCs/>
        </w:rPr>
        <w:t xml:space="preserve"> </w:t>
      </w:r>
      <w:r>
        <w:rPr>
          <w:b/>
          <w:bCs/>
          <w:u w:val="single"/>
        </w:rPr>
        <w:t xml:space="preserve">scornfully</w:t>
      </w:r>
      <w:r>
        <w:rPr>
          <w:b/>
          <w:bCs/>
        </w:rPr>
        <w:t xml:space="preserve">.</w:t>
      </w:r>
      <w:r>
        <w:br/>
      </w:r>
      <w:r>
        <w:t xml:space="preserve">    (a) with grace of movement and flexibility</w:t>
      </w:r>
      <w:r>
        <w:br/>
      </w:r>
      <w:r>
        <w:t xml:space="preserve">    (b) in a disrespectful or rejecting manner</w:t>
      </w:r>
      <w:r>
        <w:br/>
      </w:r>
      <w:r>
        <w:t xml:space="preserve">    (c) in a manner that is not easily noticed</w:t>
      </w:r>
    </w:p>
    <w:p>
      <w:pPr>
        <w:pStyle w:val="Compact"/>
        <w:numPr>
          <w:ilvl w:val="0"/>
          <w:numId w:val="1001"/>
        </w:numPr>
      </w:pPr>
      <w:r>
        <w:rPr>
          <w:b/>
          <w:bCs/>
        </w:rPr>
        <w:t xml:space="preserve">There are a perfect host of Clarksons and Wilberforces* risen up among us on that subject, most</w:t>
      </w:r>
      <w:r>
        <w:rPr>
          <w:b/>
          <w:bCs/>
        </w:rPr>
        <w:t xml:space="preserve"> </w:t>
      </w:r>
      <w:r>
        <w:rPr>
          <w:b/>
          <w:bCs/>
          <w:u w:val="single"/>
        </w:rPr>
        <w:t xml:space="preserve">edifying</w:t>
      </w:r>
      <w:r>
        <w:rPr>
          <w:b/>
          <w:bCs/>
        </w:rPr>
        <w:t xml:space="preserve"> </w:t>
      </w:r>
      <w:r>
        <w:rPr>
          <w:b/>
          <w:bCs/>
        </w:rPr>
        <w:t xml:space="preserve">to hear and behold.</w:t>
      </w:r>
      <w:r>
        <w:br/>
      </w:r>
      <w:r>
        <w:t xml:space="preserve">    (a) translating</w:t>
      </w:r>
      <w:r>
        <w:br/>
      </w:r>
      <w:r>
        <w:t xml:space="preserve">    (b) disagreeing</w:t>
      </w:r>
      <w:r>
        <w:br/>
      </w:r>
      <w:r>
        <w:t xml:space="preserve">    (c) instructive</w:t>
      </w:r>
    </w:p>
    <w:p>
      <w:pPr>
        <w:pStyle w:val="Compact"/>
        <w:numPr>
          <w:ilvl w:val="0"/>
          <w:numId w:val="1001"/>
        </w:numPr>
      </w:pPr>
      <w:r>
        <w:rPr>
          <w:b/>
          <w:bCs/>
        </w:rPr>
        <w:t xml:space="preserve">...she showed a depth of firmness and steady</w:t>
      </w:r>
      <w:r>
        <w:rPr>
          <w:b/>
          <w:bCs/>
        </w:rPr>
        <w:t xml:space="preserve"> </w:t>
      </w:r>
      <w:r>
        <w:rPr>
          <w:b/>
          <w:bCs/>
          <w:u w:val="single"/>
        </w:rPr>
        <w:t xml:space="preserve">resolve</w:t>
      </w:r>
      <w:r>
        <w:rPr>
          <w:b/>
          <w:bCs/>
        </w:rPr>
        <w:t xml:space="preserve"> </w:t>
      </w:r>
      <w:r>
        <w:rPr>
          <w:b/>
          <w:bCs/>
        </w:rPr>
        <w:t xml:space="preserve">that was never there in her earlier and happier days.</w:t>
      </w:r>
      <w:r>
        <w:br/>
      </w:r>
      <w:r>
        <w:t xml:space="preserve">    (a) determinaton (firmness of purpose)</w:t>
      </w:r>
      <w:r>
        <w:br/>
      </w:r>
      <w:r>
        <w:t xml:space="preserve">    (b) difficult situation</w:t>
      </w:r>
      <w:r>
        <w:br/>
      </w:r>
      <w:r>
        <w:t xml:space="preserve">    (c) wrongly translating</w:t>
      </w:r>
    </w:p>
    <w:p>
      <w:pPr>
        <w:pStyle w:val="Compact"/>
        <w:numPr>
          <w:ilvl w:val="0"/>
          <w:numId w:val="1001"/>
        </w:numPr>
      </w:pPr>
      <w:r>
        <w:rPr>
          <w:b/>
          <w:bCs/>
        </w:rPr>
        <w:t xml:space="preserve">with his money in his pocket, our hero took steamboat for Red river,</w:t>
      </w:r>
      <w:r>
        <w:rPr>
          <w:b/>
          <w:bCs/>
        </w:rPr>
        <w:t xml:space="preserve"> </w:t>
      </w:r>
      <w:r>
        <w:rPr>
          <w:b/>
          <w:bCs/>
          <w:u w:val="single"/>
        </w:rPr>
        <w:t xml:space="preserve">resolving</w:t>
      </w:r>
      <w:r>
        <w:rPr>
          <w:b/>
          <w:bCs/>
        </w:rPr>
        <w:t xml:space="preserve"> </w:t>
      </w:r>
      <w:r>
        <w:rPr>
          <w:b/>
          <w:bCs/>
        </w:rPr>
        <w:t xml:space="preserve">to find out and re-purchase his old friend.</w:t>
      </w:r>
      <w:r>
        <w:br/>
      </w:r>
      <w:r>
        <w:t xml:space="preserve">    (a) definitely deciding</w:t>
      </w:r>
      <w:r>
        <w:br/>
      </w:r>
      <w:r>
        <w:t xml:space="preserve">    (b) fighting</w:t>
      </w:r>
      <w:r>
        <w:br/>
      </w:r>
      <w:r>
        <w:t xml:space="preserve">    (c) changing</w:t>
      </w:r>
    </w:p>
    <w:p>
      <w:pPr>
        <w:pStyle w:val="Compact"/>
        <w:numPr>
          <w:ilvl w:val="0"/>
          <w:numId w:val="1001"/>
        </w:numPr>
      </w:pPr>
      <w:r>
        <w:rPr>
          <w:b/>
          <w:bCs/>
        </w:rPr>
        <w:t xml:space="preserve">Her father and female guardian were incessantly busy in pursuit of her,—but, when caught, she melted from them again like a summer cloud; and as no word of chiding or</w:t>
      </w:r>
      <w:r>
        <w:rPr>
          <w:b/>
          <w:bCs/>
        </w:rPr>
        <w:t xml:space="preserve"> </w:t>
      </w:r>
      <w:r>
        <w:rPr>
          <w:b/>
          <w:bCs/>
          <w:u w:val="single"/>
        </w:rPr>
        <w:t xml:space="preserve">reproof</w:t>
      </w:r>
      <w:r>
        <w:rPr>
          <w:b/>
          <w:bCs/>
        </w:rPr>
        <w:t xml:space="preserve"> </w:t>
      </w:r>
      <w:r>
        <w:rPr>
          <w:b/>
          <w:bCs/>
        </w:rPr>
        <w:t xml:space="preserve">ever fell on her ear for whatever she chose to do, she pursued her own way all over the boat.</w:t>
      </w:r>
      <w:r>
        <w:br/>
      </w:r>
      <w:r>
        <w:t xml:space="preserve">    (a) main road</w:t>
      </w:r>
      <w:r>
        <w:br/>
      </w:r>
      <w:r>
        <w:t xml:space="preserve">    (b) hard work</w:t>
      </w:r>
      <w:r>
        <w:br/>
      </w:r>
      <w:r>
        <w:t xml:space="preserve">    (c) criticism</w:t>
      </w:r>
    </w:p>
    <w:p>
      <w:pPr>
        <w:pStyle w:val="Compact"/>
        <w:numPr>
          <w:ilvl w:val="0"/>
          <w:numId w:val="1001"/>
        </w:numPr>
      </w:pPr>
      <w:r>
        <w:rPr>
          <w:b/>
          <w:bCs/>
        </w:rPr>
        <w:t xml:space="preserve">The End of the Wicked</w:t>
      </w:r>
      <w:r>
        <w:rPr>
          <w:b/>
          <w:bCs/>
        </w:rPr>
        <w:t xml:space="preserve"> </w:t>
      </w:r>
      <w:r>
        <w:rPr>
          <w:b/>
          <w:bCs/>
          <w:u w:val="single"/>
        </w:rPr>
        <w:t xml:space="preserve">contrasted</w:t>
      </w:r>
      <w:r>
        <w:rPr>
          <w:b/>
          <w:bCs/>
        </w:rPr>
        <w:t xml:space="preserve"> </w:t>
      </w:r>
      <w:r>
        <w:rPr>
          <w:b/>
          <w:bCs/>
        </w:rPr>
        <w:t xml:space="preserve">with that of the Righteous.</w:t>
      </w:r>
      <w:r>
        <w:br/>
      </w:r>
      <w:r>
        <w:t xml:space="preserve">    (a) compared to show differences</w:t>
      </w:r>
      <w:r>
        <w:br/>
      </w:r>
      <w:r>
        <w:t xml:space="preserve">    (b) legally ordered to provide documents, or to appear as a witness</w:t>
      </w:r>
      <w:r>
        <w:br/>
      </w:r>
      <w:r>
        <w:t xml:space="preserve">    (c) very surprised -- often too surprised to know what to say or do</w:t>
      </w:r>
    </w:p>
    <w:p>
      <w:pPr>
        <w:pStyle w:val="Compact"/>
        <w:numPr>
          <w:ilvl w:val="0"/>
          <w:numId w:val="1001"/>
        </w:numPr>
      </w:pPr>
      <w:r>
        <w:rPr>
          <w:b/>
          <w:bCs/>
        </w:rPr>
        <w:t xml:space="preserve">It was tied up with an evident eye to the</w:t>
      </w:r>
      <w:r>
        <w:rPr>
          <w:b/>
          <w:bCs/>
        </w:rPr>
        <w:t xml:space="preserve"> </w:t>
      </w:r>
      <w:r>
        <w:rPr>
          <w:b/>
          <w:bCs/>
          <w:u w:val="single"/>
        </w:rPr>
        <w:t xml:space="preserve">contrast</w:t>
      </w:r>
      <w:r>
        <w:rPr>
          <w:b/>
          <w:bCs/>
        </w:rPr>
        <w:t xml:space="preserve"> </w:t>
      </w:r>
      <w:r>
        <w:rPr>
          <w:b/>
          <w:bCs/>
        </w:rPr>
        <w:t xml:space="preserve">of color, and the arrangement of every leaf had carefully been studied.</w:t>
      </w:r>
      <w:r>
        <w:br/>
      </w:r>
      <w:r>
        <w:t xml:space="preserve">    (a) difference</w:t>
      </w:r>
      <w:r>
        <w:br/>
      </w:r>
      <w:r>
        <w:t xml:space="preserve">    (b) come to terms with</w:t>
      </w:r>
      <w:r>
        <w:br/>
      </w:r>
      <w:r>
        <w:t xml:space="preserve">    (c) block or interfere</w:t>
      </w:r>
    </w:p>
    <w:p>
      <w:pPr>
        <w:pStyle w:val="Compact"/>
        <w:numPr>
          <w:ilvl w:val="0"/>
          <w:numId w:val="1001"/>
        </w:numPr>
      </w:pPr>
      <w:r>
        <w:rPr>
          <w:b/>
          <w:bCs/>
        </w:rPr>
        <w:t xml:space="preserve">As Tom had informed them that their party would be looked for in Sandusky, it was thought</w:t>
      </w:r>
      <w:r>
        <w:rPr>
          <w:b/>
          <w:bCs/>
        </w:rPr>
        <w:t xml:space="preserve"> </w:t>
      </w:r>
      <w:r>
        <w:rPr>
          <w:b/>
          <w:bCs/>
          <w:u w:val="single"/>
        </w:rPr>
        <w:t xml:space="preserve">prudent</w:t>
      </w:r>
      <w:r>
        <w:rPr>
          <w:b/>
          <w:bCs/>
        </w:rPr>
        <w:t xml:space="preserve"> </w:t>
      </w:r>
      <w:r>
        <w:rPr>
          <w:b/>
          <w:bCs/>
        </w:rPr>
        <w:t xml:space="preserve">to divide them.</w:t>
      </w:r>
      <w:r>
        <w:br/>
      </w:r>
      <w:r>
        <w:t xml:space="preserve">    (a) sensible and careful</w:t>
      </w:r>
      <w:r>
        <w:br/>
      </w:r>
      <w:r>
        <w:t xml:space="preserve">    (b) sincerity (realness)</w:t>
      </w:r>
      <w:r>
        <w:br/>
      </w:r>
      <w:r>
        <w:t xml:space="preserve">    (c) not demonstrative of</w:t>
      </w:r>
    </w:p>
    <w:p>
      <w:pPr>
        <w:pStyle w:val="Compact"/>
        <w:numPr>
          <w:ilvl w:val="0"/>
          <w:numId w:val="1001"/>
        </w:numPr>
      </w:pPr>
      <w:r>
        <w:rPr>
          <w:b/>
          <w:bCs/>
        </w:rPr>
        <w:t xml:space="preserve">All these thoughts were rolling and seething in George's breast, as he was pensively leaning his head on his hand, watching his wife, as she was</w:t>
      </w:r>
      <w:r>
        <w:rPr>
          <w:b/>
          <w:bCs/>
        </w:rPr>
        <w:t xml:space="preserve"> </w:t>
      </w:r>
      <w:r>
        <w:rPr>
          <w:b/>
          <w:bCs/>
          <w:u w:val="single"/>
        </w:rPr>
        <w:t xml:space="preserve">adapting</w:t>
      </w:r>
      <w:r>
        <w:rPr>
          <w:b/>
          <w:bCs/>
        </w:rPr>
        <w:t xml:space="preserve"> </w:t>
      </w:r>
      <w:r>
        <w:rPr>
          <w:b/>
          <w:bCs/>
        </w:rPr>
        <w:t xml:space="preserve">to her slender and pretty form the articles of man's attire, in which it was deemed safest she should make her escape.</w:t>
      </w:r>
      <w:r>
        <w:br/>
      </w:r>
      <w:r>
        <w:t xml:space="preserve">    (a) charging (with having broken the law)</w:t>
      </w:r>
      <w:r>
        <w:br/>
      </w:r>
      <w:r>
        <w:t xml:space="preserve">    (b) changing to fit a different situation</w:t>
      </w:r>
      <w:r>
        <w:br/>
      </w:r>
      <w:r>
        <w:t xml:space="preserve">    (c) strongly desiring; or a strong desire</w:t>
      </w:r>
    </w:p>
    <w:p>
      <w:pPr>
        <w:pStyle w:val="Compact"/>
        <w:numPr>
          <w:ilvl w:val="0"/>
          <w:numId w:val="1001"/>
        </w:numPr>
      </w:pPr>
      <w:r>
        <w:rPr>
          <w:b/>
          <w:bCs/>
        </w:rPr>
        <w:t xml:space="preserve">To that mission its stern, inflexible, energetic elements, were</w:t>
      </w:r>
      <w:r>
        <w:rPr>
          <w:b/>
          <w:bCs/>
        </w:rPr>
        <w:t xml:space="preserve"> </w:t>
      </w:r>
      <w:r>
        <w:rPr>
          <w:b/>
          <w:bCs/>
          <w:u w:val="single"/>
        </w:rPr>
        <w:t xml:space="preserve">well adapted</w:t>
      </w:r>
      <w:r>
        <w:rPr>
          <w:b/>
          <w:bCs/>
        </w:rPr>
        <w:t xml:space="preserve">; but, as a Christian, I look for another era to arise.</w:t>
      </w:r>
      <w:r>
        <w:br/>
      </w:r>
      <w:r>
        <w:t xml:space="preserve">    (a) well suited</w:t>
      </w:r>
      <w:r>
        <w:br/>
      </w:r>
      <w:r>
        <w:t xml:space="preserve">    (b) surrendered</w:t>
      </w:r>
      <w:r>
        <w:br/>
      </w:r>
      <w:r>
        <w:t xml:space="preserve">    (c) restraining</w:t>
      </w:r>
    </w:p>
    <w:p>
      <w:pPr>
        <w:pStyle w:val="Compact"/>
        <w:numPr>
          <w:ilvl w:val="0"/>
          <w:numId w:val="1001"/>
        </w:numPr>
      </w:pPr>
      <w:r>
        <w:rPr>
          <w:b/>
          <w:bCs/>
        </w:rPr>
        <w:t xml:space="preserve">The same</w:t>
      </w:r>
      <w:r>
        <w:rPr>
          <w:b/>
          <w:bCs/>
        </w:rPr>
        <w:t xml:space="preserve"> </w:t>
      </w:r>
      <w:r>
        <w:rPr>
          <w:b/>
          <w:bCs/>
          <w:u w:val="single"/>
        </w:rPr>
        <w:t xml:space="preserve">zeal</w:t>
      </w:r>
      <w:r>
        <w:rPr>
          <w:b/>
          <w:bCs/>
        </w:rPr>
        <w:t xml:space="preserve"> </w:t>
      </w:r>
      <w:r>
        <w:rPr>
          <w:b/>
          <w:bCs/>
        </w:rPr>
        <w:t xml:space="preserve">for self-improvement, which led him to steal the much coveted arts of reading and writing, amid all the toil and discouragements of his early life, still led him to devote all his leisure time to self-cultivation.</w:t>
      </w:r>
      <w:r>
        <w:br/>
      </w:r>
      <w:r>
        <w:t xml:space="preserve">    (a) made by taking on as one's own</w:t>
      </w:r>
      <w:r>
        <w:br/>
      </w:r>
      <w:r>
        <w:t xml:space="preserve">    (b) relating to the chest (thorax)</w:t>
      </w:r>
      <w:r>
        <w:br/>
      </w:r>
      <w:r>
        <w:t xml:space="preserve">    (c) active interest and enthusiasm</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2026-07-31T16:23:09Z</dcterms:created>
  <dcterms:modified xsi:type="dcterms:W3CDTF">2026-07-31T16:23:09Z</dcterms:modified>
</cp:coreProperties>
</file>

<file path=docProps/custom.xml><?xml version="1.0" encoding="utf-8"?>
<Properties xmlns="http://schemas.openxmlformats.org/officeDocument/2006/custom-properties" xmlns:vt="http://schemas.openxmlformats.org/officeDocument/2006/docPropsVTypes"/>
</file>