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1af6e7bd377324d393e2fe44ce3ec25450b817"/>
    <w:p>
      <w:pPr>
        <w:pStyle w:val="Heading1"/>
      </w:pPr>
      <w:r>
        <w:rPr>
          <w:b/>
          <w:bCs/>
        </w:rPr>
        <w:t xml:space="preserve">Unbroken - adapted for young adults</w:t>
      </w:r>
      <w:r>
        <w:br/>
      </w:r>
      <w:r>
        <w:rPr>
          <w:i/>
          <w:iCs/>
        </w:rPr>
        <w:t xml:space="preserve">Laura Hillenbrand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less than two hours over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Pearl Harbor</w:t>
      </w:r>
      <w:r>
        <w:rPr>
          <w:b/>
          <w:bCs/>
        </w:rPr>
        <w:t xml:space="preserve">, Japan mauled America's navy and killed more than 2,400 people.</w:t>
      </w:r>
      <w:r>
        <w:br/>
      </w:r>
      <w:r>
        <w:t xml:space="preserve">    (a) Puerto Rican harbor where U.S. naval base was surprise attacked by the Japanese on 7 Dec 1941</w:t>
      </w:r>
      <w:r>
        <w:br/>
      </w:r>
      <w:r>
        <w:t xml:space="preserve">    (b) Hawaiian harbor where U.S. naval base was surprise attacked--leading to the United States entering World War II</w:t>
      </w:r>
      <w:r>
        <w:br/>
      </w:r>
      <w:r>
        <w:t xml:space="preserve">    (c) harbor in Guam where U.S. naval base was surprise attacked by the Japanese on 7 Dec 1941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Crews called it "the Flying Brick" and "the Constipated Lumberer," a play on Consolidated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Liberator</w:t>
      </w:r>
      <w:r>
        <w:rPr>
          <w:b/>
          <w:bCs/>
        </w:rPr>
        <w:t xml:space="preserve">.</w:t>
      </w:r>
      <w:r>
        <w:br/>
      </w:r>
      <w:r>
        <w:t xml:space="preserve">    (a) someone who sets others free</w:t>
      </w:r>
      <w:r>
        <w:br/>
      </w:r>
      <w:r>
        <w:t xml:space="preserve">    (b) one who eliminates something</w:t>
      </w:r>
      <w:r>
        <w:br/>
      </w:r>
      <w:r>
        <w:t xml:space="preserve">    (c) someone who lies or misleads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Louie kept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below, trying to aim for the parked planes.</w:t>
      </w:r>
      <w:r>
        <w:br/>
      </w:r>
      <w:r>
        <w:t xml:space="preserve">    (a) center</w:t>
      </w:r>
      <w:r>
        <w:br/>
      </w:r>
      <w:r>
        <w:t xml:space="preserve">    (b) concentration</w:t>
      </w:r>
      <w:r>
        <w:br/>
      </w:r>
      <w:r>
        <w:t xml:space="preserve">    (c) camera lens pointing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of her nightmares: Louie being shot in his plane.</w:t>
      </w:r>
      <w:r>
        <w:br/>
      </w:r>
      <w:r>
        <w:t xml:space="preserve">    (a) outcome or result</w:t>
      </w:r>
      <w:r>
        <w:br/>
      </w:r>
      <w:r>
        <w:t xml:space="preserve">    (b) where attention is concentrated</w:t>
      </w:r>
      <w:r>
        <w:br/>
      </w:r>
      <w:r>
        <w:t xml:space="preserve">    (c) where a lens brings a picture into view clearly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Louie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rules.</w:t>
      </w:r>
      <w:r>
        <w:br/>
      </w:r>
      <w:r>
        <w:t xml:space="preserve">    (a) created</w:t>
      </w:r>
      <w:r>
        <w:br/>
      </w:r>
      <w:r>
        <w:t xml:space="preserve">    (b) broke</w:t>
      </w:r>
      <w:r>
        <w:br/>
      </w:r>
      <w:r>
        <w:t xml:space="preserve">    (c) proved a need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one of the many examples of the men missing in action erroneously reported and later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as a lie….</w:t>
      </w:r>
      <w:r>
        <w:br/>
      </w:r>
      <w:r>
        <w:t xml:space="preserve">    (a) created</w:t>
      </w:r>
      <w:r>
        <w:br/>
      </w:r>
      <w:r>
        <w:t xml:space="preserve">    (b) shown</w:t>
      </w:r>
      <w:r>
        <w:br/>
      </w:r>
      <w:r>
        <w:t xml:space="preserve">    (c) argued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Storms came now and then,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replenishing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water.</w:t>
      </w:r>
      <w:r>
        <w:br/>
      </w:r>
      <w:r>
        <w:t xml:space="preserve">    (a) ignoring someone's wishes or causing inconvenience or discomfort</w:t>
      </w:r>
      <w:r>
        <w:br/>
      </w:r>
      <w:r>
        <w:t xml:space="preserve">    (b) replacing what was used up; or restoring to a previous condition</w:t>
      </w:r>
      <w:r>
        <w:br/>
      </w:r>
      <w:r>
        <w:t xml:space="preserve">    (c) legally ordering to provide documents, or to appear as a witness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told them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culprits</w:t>
      </w:r>
      <w:r>
        <w:rPr>
          <w:b/>
          <w:bCs/>
        </w:rPr>
        <w:t xml:space="preserve"> </w:t>
      </w:r>
      <w:r>
        <w:rPr>
          <w:b/>
          <w:bCs/>
        </w:rPr>
        <w:t xml:space="preserve">were a submarine crew, stopping over on the island, who had learned Americans were being held there.</w:t>
      </w:r>
      <w:r>
        <w:br/>
      </w:r>
      <w:r>
        <w:t xml:space="preserve">    (a) computer code modules each of which perform a specific task</w:t>
      </w:r>
      <w:r>
        <w:br/>
      </w:r>
      <w:r>
        <w:t xml:space="preserve">    (b) classical music plays in which most of the dialogue is sung</w:t>
      </w:r>
      <w:r>
        <w:br/>
      </w:r>
      <w:r>
        <w:t xml:space="preserve">    (c) people responsible for a wrongdoing -- especially criminals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Garrett lied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interrogation</w:t>
      </w:r>
      <w:r>
        <w:rPr>
          <w:b/>
          <w:bCs/>
        </w:rPr>
        <w:t xml:space="preserve">, and the Japanese knew it.</w:t>
      </w:r>
      <w:r>
        <w:br/>
      </w:r>
      <w:r>
        <w:t xml:space="preserve">    (a) a written story</w:t>
      </w:r>
      <w:r>
        <w:br/>
      </w:r>
      <w:r>
        <w:t xml:space="preserve">    (b) questioning</w:t>
      </w:r>
      <w:r>
        <w:br/>
      </w:r>
      <w:r>
        <w:t xml:space="preserve">    (c) a speech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Camp officials stole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rations</w:t>
      </w:r>
      <w:r>
        <w:rPr>
          <w:b/>
          <w:bCs/>
        </w:rPr>
        <w:t xml:space="preserve">, and the captives wasted away.</w:t>
      </w:r>
      <w:r>
        <w:br/>
      </w:r>
      <w:r>
        <w:t xml:space="preserve">    (a) a fixed portion of food for each person</w:t>
      </w:r>
      <w:r>
        <w:br/>
      </w:r>
      <w:r>
        <w:t xml:space="preserve">    (b) high quality food</w:t>
      </w:r>
      <w:r>
        <w:br/>
      </w:r>
      <w:r>
        <w:t xml:space="preserve">    (c) fence posts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 first officer said this violated the Geneva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, the Bird swung his kendo stick into the man's head.</w:t>
      </w:r>
      <w:r>
        <w:br/>
      </w:r>
      <w:r>
        <w:t xml:space="preserve">    (a) purpose, job, or natural activity</w:t>
      </w:r>
      <w:r>
        <w:br/>
      </w:r>
      <w:r>
        <w:t xml:space="preserve">    (b) a written international agreement</w:t>
      </w:r>
      <w:r>
        <w:br/>
      </w:r>
      <w:r>
        <w:t xml:space="preserve">    (c) someone who expresses disapproval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famous Olympian, criticizing America, would be a priceless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propaganda</w:t>
      </w:r>
      <w:r>
        <w:rPr>
          <w:b/>
          <w:bCs/>
        </w:rPr>
        <w:t xml:space="preserve"> </w:t>
      </w:r>
      <w:r>
        <w:rPr>
          <w:b/>
          <w:bCs/>
        </w:rPr>
        <w:t xml:space="preserve">tool.</w:t>
      </w:r>
      <w:r>
        <w:br/>
      </w:r>
      <w:r>
        <w:t xml:space="preserve">    (a) things said to influence opinion in particular way</w:t>
      </w:r>
      <w:r>
        <w:br/>
      </w:r>
      <w:r>
        <w:t xml:space="preserve">    (b) argument against the United States</w:t>
      </w:r>
      <w:r>
        <w:br/>
      </w:r>
      <w:r>
        <w:t xml:space="preserve">    (c) things said to start a race war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radioed to Palawan: "</w:t>
      </w:r>
      <w:r>
        <w:rPr>
          <w:b/>
          <w:bCs/>
          <w:u w:val="single"/>
        </w:rPr>
        <w:t xml:space="preserve">Annihilate</w:t>
      </w:r>
      <w:r>
        <w:rPr>
          <w:b/>
          <w:bCs/>
        </w:rPr>
        <w:t xml:space="preserve"> </w:t>
      </w:r>
      <w:r>
        <w:rPr>
          <w:b/>
          <w:bCs/>
        </w:rPr>
        <w:t xml:space="preserve">the 150 prisoners."</w:t>
      </w:r>
      <w:r>
        <w:br/>
      </w:r>
      <w:r>
        <w:t xml:space="preserve">    (a) stop (something from happening)</w:t>
      </w:r>
      <w:r>
        <w:br/>
      </w:r>
      <w:r>
        <w:t xml:space="preserve">    (b) fulfill one's highest potential</w:t>
      </w:r>
      <w:r>
        <w:br/>
      </w:r>
      <w:r>
        <w:t xml:space="preserve">    (c) to completely destroy or defeat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Watanabe, whom the Aussies called "Whatabastard," had handpicked him, almost certainly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torment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provide investment funds for something -- such as a business</w:t>
      </w:r>
      <w:r>
        <w:br/>
      </w:r>
      <w:r>
        <w:t xml:space="preserve">    (b) point to differences between; or compare to show differences</w:t>
      </w:r>
      <w:r>
        <w:br/>
      </w:r>
      <w:r>
        <w:t xml:space="preserve">    (c) to cause or to experience great mental or physical suffering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the time they were allowed to stop, they were utterly spent: by Wade's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estimate</w:t>
      </w:r>
      <w:r>
        <w:rPr>
          <w:b/>
          <w:bCs/>
        </w:rPr>
        <w:t xml:space="preserve">, each basket bearer had carried well over four tons of coal.</w:t>
      </w:r>
      <w:r>
        <w:br/>
      </w:r>
      <w:r>
        <w:t xml:space="preserve">    (a) propose a seemingly reasonable, but unproven, idea based upon known facts</w:t>
      </w:r>
      <w:r>
        <w:br/>
      </w:r>
      <w:r>
        <w:t xml:space="preserve">    (b) add fuel or stir a fire to make it burn hotter; or make feelings stronger</w:t>
      </w:r>
      <w:r>
        <w:br/>
      </w:r>
      <w:r>
        <w:t xml:space="preserve">    (c) a rough calculation or guess of a value, quantity, or extent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if Japan surrendered, many POWs believed the guards would murder them anyway, out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or to prevent them from testifying in war crimes trials.</w:t>
      </w:r>
      <w:r>
        <w:br/>
      </w:r>
      <w:r>
        <w:t xml:space="preserve">    (a) something made from parts</w:t>
      </w:r>
      <w:r>
        <w:br/>
      </w:r>
      <w:r>
        <w:t xml:space="preserve">    (b) the act of taking revenge</w:t>
      </w:r>
      <w:r>
        <w:br/>
      </w:r>
      <w:r>
        <w:t xml:space="preserve">    (c) something that stands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not so much due to the pain and suffering as it was the tension of stress and humiliation that caused me to hate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 a vengeance</w:t>
      </w:r>
      <w:r>
        <w:rPr>
          <w:b/>
          <w:bCs/>
        </w:rPr>
        <w:t xml:space="preserve">.</w:t>
      </w:r>
      <w:r>
        <w:br/>
      </w:r>
      <w:r>
        <w:t xml:space="preserve">    (a) with intensity</w:t>
      </w:r>
      <w:r>
        <w:br/>
      </w:r>
      <w:r>
        <w:t xml:space="preserve">    (b) very important</w:t>
      </w:r>
      <w:r>
        <w:br/>
      </w:r>
      <w:r>
        <w:t xml:space="preserve">    (c) available cash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Virtually</w:t>
      </w:r>
      <w:r>
        <w:rPr>
          <w:b/>
          <w:bCs/>
        </w:rPr>
        <w:t xml:space="preserve"> </w:t>
      </w:r>
      <w:r>
        <w:rPr>
          <w:b/>
          <w:bCs/>
        </w:rPr>
        <w:t xml:space="preserve">every POW believed its destruction had saved them from execution.</w:t>
      </w:r>
      <w:r>
        <w:br/>
      </w:r>
      <w:r>
        <w:t xml:space="preserve">    (a) with absolute certainty</w:t>
      </w:r>
      <w:r>
        <w:br/>
      </w:r>
      <w:r>
        <w:t xml:space="preserve">    (b) almost</w:t>
      </w:r>
      <w:r>
        <w:br/>
      </w:r>
      <w:r>
        <w:t xml:space="preserve">    (c) in a sad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Shizuka had felt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</w:t>
      </w:r>
      <w:r>
        <w:rPr>
          <w:b/>
          <w:bCs/>
        </w:rPr>
        <w:t xml:space="preserve"> </w:t>
      </w:r>
      <w:r>
        <w:rPr>
          <w:b/>
          <w:bCs/>
        </w:rPr>
        <w:t xml:space="preserve">of doubt.</w:t>
      </w:r>
      <w:r>
        <w:br/>
      </w:r>
      <w:r>
        <w:t xml:space="preserve">    (a) drawing</w:t>
      </w:r>
      <w:r>
        <w:br/>
      </w:r>
      <w:r>
        <w:t xml:space="preserve">    (b) outline</w:t>
      </w:r>
      <w:r>
        <w:br/>
      </w:r>
      <w:r>
        <w:t xml:space="preserve">    (c) tiny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Softly, he spoke of their lives,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tracing</w:t>
      </w:r>
      <w:r>
        <w:rPr>
          <w:b/>
          <w:bCs/>
        </w:rPr>
        <w:t xml:space="preserve"> </w:t>
      </w:r>
      <w:r>
        <w:rPr>
          <w:b/>
          <w:bCs/>
        </w:rPr>
        <w:t xml:space="preserve">the paths they'd taken since coming to California in 1919.</w:t>
      </w:r>
      <w:r>
        <w:br/>
      </w:r>
      <w:r>
        <w:t xml:space="preserve">    (a) researching</w:t>
      </w:r>
      <w:r>
        <w:br/>
      </w:r>
      <w:r>
        <w:t xml:space="preserve">    (b) verbally following</w:t>
      </w:r>
      <w:r>
        <w:br/>
      </w:r>
      <w:r>
        <w:t xml:space="preserve">    (c) drawing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2026-07-31T20:12:19Z</dcterms:created>
  <dcterms:modified xsi:type="dcterms:W3CDTF">2026-07-31T20:12:19Z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