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ulysses-james-joyce-vocabulary-preview"/>
    <w:p>
      <w:pPr>
        <w:pStyle w:val="Heading1"/>
      </w:pPr>
      <w:r>
        <w:rPr>
          <w:b/>
          <w:bCs/>
        </w:rPr>
        <w:t xml:space="preserve">Ulysses</w:t>
      </w:r>
      <w:r>
        <w:br/>
      </w:r>
      <w:r>
        <w:rPr>
          <w:i/>
          <w:iCs/>
        </w:rPr>
        <w:t xml:space="preserve">James Joyce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being discouraging</w:t>
      </w:r>
      <w:r>
        <w:br/>
      </w:r>
      <w:r>
        <w:t xml:space="preserve">    (b) indirectly referring</w:t>
      </w:r>
      <w:r>
        <w:br/>
      </w:r>
      <w:r>
        <w:t xml:space="preserve">    (c) not talking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defines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intelligence</w:t>
      </w:r>
      <w:r>
        <w:rPr>
          <w:b/>
          <w:bCs/>
        </w:rPr>
        <w:t xml:space="preserve"> </w:t>
      </w:r>
      <w:r>
        <w:rPr>
          <w:b/>
          <w:bCs/>
        </w:rPr>
        <w:t xml:space="preserve">as "the ability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interrelationships of presented facts in such a way as to guide action toward a desired goal."</w:t>
      </w:r>
      <w:r>
        <w:br/>
      </w:r>
      <w:r>
        <w:t xml:space="preserve">    (a) get along with</w:t>
      </w:r>
      <w:r>
        <w:br/>
      </w:r>
      <w:r>
        <w:t xml:space="preserve">    (b) understand</w:t>
      </w:r>
      <w:r>
        <w:br/>
      </w:r>
      <w:r>
        <w:t xml:space="preserve">    (c) interact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apprehended</w:t>
      </w:r>
      <w:r>
        <w:rPr>
          <w:b/>
          <w:bCs/>
        </w:rPr>
        <w:t xml:space="preserve"> </w:t>
      </w:r>
      <w:r>
        <w:rPr>
          <w:b/>
          <w:bCs/>
        </w:rPr>
        <w:t xml:space="preserve">the suspect late last night.</w:t>
      </w:r>
      <w:r>
        <w:br/>
      </w:r>
      <w:r>
        <w:t xml:space="preserve">    (a) found the location of</w:t>
      </w:r>
      <w:r>
        <w:br/>
      </w:r>
      <w:r>
        <w:t xml:space="preserve">    (b) caught and arrested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composes and shares poems about important events and people</w:t>
      </w:r>
      <w:r>
        <w:br/>
      </w:r>
      <w:r>
        <w:t xml:space="preserve">    (b) someone who protects the weak and delivers justice to those who are evil</w:t>
      </w:r>
      <w:r>
        <w:br/>
      </w:r>
      <w:r>
        <w:t xml:space="preserve">    (c) someone who knows everything about everyone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hunter cleaned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breech</w:t>
      </w:r>
      <w:r>
        <w:rPr>
          <w:b/>
          <w:bCs/>
        </w:rPr>
        <w:t xml:space="preserve"> </w:t>
      </w:r>
      <w:r>
        <w:rPr>
          <w:b/>
          <w:bCs/>
        </w:rPr>
        <w:t xml:space="preserve">after firing several rounds at the target.</w:t>
      </w:r>
      <w:r>
        <w:br/>
      </w:r>
      <w:r>
        <w:t xml:space="preserve">    (a) back of a firearm</w:t>
      </w:r>
      <w:r>
        <w:br/>
      </w:r>
      <w:r>
        <w:t xml:space="preserve">    (b) edge of a blade</w:t>
      </w:r>
      <w:r>
        <w:br/>
      </w:r>
      <w:r>
        <w:t xml:space="preserve">    (c) tip of an arrow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approached the impressive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doors.</w:t>
      </w:r>
      <w:r>
        <w:br/>
      </w:r>
      <w:r>
        <w:t xml:space="preserve">    (a) made of a high-quality wood</w:t>
      </w:r>
      <w:r>
        <w:br/>
      </w:r>
      <w:r>
        <w:t xml:space="preserve">    (b) made of a type of high-quality metal</w:t>
      </w:r>
      <w:r>
        <w:br/>
      </w:r>
      <w:r>
        <w:t xml:space="preserve">    (c) notably large and appearing heavy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hair.</w:t>
      </w:r>
      <w:r>
        <w:br/>
      </w:r>
      <w:r>
        <w:t xml:space="preserve">    (a) curly</w:t>
      </w:r>
      <w:r>
        <w:br/>
      </w:r>
      <w:r>
        <w:t xml:space="preserve">    (b) straight</w:t>
      </w:r>
      <w:r>
        <w:br/>
      </w:r>
      <w:r>
        <w:t xml:space="preserve">    (c) reddish-brown or yellowish-brown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guitarist strummed a complex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chord</w:t>
      </w:r>
      <w:r>
        <w:rPr>
          <w:b/>
          <w:bCs/>
        </w:rPr>
        <w:t xml:space="preserve">, its rich harmony filling the room.</w:t>
      </w:r>
      <w:r>
        <w:br/>
      </w:r>
      <w:r>
        <w:t xml:space="preserve">    (a) three or more notes that blend harmoniously</w:t>
      </w:r>
      <w:r>
        <w:br/>
      </w:r>
      <w:r>
        <w:t xml:space="preserve">    (b) a single, sustained musical tone</w:t>
      </w:r>
      <w:r>
        <w:br/>
      </w:r>
      <w:r>
        <w:t xml:space="preserve">    (c) a repeated rhythmic pattern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newly acquired</w:t>
      </w:r>
      <w:r>
        <w:br/>
      </w:r>
      <w:r>
        <w:t xml:space="preserve">    (b) respected and well-known</w:t>
      </w:r>
      <w:r>
        <w:br/>
      </w:r>
      <w:r>
        <w:t xml:space="preserve">    (c) barely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theorized</w:t>
      </w:r>
      <w:r>
        <w:br/>
      </w:r>
      <w:r>
        <w:t xml:space="preserve">    (b) fantasized</w:t>
      </w:r>
      <w:r>
        <w:br/>
      </w:r>
      <w:r>
        <w:t xml:space="preserve">    (c) disbelieved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hypothesis</w:t>
      </w:r>
      <w:r>
        <w:rPr>
          <w:b/>
          <w:bCs/>
        </w:rPr>
        <w:t xml:space="preserve"> </w:t>
      </w:r>
      <w:r>
        <w:rPr>
          <w:b/>
          <w:bCs/>
        </w:rPr>
        <w:t xml:space="preserve">was that the plants grew faster with classical music playing.</w:t>
      </w:r>
      <w:r>
        <w:br/>
      </w:r>
      <w:r>
        <w:t xml:space="preserve">    (a) confirmed scientific fact</w:t>
      </w:r>
      <w:r>
        <w:br/>
      </w:r>
      <w:r>
        <w:t xml:space="preserve">    (b) well-known principle</w:t>
      </w:r>
      <w:r>
        <w:br/>
      </w:r>
      <w:r>
        <w:t xml:space="preserve">    (c) unproven proposed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Brett recited a humorous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limerick</w:t>
      </w:r>
      <w:r>
        <w:rPr>
          <w:b/>
          <w:bCs/>
        </w:rPr>
        <w:t xml:space="preserve"> </w:t>
      </w:r>
      <w:r>
        <w:rPr>
          <w:b/>
          <w:bCs/>
        </w:rPr>
        <w:t xml:space="preserve">about a man from Nantucket.</w:t>
      </w:r>
      <w:r>
        <w:br/>
      </w:r>
      <w:r>
        <w:t xml:space="preserve">    (a) a 5-line poem with a rhyme scheme of aabba</w:t>
      </w:r>
      <w:r>
        <w:br/>
      </w:r>
      <w:r>
        <w:t xml:space="preserve">    (b) a long joke whose punchline plays on words</w:t>
      </w:r>
      <w:r>
        <w:br/>
      </w:r>
      <w:r>
        <w:t xml:space="preserve">    (c) a song lending that requires a good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more popular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narrators</w:t>
      </w:r>
      <w:r>
        <w:rPr>
          <w:b/>
          <w:bCs/>
        </w:rPr>
        <w:t xml:space="preserve"> </w:t>
      </w:r>
      <w:r>
        <w:rPr>
          <w:b/>
          <w:bCs/>
        </w:rPr>
        <w:t xml:space="preserve">in movie history is Morgan Freeman. I especially liked him 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Shawshank Redemption</w:t>
      </w:r>
      <w:r>
        <w:rPr>
          <w:b/>
          <w:bCs/>
        </w:rPr>
        <w:t xml:space="preserve"> </w:t>
      </w:r>
      <w:r>
        <w:rPr>
          <w:b/>
          <w:bCs/>
        </w:rPr>
        <w:t xml:space="preserve">where in addition to playing a major role, he narrated the film.</w:t>
      </w:r>
      <w:r>
        <w:br/>
      </w:r>
      <w:r>
        <w:t xml:space="preserve">    (a) producer who works closest with the actors</w:t>
      </w:r>
      <w:r>
        <w:br/>
      </w:r>
      <w:r>
        <w:t xml:space="preserve">    (b) actor who talks directly to the audience</w:t>
      </w:r>
      <w:r>
        <w:br/>
      </w:r>
      <w:r>
        <w:t xml:space="preserve">    (c) script writer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opined</w:t>
      </w:r>
      <w:r>
        <w:rPr>
          <w:b/>
          <w:bCs/>
        </w:rPr>
        <w:t xml:space="preserve"> </w:t>
      </w:r>
      <w:r>
        <w:rPr>
          <w:b/>
          <w:bCs/>
        </w:rPr>
        <w:t xml:space="preserve">that popular sentiment will change when people learn more about the issue.</w:t>
      </w:r>
      <w:r>
        <w:br/>
      </w:r>
      <w:r>
        <w:t xml:space="preserve">    (a) expressed an opinion</w:t>
      </w:r>
      <w:r>
        <w:br/>
      </w:r>
      <w:r>
        <w:t xml:space="preserve">    (b) challenged the opinion</w:t>
      </w:r>
      <w:r>
        <w:br/>
      </w:r>
      <w:r>
        <w:t xml:space="preserve">    (c) surveyed people in the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non-traditional</w:t>
      </w:r>
      <w:r>
        <w:br/>
      </w:r>
      <w:r>
        <w:t xml:space="preserve">    (b) traditional</w:t>
      </w:r>
      <w:r>
        <w:br/>
      </w:r>
      <w:r>
        <w:t xml:space="preserve">    (c) highly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writing style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redolent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great Victorian novelists.</w:t>
      </w:r>
      <w:r>
        <w:br/>
      </w:r>
      <w:r>
        <w:t xml:space="preserve">    (a) ignored by</w:t>
      </w:r>
      <w:r>
        <w:br/>
      </w:r>
      <w:r>
        <w:t xml:space="preserve">    (b) reminiscent of</w:t>
      </w:r>
      <w:r>
        <w:br/>
      </w:r>
      <w:r>
        <w:t xml:space="preserve">    (c) critical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runners returned to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respective</w:t>
      </w:r>
      <w:r>
        <w:rPr>
          <w:b/>
          <w:bCs/>
        </w:rPr>
        <w:t xml:space="preserve"> </w:t>
      </w:r>
      <w:r>
        <w:rPr>
          <w:b/>
          <w:bCs/>
        </w:rPr>
        <w:t xml:space="preserve">lanes after the practice drill.</w:t>
      </w:r>
      <w:r>
        <w:br/>
      </w:r>
      <w:r>
        <w:t xml:space="preserve">    (a) separate, individual</w:t>
      </w:r>
      <w:r>
        <w:br/>
      </w:r>
      <w:r>
        <w:t xml:space="preserve">    (b) randomly chosen</w:t>
      </w:r>
      <w:r>
        <w:br/>
      </w:r>
      <w:r>
        <w:t xml:space="preserve">    (c) shared,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speech was filled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retrospective</w:t>
      </w:r>
      <w:r>
        <w:rPr>
          <w:b/>
          <w:bCs/>
        </w:rPr>
        <w:t xml:space="preserve"> </w:t>
      </w:r>
      <w:r>
        <w:rPr>
          <w:b/>
          <w:bCs/>
        </w:rPr>
        <w:t xml:space="preserve">reflections on the company’s early struggles.</w:t>
      </w:r>
      <w:r>
        <w:br/>
      </w:r>
      <w:r>
        <w:t xml:space="preserve">    (a) difficult to understand; or not known by the great majority of people</w:t>
      </w:r>
      <w:r>
        <w:br/>
      </w:r>
      <w:r>
        <w:t xml:space="preserve">    (b) relating to a farewell -- especially a speech at graduation exercises</w:t>
      </w:r>
      <w:r>
        <w:br/>
      </w:r>
      <w:r>
        <w:t xml:space="preserve">    (c) looking back on the past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won five games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, ending their losing streak.</w:t>
      </w:r>
      <w:r>
        <w:br/>
      </w:r>
      <w:r>
        <w:t xml:space="preserve">    (a) secret</w:t>
      </w:r>
      <w:r>
        <w:br/>
      </w:r>
      <w:r>
        <w:t xml:space="preserve">    (b) sequence</w:t>
      </w:r>
      <w:r>
        <w:br/>
      </w:r>
      <w:r>
        <w:t xml:space="preserve">    (c) panic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Speaker of the House is second in the line of the U.S. presidential line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.</w:t>
      </w:r>
      <w:r>
        <w:br/>
      </w:r>
      <w:r>
        <w:t xml:space="preserve">    (a) officially telling someone about something; or something that contains the message</w:t>
      </w:r>
      <w:r>
        <w:br/>
      </w:r>
      <w:r>
        <w:t xml:space="preserve">    (b) replacement</w:t>
      </w:r>
      <w:r>
        <w:br/>
      </w:r>
      <w:r>
        <w:t xml:space="preserve">    (c) formula (a mathematical expression that describe a relationship between variables)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2026-07-27T14:19:55Z</dcterms:created>
  <dcterms:modified xsi:type="dcterms:W3CDTF">2026-07-27T14:19:55Z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