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fe481804cfe8f018d55eeee4f906a66f9b7247"/>
    <w:p>
      <w:pPr>
        <w:pStyle w:val="Heading1"/>
      </w:pPr>
      <w:r>
        <w:rPr>
          <w:b/>
          <w:bCs/>
        </w:rPr>
        <w:t xml:space="preserve">Ulysses</w:t>
      </w:r>
      <w:r>
        <w:br/>
      </w:r>
      <w:r>
        <w:rPr>
          <w:i/>
          <w:iCs/>
        </w:rPr>
        <w:t xml:space="preserve">James Joyce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light-hearted</w:t>
      </w:r>
      <w:r>
        <w:br/>
      </w:r>
      <w:r>
        <w:t xml:space="preserve">    (b) logical or analytical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Surges in debt are a recurring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</w:t>
      </w:r>
      <w:r>
        <w:rPr>
          <w:b/>
          <w:bCs/>
        </w:rPr>
        <w:t xml:space="preserve"> </w:t>
      </w:r>
      <w:r>
        <w:rPr>
          <w:b/>
          <w:bCs/>
        </w:rPr>
        <w:t xml:space="preserve">to U.S. banking crises.</w:t>
      </w:r>
      <w:r>
        <w:br/>
      </w:r>
      <w:r>
        <w:t xml:space="preserve">    (a) related to a branch of psychology concerned with the links between biology and behavior</w:t>
      </w:r>
      <w:r>
        <w:br/>
      </w:r>
      <w:r>
        <w:t xml:space="preserve">    (b) (adjective) designed to stop something  OR  (noun)  something that stops something else</w:t>
      </w:r>
      <w:r>
        <w:br/>
      </w:r>
      <w:r>
        <w:t xml:space="preserve">    (c) something that precedes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Apropos</w:t>
      </w:r>
      <w:r>
        <w:rPr>
          <w:b/>
          <w:bCs/>
        </w:rPr>
        <w:t xml:space="preserve"> </w:t>
      </w:r>
      <w:r>
        <w:rPr>
          <w:b/>
          <w:bCs/>
        </w:rPr>
        <w:t xml:space="preserve">of the new policy, she asked how it would affect hourly employees.</w:t>
      </w:r>
      <w:r>
        <w:br/>
      </w:r>
      <w:r>
        <w:t xml:space="preserve">    (a) regarding</w:t>
      </w:r>
      <w:r>
        <w:br/>
      </w:r>
      <w:r>
        <w:t xml:space="preserve">    (b) unexpected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Russia's Lake Baikal, is the world's deepest 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lake.</w:t>
      </w:r>
      <w:r>
        <w:br/>
      </w:r>
      <w:r>
        <w:t xml:space="preserve">    (a) salty</w:t>
      </w:r>
      <w:r>
        <w:br/>
      </w:r>
      <w:r>
        <w:t xml:space="preserve">    (b) large</w:t>
      </w:r>
      <w:r>
        <w:br/>
      </w:r>
      <w:r>
        <w:t xml:space="preserve">    (c) cold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carping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something, and it gets me in a bad mood.</w:t>
      </w:r>
      <w:r>
        <w:br/>
      </w:r>
      <w:r>
        <w:t xml:space="preserve">    (a) instructing</w:t>
      </w:r>
      <w:r>
        <w:br/>
      </w:r>
      <w:r>
        <w:t xml:space="preserve">    (b) reading</w:t>
      </w:r>
      <w:r>
        <w:br/>
      </w:r>
      <w:r>
        <w:t xml:space="preserve">    (c) complaining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commended or praised publicly</w:t>
      </w:r>
      <w:r>
        <w:br/>
      </w:r>
      <w:r>
        <w:t xml:space="preserve">    (b) with rises and falls in pitch</w:t>
      </w:r>
      <w:r>
        <w:br/>
      </w:r>
      <w:r>
        <w:t xml:space="preserve">    (c) thought deeply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conviviality</w:t>
      </w:r>
      <w:r>
        <w:rPr>
          <w:b/>
          <w:bCs/>
        </w:rPr>
        <w:t xml:space="preserve"> </w:t>
      </w:r>
      <w:r>
        <w:rPr>
          <w:b/>
          <w:bCs/>
        </w:rPr>
        <w:t xml:space="preserve">is a major cause of overeating.</w:t>
      </w:r>
      <w:r>
        <w:br/>
      </w:r>
      <w:r>
        <w:t xml:space="preserve">    (a) being friendly and fun</w:t>
      </w:r>
      <w:r>
        <w:br/>
      </w:r>
      <w:r>
        <w:t xml:space="preserve">    (b) psychiatric treatment</w:t>
      </w:r>
      <w:r>
        <w:br/>
      </w:r>
      <w:r>
        <w:t xml:space="preserve">    (c) arousing or inspiring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church-related</w:t>
      </w:r>
      <w:r>
        <w:br/>
      </w:r>
      <w:r>
        <w:t xml:space="preserve">    (b) sports-related</w:t>
      </w:r>
      <w:r>
        <w:br/>
      </w:r>
      <w:r>
        <w:t xml:space="preserve">    (c) kitchen-related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memory of the time in the camps.</w:t>
      </w:r>
      <w:r>
        <w:br/>
      </w:r>
      <w:r>
        <w:t xml:space="preserve">    (a) shared with others</w:t>
      </w:r>
      <w:r>
        <w:br/>
      </w:r>
      <w:r>
        <w:t xml:space="preserve">    (b) removed completely</w:t>
      </w:r>
      <w:r>
        <w:br/>
      </w:r>
      <w:r>
        <w:t xml:space="preserve">    (c) relived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 captured the sun's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effulgent</w:t>
      </w:r>
      <w:r>
        <w:rPr>
          <w:b/>
          <w:bCs/>
        </w:rPr>
        <w:t xml:space="preserve"> </w:t>
      </w:r>
      <w:r>
        <w:rPr>
          <w:b/>
          <w:bCs/>
        </w:rPr>
        <w:t xml:space="preserve">rays as the sun rose over the mountain.</w:t>
      </w:r>
      <w:r>
        <w:br/>
      </w:r>
      <w:r>
        <w:t xml:space="preserve">    (a) weak</w:t>
      </w:r>
      <w:r>
        <w:br/>
      </w:r>
      <w:r>
        <w:t xml:space="preserve">    (b) yellow</w:t>
      </w:r>
      <w:r>
        <w:br/>
      </w:r>
      <w:r>
        <w:t xml:space="preserve">    (c) brilliant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 plan for emergency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.</w:t>
      </w:r>
      <w:r>
        <w:br/>
      </w:r>
      <w:r>
        <w:t xml:space="preserve">    (a) fires</w:t>
      </w:r>
      <w:r>
        <w:br/>
      </w:r>
      <w:r>
        <w:t xml:space="preserve">    (b) exit</w:t>
      </w:r>
      <w:r>
        <w:br/>
      </w:r>
      <w:r>
        <w:t xml:space="preserve">    (c) vehicles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tombstone words</w:t>
      </w:r>
      <w:r>
        <w:br/>
      </w:r>
      <w:r>
        <w:t xml:space="preserve">    (b) wedding speech</w:t>
      </w:r>
      <w:r>
        <w:br/>
      </w:r>
      <w:r>
        <w:t xml:space="preserve">    (c) legal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lacks</w:t>
      </w:r>
      <w:r>
        <w:br/>
      </w:r>
      <w:r>
        <w:t xml:space="preserve">    (b) shows</w:t>
      </w:r>
      <w:r>
        <w:br/>
      </w:r>
      <w:r>
        <w:t xml:space="preserve">    (c) craves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exemplar</w:t>
      </w:r>
      <w:r>
        <w:rPr>
          <w:b/>
          <w:bCs/>
        </w:rPr>
        <w:t xml:space="preserve"> </w:t>
      </w:r>
      <w:r>
        <w:rPr>
          <w:b/>
          <w:bCs/>
        </w:rPr>
        <w:t xml:space="preserve">of hard work and average luck making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American Dream</w:t>
      </w:r>
      <w:r>
        <w:rPr>
          <w:b/>
          <w:bCs/>
        </w:rPr>
        <w:t xml:space="preserve"> </w:t>
      </w:r>
      <w:r>
        <w:rPr>
          <w:b/>
          <w:bCs/>
        </w:rPr>
        <w:t xml:space="preserve">come true.</w:t>
      </w:r>
      <w:r>
        <w:br/>
      </w:r>
      <w:r>
        <w:t xml:space="preserve">    (a) an electronic component that acts like a one-way valve</w:t>
      </w:r>
      <w:r>
        <w:br/>
      </w:r>
      <w:r>
        <w:t xml:space="preserve">    (b) excellent example</w:t>
      </w:r>
      <w:r>
        <w:br/>
      </w:r>
      <w:r>
        <w:t xml:space="preserve">    (c) any substance that tends to increase the flow of urine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kinetic</w:t>
      </w:r>
      <w:r>
        <w:rPr>
          <w:b/>
          <w:bCs/>
        </w:rPr>
        <w:t xml:space="preserve"> </w:t>
      </w:r>
      <w:r>
        <w:rPr>
          <w:b/>
          <w:bCs/>
        </w:rPr>
        <w:t xml:space="preserve">weapon does not contain explosives. Such a projectile gets its destructive force from its weight and speed.</w:t>
      </w:r>
      <w:r>
        <w:br/>
      </w:r>
      <w:r>
        <w:t xml:space="preserve">    (a) characterized by motion</w:t>
      </w:r>
      <w:r>
        <w:br/>
      </w:r>
      <w:r>
        <w:t xml:space="preserve">    (b) the same distance apart</w:t>
      </w:r>
      <w:r>
        <w:br/>
      </w:r>
      <w:r>
        <w:t xml:space="preserve">    (c) showing little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comments were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lascivious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reported them to HR.</w:t>
      </w:r>
      <w:r>
        <w:br/>
      </w:r>
      <w:r>
        <w:t xml:space="preserve">    (a) sexually inappropriate</w:t>
      </w:r>
      <w:r>
        <w:br/>
      </w:r>
      <w:r>
        <w:t xml:space="preserve">    (b) an argument attributed to one's opponent that is weaker than their actual argument</w:t>
      </w:r>
      <w:r>
        <w:br/>
      </w:r>
      <w:r>
        <w:t xml:space="preserve">    (c) the quality of feeling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company’s CEO was forced to resign after allegations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licentious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including affairs with employees in the office.</w:t>
      </w:r>
      <w:r>
        <w:br/>
      </w:r>
      <w:r>
        <w:t xml:space="preserve">    (a) socially unacceptable sexual behavior</w:t>
      </w:r>
      <w:r>
        <w:br/>
      </w:r>
      <w:r>
        <w:t xml:space="preserve">    (b) sexual harassment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 opened the concert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medley</w:t>
      </w:r>
      <w:r>
        <w:rPr>
          <w:b/>
          <w:bCs/>
        </w:rPr>
        <w:t xml:space="preserve"> </w:t>
      </w:r>
      <w:r>
        <w:rPr>
          <w:b/>
          <w:bCs/>
        </w:rPr>
        <w:t xml:space="preserve">of popular movie themes.</w:t>
      </w:r>
      <w:r>
        <w:br/>
      </w:r>
      <w:r>
        <w:t xml:space="preserve">    (a) solo</w:t>
      </w:r>
      <w:r>
        <w:br/>
      </w:r>
      <w:r>
        <w:t xml:space="preserve">    (b) mix</w:t>
      </w:r>
      <w:r>
        <w:br/>
      </w:r>
      <w:r>
        <w:t xml:space="preserve">    (c) video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metamorphosis</w:t>
      </w:r>
      <w:r>
        <w:rPr>
          <w:b/>
          <w:bCs/>
        </w:rPr>
        <w:t xml:space="preserve"> </w:t>
      </w:r>
      <w:r>
        <w:rPr>
          <w:b/>
          <w:bCs/>
        </w:rPr>
        <w:t xml:space="preserve">from a shy teenager to a confident leader impressed everyone who knew her.</w:t>
      </w:r>
      <w:r>
        <w:br/>
      </w:r>
      <w:r>
        <w:t xml:space="preserve">    (a) major change</w:t>
      </w:r>
      <w:r>
        <w:br/>
      </w:r>
      <w:r>
        <w:t xml:space="preserve">    (b) sudden departure</w:t>
      </w:r>
      <w:r>
        <w:br/>
      </w:r>
      <w:r>
        <w:t xml:space="preserve">    (c) rapid promotion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claim has already been dismissed by the court.</w:t>
      </w:r>
      <w:r>
        <w:br/>
      </w:r>
      <w:r>
        <w:t xml:space="preserve">    (a) false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the quality of behaving in an instinctive, uninhibited, and unplanned manner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2026-07-27T14:19:55Z</dcterms:created>
  <dcterms:modified xsi:type="dcterms:W3CDTF">2026-07-27T14:19:55Z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