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44909b022bab159a9ef0e235da1aeca543fd409"/>
    <w:p>
      <w:pPr>
        <w:pStyle w:val="Heading1"/>
      </w:pPr>
      <w:r>
        <w:rPr>
          <w:b/>
          <w:bCs/>
        </w:rPr>
        <w:t xml:space="preserve">Ulysses</w:t>
      </w:r>
      <w:r>
        <w:br/>
      </w:r>
      <w:r>
        <w:rPr>
          <w:i/>
          <w:iCs/>
        </w:rPr>
        <w:t xml:space="preserve">James Joyce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hand plucking the harpstrings, merging their twining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chords</w:t>
      </w:r>
      <w:r>
        <w:rPr>
          <w:b/>
          <w:bCs/>
        </w:rPr>
        <w:t xml:space="preserve">.</w:t>
      </w:r>
      <w:r>
        <w:br/>
      </w:r>
      <w:r>
        <w:t xml:space="preserve">    (a) a combination of three or more notes that blend harmoniously when sounded together; or figuratively to express harmonious blending or clashing</w:t>
      </w:r>
      <w:r>
        <w:br/>
      </w:r>
      <w:r>
        <w:t xml:space="preserve">    (b) (verb) intentionally angers, challenges, or upsets someone  OR  (noun) insults or other actions intended to anger, challenge, or upset someone</w:t>
      </w:r>
      <w:r>
        <w:br/>
      </w:r>
      <w:r>
        <w:t xml:space="preserve">    (c) items characterized by narrower parallel folds when closed and wider when open -- such as a door or musical instrument with that characteristic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Pardoned a classical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allusion</w:t>
      </w:r>
      <w:r>
        <w:rPr>
          <w:b/>
          <w:bCs/>
        </w:rPr>
        <w:t xml:space="preserve">.</w:t>
      </w:r>
      <w:r>
        <w:br/>
      </w:r>
      <w:r>
        <w:t xml:space="preserve">    (a) a nerve or brain cell</w:t>
      </w:r>
      <w:r>
        <w:br/>
      </w:r>
      <w:r>
        <w:t xml:space="preserve">    (b) long eventful journey</w:t>
      </w:r>
      <w:r>
        <w:br/>
      </w:r>
      <w:r>
        <w:t xml:space="preserve">    (c) an indirect reference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boatman got a pole and fished him out by the slack of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breeches</w:t>
      </w:r>
      <w:r>
        <w:rPr>
          <w:b/>
          <w:bCs/>
        </w:rPr>
        <w:t xml:space="preserve"> </w:t>
      </w:r>
      <w:r>
        <w:rPr>
          <w:b/>
          <w:bCs/>
        </w:rPr>
        <w:t xml:space="preserve">and he was landed up to the father on the quay more dead than alive.</w:t>
      </w:r>
      <w:r>
        <w:br/>
      </w:r>
      <w:r>
        <w:t xml:space="preserve">    (a) views</w:t>
      </w:r>
      <w:r>
        <w:br/>
      </w:r>
      <w:r>
        <w:t xml:space="preserve">    (b) names</w:t>
      </w:r>
      <w:r>
        <w:br/>
      </w:r>
      <w:r>
        <w:t xml:space="preserve">    (c) pants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With the approval of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eminent</w:t>
      </w:r>
      <w:r>
        <w:rPr>
          <w:b/>
          <w:bCs/>
        </w:rPr>
        <w:t xml:space="preserve"> </w:t>
      </w:r>
      <w:r>
        <w:rPr>
          <w:b/>
          <w:bCs/>
        </w:rPr>
        <w:t xml:space="preserve">poet, Mr Geo.</w:t>
      </w:r>
      <w:r>
        <w:br/>
      </w:r>
      <w:r>
        <w:t xml:space="preserve">    (a) improper, awkward, or unfavorable</w:t>
      </w:r>
      <w:r>
        <w:br/>
      </w:r>
      <w:r>
        <w:t xml:space="preserve">    (b) able to be stopped from happening</w:t>
      </w:r>
      <w:r>
        <w:br/>
      </w:r>
      <w:r>
        <w:t xml:space="preserve">    (c) respected and famous or important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Last year travelling to Ennis had to pick up that farmer's daughter's ba and hand it to her at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Limerick</w:t>
      </w:r>
      <w:r>
        <w:rPr>
          <w:b/>
          <w:bCs/>
        </w:rPr>
        <w:t xml:space="preserve"> </w:t>
      </w:r>
      <w:r>
        <w:rPr>
          <w:b/>
          <w:bCs/>
        </w:rPr>
        <w:t xml:space="preserve">junction.</w:t>
      </w:r>
      <w:r>
        <w:br/>
      </w:r>
      <w:r>
        <w:t xml:space="preserve">    (a) a period of time or a stage during the development of something</w:t>
      </w:r>
      <w:r>
        <w:br/>
      </w:r>
      <w:r>
        <w:t xml:space="preserve">    (b) a measure of north/south (relative to the equator) on the earth</w:t>
      </w:r>
      <w:r>
        <w:br/>
      </w:r>
      <w:r>
        <w:t xml:space="preserve">    (c) a humorous poem consisting of 5 lines with a rhyme scheme aabba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—The peatsmoke is going to his head, John Eglinton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opined</w:t>
      </w:r>
      <w:r>
        <w:rPr>
          <w:b/>
          <w:bCs/>
        </w:rPr>
        <w:t xml:space="preserve">.</w:t>
      </w:r>
      <w:r>
        <w:br/>
      </w:r>
      <w:r>
        <w:t xml:space="preserve">    (a) took on as one's own</w:t>
      </w:r>
      <w:r>
        <w:br/>
      </w:r>
      <w:r>
        <w:t xml:space="preserve">    (b) expressed an opinion</w:t>
      </w:r>
      <w:r>
        <w:br/>
      </w:r>
      <w:r>
        <w:t xml:space="preserve">    (c) differed; or changed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—The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bard</w:t>
      </w:r>
      <w:r>
        <w:rPr>
          <w:b/>
          <w:bCs/>
        </w:rPr>
        <w:t xml:space="preserve">'s fellowcountrymen, John Eglinton answered, are rather tired perhaps of our brilliancies of theorising.</w:t>
      </w:r>
      <w:r>
        <w:br/>
      </w:r>
      <w:r>
        <w:t xml:space="preserve">    (a) a hole or dropoff so deep the bottom cannot be seen -- often used figuratively to imply a frightening bottomless pit</w:t>
      </w:r>
      <w:r>
        <w:br/>
      </w:r>
      <w:r>
        <w:t xml:space="preserve">    (b) of the American Indian civilization of Yucatan and Belize and Guatemala that reached its peak between AD 300 and 900</w:t>
      </w:r>
      <w:r>
        <w:br/>
      </w:r>
      <w:r>
        <w:t xml:space="preserve">    (c) someone who composes and recites or sings poems about important events and people; or (as a proper noun) Shakespeare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Buck Mulligan, 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pious</w:t>
      </w:r>
      <w:r>
        <w:rPr>
          <w:b/>
          <w:bCs/>
        </w:rPr>
        <w:t xml:space="preserve"> </w:t>
      </w:r>
      <w:r>
        <w:rPr>
          <w:b/>
          <w:bCs/>
        </w:rPr>
        <w:t xml:space="preserve">eyes upturned, prayed:</w:t>
      </w:r>
      <w:r>
        <w:br/>
      </w:r>
      <w:r>
        <w:t xml:space="preserve">    (a) not able to be translated</w:t>
      </w:r>
      <w:r>
        <w:br/>
      </w:r>
      <w:r>
        <w:t xml:space="preserve">    (b) able to be disagreed with</w:t>
      </w:r>
      <w:r>
        <w:br/>
      </w:r>
      <w:r>
        <w:t xml:space="preserve">    (c) religious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is a mystical estate, an apostolic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succession</w:t>
      </w:r>
      <w:r>
        <w:rPr>
          <w:b/>
          <w:bCs/>
        </w:rPr>
        <w:t xml:space="preserve">, from only begetter to only begotten.</w:t>
      </w:r>
      <w:r>
        <w:br/>
      </w:r>
      <w:r>
        <w:t xml:space="preserve">    (a) formula (a mathematical expression that describe a relationship between variables)</w:t>
      </w:r>
      <w:r>
        <w:br/>
      </w:r>
      <w:r>
        <w:t xml:space="preserve">    (b) replacement (of one person with another)</w:t>
      </w:r>
      <w:r>
        <w:br/>
      </w:r>
      <w:r>
        <w:t xml:space="preserve">    (c) officially telling someone about something; or something that contains the message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As he awaited the fatal signal he tested the edge of his horrible weapon by honing it upon his brawny forearm or decapitated in rapid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succession</w:t>
      </w:r>
      <w:r>
        <w:rPr>
          <w:b/>
          <w:bCs/>
        </w:rPr>
        <w:t xml:space="preserve"> </w:t>
      </w:r>
      <w:r>
        <w:rPr>
          <w:b/>
          <w:bCs/>
        </w:rPr>
        <w:t xml:space="preserve">a flock of sheep which had been provided by the admirers of his fell but necessary office.</w:t>
      </w:r>
      <w:r>
        <w:br/>
      </w:r>
      <w:r>
        <w:t xml:space="preserve">    (a) thing that affects a result or outcome</w:t>
      </w:r>
      <w:r>
        <w:br/>
      </w:r>
      <w:r>
        <w:t xml:space="preserve">    (b) job, reservation, booking, or activity</w:t>
      </w:r>
      <w:r>
        <w:br/>
      </w:r>
      <w:r>
        <w:t xml:space="preserve">    (c) sequence (one after another)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Dust slept on dull coils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bronze</w:t>
      </w:r>
      <w:r>
        <w:rPr>
          <w:b/>
          <w:bCs/>
        </w:rPr>
        <w:t xml:space="preserve"> </w:t>
      </w:r>
      <w:r>
        <w:rPr>
          <w:b/>
          <w:bCs/>
        </w:rPr>
        <w:t xml:space="preserve">and silver, lozenges of cinnabar, on rubies, leprous and winedark stones.</w:t>
      </w:r>
      <w:r>
        <w:br/>
      </w:r>
      <w:r>
        <w:t xml:space="preserve">    (a) appropriate in size, amount, or degree</w:t>
      </w:r>
      <w:r>
        <w:br/>
      </w:r>
      <w:r>
        <w:t xml:space="preserve">    (b) a brownish metal</w:t>
      </w:r>
      <w:r>
        <w:br/>
      </w:r>
      <w:r>
        <w:t xml:space="preserve">    (c) examine in detail to better understand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Bronze</w:t>
      </w:r>
      <w:r>
        <w:rPr>
          <w:b/>
          <w:bCs/>
        </w:rPr>
        <w:t xml:space="preserve"> </w:t>
      </w:r>
      <w:r>
        <w:rPr>
          <w:b/>
          <w:bCs/>
        </w:rPr>
        <w:t xml:space="preserve">by gold, Miss Kennedy's head by Miss Douce's head, appeared above the crossblind of the Ormond hotel.</w:t>
      </w:r>
      <w:r>
        <w:br/>
      </w:r>
      <w:r>
        <w:t xml:space="preserve">    (a) reddish-brown or yellowish-brown</w:t>
      </w:r>
      <w:r>
        <w:br/>
      </w:r>
      <w:r>
        <w:t xml:space="preserve">    (b) not feeling or showing sympathy for another's suffering</w:t>
      </w:r>
      <w:r>
        <w:br/>
      </w:r>
      <w:r>
        <w:t xml:space="preserve">    (c) view in a certain way so as to form a belief or opinion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straightway the minions of the law led forth from their donjon keep one whom the sleuthhounds of justice had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apprehended</w:t>
      </w:r>
      <w:r>
        <w:rPr>
          <w:b/>
          <w:bCs/>
        </w:rPr>
        <w:t xml:space="preserve"> </w:t>
      </w:r>
      <w:r>
        <w:rPr>
          <w:b/>
          <w:bCs/>
        </w:rPr>
        <w:t xml:space="preserve">in consequence of information received.</w:t>
      </w:r>
      <w:r>
        <w:br/>
      </w:r>
      <w:r>
        <w:t xml:space="preserve">    (a) arrested</w:t>
      </w:r>
      <w:r>
        <w:br/>
      </w:r>
      <w:r>
        <w:t xml:space="preserve">    (b) worked or operated</w:t>
      </w:r>
      <w:r>
        <w:br/>
      </w:r>
      <w:r>
        <w:t xml:space="preserve">    (c) wrongly understood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What selfimposed enigma did Bloom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about to rise in order to go so as to conclude lest he should not conclude</w:t>
      </w:r>
      <w:r>
        <w:rPr>
          <w:b/>
          <w:bCs/>
        </w:rPr>
        <w:t xml:space="preserve"> </w:t>
      </w:r>
      <w:r>
        <w:rPr>
          <w:b/>
          <w:bCs/>
        </w:rPr>
        <w:t xml:space="preserve">involuntarily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apprehend</w:t>
      </w:r>
      <w:r>
        <w:rPr>
          <w:b/>
          <w:bCs/>
        </w:rPr>
        <w:t xml:space="preserve">?</w:t>
      </w:r>
      <w:r>
        <w:br/>
      </w:r>
      <w:r>
        <w:t xml:space="preserve">    (a) get along with</w:t>
      </w:r>
      <w:r>
        <w:br/>
      </w:r>
      <w:r>
        <w:t xml:space="preserve">    (b) understand</w:t>
      </w:r>
      <w:r>
        <w:br/>
      </w:r>
      <w:r>
        <w:t xml:space="preserve">    (c) interact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Do you remember, harking back in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retrospective</w:t>
      </w:r>
      <w:r>
        <w:rPr>
          <w:b/>
          <w:bCs/>
        </w:rPr>
        <w:t xml:space="preserve"> </w:t>
      </w:r>
      <w:r>
        <w:rPr>
          <w:b/>
          <w:bCs/>
        </w:rPr>
        <w:t xml:space="preserve">arrangement, Old Christmas night, Georgina Simpson's housewarming while they were playing the Irving Bishop game, finding the pin blindfold and thoughtreading?</w:t>
      </w:r>
      <w:r>
        <w:br/>
      </w:r>
      <w:r>
        <w:t xml:space="preserve">    (a) not relating to practice or belief that is long-established or was previously long-established</w:t>
      </w:r>
      <w:r>
        <w:br/>
      </w:r>
      <w:r>
        <w:t xml:space="preserve">    (b) looking back on the past -- sometimes with a representative selection of an artist's life work</w:t>
      </w:r>
      <w:r>
        <w:br/>
      </w:r>
      <w:r>
        <w:t xml:space="preserve">    (c) relating to a residential area located near the outer edge of a city where it isn't as crowded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Stephen, that is when the accosting figure came to close quarters, though he was not in an over sober state himself recognised Corley's breath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redolent</w:t>
      </w:r>
      <w:r>
        <w:rPr>
          <w:b/>
          <w:bCs/>
        </w:rPr>
        <w:t xml:space="preserve"> </w:t>
      </w:r>
      <w:r>
        <w:rPr>
          <w:b/>
          <w:bCs/>
        </w:rPr>
        <w:t xml:space="preserve">of rotten cornjuice.</w:t>
      </w:r>
      <w:r>
        <w:br/>
      </w:r>
      <w:r>
        <w:t xml:space="preserve">    (a) a mental disorder characterized by alternating episodes of major depression and abnormally elevated mood</w:t>
      </w:r>
      <w:r>
        <w:br/>
      </w:r>
      <w:r>
        <w:t xml:space="preserve">    (b) acts to tendency to engage in acts that resist government authority or attempt to overthrow a government</w:t>
      </w:r>
      <w:r>
        <w:br/>
      </w:r>
      <w:r>
        <w:t xml:space="preserve">    (c) reminiscent (serving to bring to mind)</w:t>
      </w:r>
      <w:r>
        <w:br/>
      </w:r>
      <w:r>
        <w:br/>
      </w:r>
      <w:r>
        <w:t xml:space="preserve">or:</w:t>
      </w:r>
      <w:r>
        <w:br/>
      </w:r>
      <w:r>
        <w:br/>
      </w:r>
      <w:r>
        <w:t xml:space="preserve">or smelling like something; or having a sweet fragrance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Did he see only a second coincidence in the second scene narrated to him, described by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narrator</w:t>
      </w:r>
      <w:r>
        <w:rPr>
          <w:b/>
          <w:bCs/>
        </w:rPr>
        <w:t xml:space="preserve"> </w:t>
      </w:r>
      <w:r>
        <w:rPr>
          <w:b/>
          <w:bCs/>
        </w:rPr>
        <w:t xml:space="preserve">as A Pisgah Sight of Palestine or The Parable of the Plums?</w:t>
      </w:r>
      <w:r>
        <w:br/>
      </w:r>
      <w:r>
        <w:t xml:space="preserve">    (a) storyteller</w:t>
      </w:r>
      <w:r>
        <w:br/>
      </w:r>
      <w:r>
        <w:t xml:space="preserve">    (b) translation</w:t>
      </w:r>
      <w:r>
        <w:br/>
      </w:r>
      <w:r>
        <w:t xml:space="preserve">    (c) quiet voice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What had been 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hypothetical</w:t>
      </w:r>
      <w:r>
        <w:rPr>
          <w:b/>
          <w:bCs/>
        </w:rPr>
        <w:t xml:space="preserve"> </w:t>
      </w:r>
      <w:r>
        <w:rPr>
          <w:b/>
          <w:bCs/>
        </w:rPr>
        <w:t xml:space="preserve">singular solutions?</w:t>
      </w:r>
      <w:r>
        <w:br/>
      </w:r>
      <w:r>
        <w:t xml:space="preserve">    (a) finding fault and telling others; or tending to have unfavorable opinions</w:t>
      </w:r>
      <w:r>
        <w:br/>
      </w:r>
      <w:r>
        <w:t xml:space="preserve">    (b) the state or degree of not finding a condition or substance to be present</w:t>
      </w:r>
      <w:r>
        <w:br/>
      </w:r>
      <w:r>
        <w:t xml:space="preserve">    (c) based on a seemingly reasonable, but unproven, explanation of known facts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…when proposing this problem for solution, he had conjectured as a working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hypothesis</w:t>
      </w:r>
      <w:r>
        <w:rPr>
          <w:b/>
          <w:bCs/>
        </w:rPr>
        <w:t xml:space="preserve"> </w:t>
      </w:r>
      <w:r>
        <w:rPr>
          <w:b/>
          <w:bCs/>
        </w:rPr>
        <w:t xml:space="preserve">which could not be proved impossible that a more adaptable and differently anatomically constructed race of beings might subsist otherwise under Martian…</w:t>
      </w:r>
      <w:r>
        <w:br/>
      </w:r>
      <w:r>
        <w:t xml:space="preserve">    (a) an agent that works against a bacterial infection that is typically contracted through a puncture wound with a dirty object</w:t>
      </w:r>
      <w:r>
        <w:br/>
      </w:r>
      <w:r>
        <w:t xml:space="preserve">    (b) main character of Mark Twain's classic novel about Huck and Jim's journey down the Mississippi River to find freedom (1884)</w:t>
      </w:r>
      <w:r>
        <w:br/>
      </w:r>
      <w:r>
        <w:t xml:space="preserve">    (c) something that may or may not be true, but is temporarily treated as true to advance a discussion or to further investigation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When citybound frequent connection by train or tram from their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respective</w:t>
      </w:r>
      <w:r>
        <w:rPr>
          <w:b/>
          <w:bCs/>
        </w:rPr>
        <w:t xml:space="preserve"> </w:t>
      </w:r>
      <w:r>
        <w:rPr>
          <w:b/>
          <w:bCs/>
        </w:rPr>
        <w:t xml:space="preserve">intermediate station or terminal.</w:t>
      </w:r>
      <w:r>
        <w:br/>
      </w:r>
      <w:r>
        <w:t xml:space="preserve">    (a) lacking emission of a stream of particles in nuclear decay</w:t>
      </w:r>
      <w:r>
        <w:br/>
      </w:r>
      <w:r>
        <w:t xml:space="preserve">    (b) in a manner of accepting something as true (without proof)</w:t>
      </w:r>
      <w:r>
        <w:br/>
      </w:r>
      <w:r>
        <w:t xml:space="preserve">    (c) relating separately to the people or things just mentioned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2026-07-27T14:19:55Z</dcterms:created>
  <dcterms:modified xsi:type="dcterms:W3CDTF">2026-07-27T14:19:55Z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