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bcc37783f11de9cebba7876847de3bc59aeac7"/>
    <w:p>
      <w:pPr>
        <w:pStyle w:val="Heading1"/>
      </w:pPr>
      <w:r>
        <w:rPr>
          <w:b/>
          <w:bCs/>
        </w:rPr>
        <w:t xml:space="preserve">Uglies</w:t>
      </w:r>
      <w:r>
        <w:br/>
      </w:r>
      <w:r>
        <w:rPr>
          <w:i/>
          <w:iCs/>
        </w:rPr>
        <w:t xml:space="preserve">Scott Westerfeld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big eyes and lips said: I'm young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vulnerable</w:t>
      </w:r>
      <w:r>
        <w:rPr>
          <w:b/>
          <w:bCs/>
        </w:rPr>
        <w:t xml:space="preserve">, I can't hurt you, and you want to protect me.</w:t>
      </w:r>
      <w:r>
        <w:br/>
      </w:r>
      <w:r>
        <w:t xml:space="preserve">    (a)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(b) having the characteristic of or relating to bouncing back light/heat/sound...</w:t>
      </w:r>
      <w:r>
        <w:br/>
      </w:r>
      <w:r>
        <w:t xml:space="preserve">    (c) easily hurt or in need of help; or easily influenced or subject to temptation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next Tally was a much more standard morphological model, with almond-shaped brown eyes, straight black hair with long bangs, the dark lips set to maximum fullness.</w:t>
      </w:r>
      <w:r>
        <w:br/>
      </w:r>
      <w:r>
        <w:rPr>
          <w:b/>
          <w:bCs/>
        </w:rPr>
        <w:t xml:space="preserve">"Pretty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generic</w:t>
      </w:r>
      <w:r>
        <w:rPr>
          <w:b/>
          <w:bCs/>
        </w:rPr>
        <w:t xml:space="preserve">, Tally."</w:t>
      </w:r>
      <w:r>
        <w:br/>
      </w:r>
      <w:r>
        <w:rPr>
          <w:b/>
          <w:bCs/>
        </w:rPr>
        <w:t xml:space="preserve">"Oh, come on! I worked on this one for a long time."</w:t>
      </w:r>
      <w:r>
        <w:br/>
      </w:r>
      <w:r>
        <w:t xml:space="preserve">    (a) name-brand version</w:t>
      </w:r>
      <w:r>
        <w:br/>
      </w:r>
      <w:r>
        <w:t xml:space="preserve">    (b) a specific instance</w:t>
      </w:r>
      <w:r>
        <w:br/>
      </w:r>
      <w:r>
        <w:t xml:space="preserve">    (c) looking like a group or class rather than like an individual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began with a huge climb.</w:t>
      </w:r>
      <w:r>
        <w:br/>
      </w:r>
      <w:r>
        <w:t xml:space="preserve">    (a) change the direction of something or the purpose for which it is used</w:t>
      </w:r>
      <w:r>
        <w:br/>
      </w:r>
      <w:r>
        <w:t xml:space="preserve">    (b) route (way to get somewhere)</w:t>
      </w:r>
      <w:r>
        <w:br/>
      </w:r>
      <w:r>
        <w:t xml:space="preserve">    (c) to stick out, attract more attention than desired, or impose on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time noon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the tributary was gradually growing smaller.</w:t>
      </w:r>
      <w:r>
        <w:br/>
      </w:r>
      <w:r>
        <w:t xml:space="preserve">    (a) got near</w:t>
      </w:r>
      <w:r>
        <w:br/>
      </w:r>
      <w:r>
        <w:t xml:space="preserve">    (b) made possible</w:t>
      </w:r>
      <w:r>
        <w:br/>
      </w:r>
      <w:r>
        <w:t xml:space="preserve">    (c) not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bent her knees, and her board started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descend</w:t>
      </w:r>
      <w:r>
        <w:rPr>
          <w:b/>
          <w:bCs/>
        </w:rPr>
        <w:t xml:space="preserve">.</w:t>
      </w:r>
      <w:r>
        <w:br/>
      </w:r>
      <w:r>
        <w:t xml:space="preserve">    (a) create dramatic change</w:t>
      </w:r>
      <w:r>
        <w:br/>
      </w:r>
      <w:r>
        <w:t xml:space="preserve">    (b) mirror back (an image)</w:t>
      </w:r>
      <w:r>
        <w:br/>
      </w:r>
      <w:r>
        <w:t xml:space="preserve">    (c) move downward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that the encounter with Dr. Cable was over, her anger and defiance were fading, and there was nothing left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accept as true (without proof)</w:t>
      </w:r>
      <w:r>
        <w:br/>
      </w:r>
      <w:r>
        <w:t xml:space="preserve">    (b) take (power or responsibility)</w:t>
      </w:r>
      <w:r>
        <w:br/>
      </w:r>
      <w:r>
        <w:t xml:space="preserve">    (c)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Renewable energy,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sustainable</w:t>
      </w:r>
      <w:r>
        <w:rPr>
          <w:b/>
          <w:bCs/>
        </w:rPr>
        <w:t xml:space="preserve"> </w:t>
      </w:r>
      <w:r>
        <w:rPr>
          <w:b/>
          <w:bCs/>
        </w:rPr>
        <w:t xml:space="preserve">resources, a fixed population.</w:t>
      </w:r>
      <w:r>
        <w:br/>
      </w:r>
      <w:r>
        <w:t xml:space="preserve">    (a) a tendency to think back on things</w:t>
      </w:r>
      <w:r>
        <w:br/>
      </w:r>
      <w:r>
        <w:t xml:space="preserve">    (b) relating to surrounding conditions</w:t>
      </w:r>
      <w:r>
        <w:br/>
      </w:r>
      <w:r>
        <w:t xml:space="preserve">    (c) capable of continuing through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Four days later take the side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</w:t>
      </w:r>
      <w:r>
        <w:rPr>
          <w:b/>
          <w:bCs/>
        </w:rPr>
        <w:t xml:space="preserve">...</w:t>
      </w:r>
      <w:r>
        <w:br/>
      </w:r>
      <w:r>
        <w:t xml:space="preserve">    (a) cherish or adore</w:t>
      </w:r>
      <w:r>
        <w:br/>
      </w:r>
      <w:r>
        <w:t xml:space="preserve">    (b) understand</w:t>
      </w:r>
      <w:r>
        <w:br/>
      </w:r>
      <w:r>
        <w:t xml:space="preserve">    (c) dislike strongly and look down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deep chasm opened up under her,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fissure</w:t>
      </w:r>
      <w:r>
        <w:rPr>
          <w:b/>
          <w:bCs/>
        </w:rPr>
        <w:t xml:space="preserve"> </w:t>
      </w:r>
      <w:r>
        <w:rPr>
          <w:b/>
          <w:bCs/>
        </w:rPr>
        <w:t xml:space="preserve">cut into the cliffs by the sea.</w:t>
      </w:r>
      <w:r>
        <w:br/>
      </w:r>
      <w:r>
        <w:t xml:space="preserve">    (a) mark important text; or the text that is marked</w:t>
      </w:r>
      <w:r>
        <w:br/>
      </w:r>
      <w:r>
        <w:t xml:space="preserve">    (b) a long narrow crack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coaxed</w:t>
      </w:r>
      <w:r>
        <w:rPr>
          <w:b/>
          <w:bCs/>
        </w:rPr>
        <w:t xml:space="preserve"> </w:t>
      </w:r>
      <w:r>
        <w:rPr>
          <w:b/>
          <w:bCs/>
        </w:rPr>
        <w:t xml:space="preserve">it carefully back over the cliff's edge, a huge shiver passing through her body as the board passed over solid ground.</w:t>
      </w:r>
      <w:r>
        <w:br/>
      </w:r>
      <w:r>
        <w:t xml:space="preserve">    (a) did not vote  OR  did not drink alcohol  OR  (more rarely) did not do something else</w:t>
      </w:r>
      <w:r>
        <w:br/>
      </w:r>
      <w:r>
        <w:t xml:space="preserve">    (b) thought of something as true or likely, even though it was not known with certainty</w:t>
      </w:r>
      <w:r>
        <w:br/>
      </w:r>
      <w:r>
        <w:t xml:space="preserve">    (c) tried to obtain a result through gentle and careful effort -- often gently persuaded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her first problem was getting across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.</w:t>
      </w:r>
      <w:r>
        <w:br/>
      </w:r>
      <w:r>
        <w:t xml:space="preserve">    (a) wide valley</w:t>
      </w:r>
      <w:r>
        <w:br/>
      </w:r>
      <w:r>
        <w:t xml:space="preserve">    (b) tall mountain</w:t>
      </w:r>
      <w:r>
        <w:br/>
      </w:r>
      <w:r>
        <w:t xml:space="preserve">    (c) deep hole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Tally cruised to a halt, surveying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junction</w:t>
      </w:r>
      <w:r>
        <w:rPr>
          <w:b/>
          <w:bCs/>
        </w:rPr>
        <w:t xml:space="preserve">.</w:t>
      </w:r>
      <w:r>
        <w:br/>
      </w:r>
      <w:r>
        <w:t xml:space="preserve">    (a) a central open space in a building</w:t>
      </w:r>
      <w:r>
        <w:br/>
      </w:r>
      <w:r>
        <w:t xml:space="preserve">    (b) a place where things come together</w:t>
      </w:r>
      <w:r>
        <w:br/>
      </w:r>
      <w:r>
        <w:t xml:space="preserve">    (c) particles emitted by nuclear decay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Tally caught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glimmer</w:t>
      </w:r>
      <w:r>
        <w:rPr>
          <w:b/>
          <w:bCs/>
        </w:rPr>
        <w:t xml:space="preserve"> </w:t>
      </w:r>
      <w:r>
        <w:rPr>
          <w:b/>
          <w:bCs/>
        </w:rPr>
        <w:t xml:space="preserve">of the river through the smoke,</w:t>
      </w:r>
      <w:r>
        <w:br/>
      </w:r>
      <w:r>
        <w:t xml:space="preserve">    (a) wavering reflection</w:t>
      </w:r>
      <w:r>
        <w:br/>
      </w:r>
      <w:r>
        <w:t xml:space="preserve">    (b) distant sound</w:t>
      </w:r>
      <w:r>
        <w:br/>
      </w:r>
      <w:r>
        <w:t xml:space="preserve">    (c) 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crowd out every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,</w:t>
      </w:r>
      <w:r>
        <w:br/>
      </w:r>
      <w:r>
        <w:t xml:space="preserve">    (a) types of animals or plants</w:t>
      </w:r>
      <w:r>
        <w:br/>
      </w:r>
      <w:r>
        <w:t xml:space="preserve">    (b) types of plants</w:t>
      </w:r>
      <w:r>
        <w:br/>
      </w:r>
      <w:r>
        <w:t xml:space="preserve">    (c) types of animals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can't make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dehydrated</w:t>
      </w:r>
      <w:r>
        <w:rPr>
          <w:b/>
          <w:bCs/>
        </w:rPr>
        <w:t xml:space="preserve"> </w:t>
      </w:r>
      <w:r>
        <w:rPr>
          <w:b/>
          <w:bCs/>
        </w:rPr>
        <w:t xml:space="preserve">food here, except fruit, and traveling with regular food is a total pain.</w:t>
      </w:r>
      <w:r>
        <w:br/>
      </w:r>
      <w:r>
        <w:t xml:space="preserve">    (a) super-healthy</w:t>
      </w:r>
      <w:r>
        <w:br/>
      </w:r>
      <w:r>
        <w:t xml:space="preserve">    (b) food in pill form</w:t>
      </w:r>
      <w:r>
        <w:br/>
      </w:r>
      <w:r>
        <w:t xml:space="preserve">    (c) dried (by removing natural moisture)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had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uttered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so horrible?</w:t>
      </w:r>
      <w:r>
        <w:br/>
      </w:r>
      <w:r>
        <w:t xml:space="preserve">    (a) genetically changed through evolution</w:t>
      </w:r>
      <w:r>
        <w:br/>
      </w:r>
      <w:r>
        <w:t xml:space="preserve">    (b) controlled (how something turned out)</w:t>
      </w:r>
      <w:r>
        <w:br/>
      </w:r>
      <w:r>
        <w:t xml:space="preserve">    (c) said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Tally closed her eyes, which made no difference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</w:t>
      </w:r>
      <w:r>
        <w:rPr>
          <w:b/>
          <w:bCs/>
        </w:rPr>
        <w:t xml:space="preserve"> </w:t>
      </w:r>
      <w:r>
        <w:rPr>
          <w:b/>
          <w:bCs/>
        </w:rPr>
        <w:t xml:space="preserve">darkness.</w:t>
      </w:r>
      <w:r>
        <w:br/>
      </w:r>
      <w:r>
        <w:t xml:space="preserve">    (a) complete or total</w:t>
      </w:r>
      <w:r>
        <w:br/>
      </w:r>
      <w:r>
        <w:t xml:space="preserve">    (b) greater than zero</w:t>
      </w:r>
      <w:r>
        <w:br/>
      </w:r>
      <w:r>
        <w:t xml:space="preserve">    (c) not demonstrating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certain amount of intelligence sometimes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accompanies</w:t>
      </w:r>
      <w:r>
        <w:rPr>
          <w:b/>
          <w:bCs/>
        </w:rPr>
        <w:t xml:space="preserve"> </w:t>
      </w:r>
      <w:r>
        <w:rPr>
          <w:b/>
          <w:bCs/>
        </w:rPr>
        <w:t xml:space="preserve">a strong sense of self-preservation.</w:t>
      </w:r>
      <w:r>
        <w:br/>
      </w:r>
      <w:r>
        <w:t xml:space="preserve">    (a) comes with</w:t>
      </w:r>
      <w:r>
        <w:br/>
      </w:r>
      <w:r>
        <w:t xml:space="preserve">    (b) gives an opinion of what is wrong with something</w:t>
      </w:r>
      <w:r>
        <w:br/>
      </w:r>
      <w:r>
        <w:t xml:space="preserve">    (c) interferes in other people's affairs or business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officer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you.</w:t>
      </w:r>
      <w:r>
        <w:br/>
      </w:r>
      <w:r>
        <w:t xml:space="preserve">    (a) influence opinion</w:t>
      </w:r>
      <w:r>
        <w:br/>
      </w:r>
      <w:r>
        <w:t xml:space="preserve">    (b) go with</w:t>
      </w:r>
      <w:r>
        <w:br/>
      </w:r>
      <w:r>
        <w:t xml:space="preserve">    (c) differ; or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just need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diversion</w:t>
      </w:r>
      <w:r>
        <w:rPr>
          <w:b/>
          <w:bCs/>
        </w:rPr>
        <w:t xml:space="preserve">," Tally said.</w:t>
      </w:r>
      <w:r>
        <w:br/>
      </w:r>
      <w:r>
        <w:t xml:space="preserve">    (a) group of soldiers</w:t>
      </w:r>
      <w:r>
        <w:br/>
      </w:r>
      <w:r>
        <w:t xml:space="preserve">    (b) distraction</w:t>
      </w:r>
      <w:r>
        <w:br/>
      </w:r>
      <w:r>
        <w:t xml:space="preserve">    (c) miracle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2026-07-31T16:45:34Z</dcterms:created>
  <dcterms:modified xsi:type="dcterms:W3CDTF">2026-07-31T16:45:34Z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