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e908955e644386deb2ad89ec372f359cabfc19"/>
    <w:p>
      <w:pPr>
        <w:pStyle w:val="Heading1"/>
      </w:pPr>
      <w:r>
        <w:rPr>
          <w:b/>
          <w:bCs/>
        </w:rPr>
        <w:t xml:space="preserve">Typical American</w:t>
      </w:r>
      <w:r>
        <w:br/>
      </w:r>
      <w:r>
        <w:rPr>
          <w:i/>
          <w:iCs/>
        </w:rPr>
        <w:t xml:space="preserve">Gish Jen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stared at him, mouth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agape</w:t>
      </w:r>
      <w:r>
        <w:rPr>
          <w:b/>
          <w:bCs/>
        </w:rPr>
        <w:t xml:space="preserve">.</w:t>
      </w:r>
      <w:r>
        <w:br/>
      </w:r>
      <w:r>
        <w:t xml:space="preserve">    (a) wide open</w:t>
      </w:r>
      <w:r>
        <w:br/>
      </w:r>
      <w:r>
        <w:t xml:space="preserve">    (b) screaming</w:t>
      </w:r>
      <w:r>
        <w:br/>
      </w:r>
      <w:r>
        <w:t xml:space="preserve">    (c) clamped shut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embarrassment</w:t>
      </w:r>
      <w:r>
        <w:br/>
      </w:r>
      <w:r>
        <w:t xml:space="preserve">    (b) concern</w:t>
      </w:r>
      <w:r>
        <w:br/>
      </w:r>
      <w:r>
        <w:t xml:space="preserve">    (c) quickness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Harry Potter</w:t>
      </w:r>
      <w:r>
        <w:rPr>
          <w:b/>
          <w:bCs/>
        </w:rPr>
        <w:t xml:space="preserve">, Voldemort is Harry's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friend</w:t>
      </w:r>
      <w:r>
        <w:br/>
      </w:r>
      <w:r>
        <w:t xml:space="preserve">    (b) enemy</w:t>
      </w:r>
      <w:r>
        <w:br/>
      </w:r>
      <w:r>
        <w:t xml:space="preserve">    (c) partner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undertook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arduous</w:t>
      </w:r>
      <w:r>
        <w:rPr>
          <w:b/>
          <w:bCs/>
        </w:rPr>
        <w:t xml:space="preserve"> </w:t>
      </w:r>
      <w:r>
        <w:rPr>
          <w:b/>
          <w:bCs/>
        </w:rPr>
        <w:t xml:space="preserve">work of caring for twins.</w:t>
      </w:r>
      <w:r>
        <w:br/>
      </w:r>
      <w:r>
        <w:t xml:space="preserve">    (a) rewarding</w:t>
      </w:r>
      <w:r>
        <w:br/>
      </w:r>
      <w:r>
        <w:t xml:space="preserve">    (b) profitable</w:t>
      </w:r>
      <w:r>
        <w:br/>
      </w:r>
      <w:r>
        <w:t xml:space="preserve">    (c) difficult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purpose of this exercise is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augment</w:t>
      </w:r>
      <w:r>
        <w:rPr>
          <w:b/>
          <w:bCs/>
        </w:rPr>
        <w:t xml:space="preserve"> </w:t>
      </w:r>
      <w:r>
        <w:rPr>
          <w:b/>
          <w:bCs/>
        </w:rPr>
        <w:t xml:space="preserve">the natural vocabulary growth that comes with reading.</w:t>
      </w:r>
      <w:r>
        <w:br/>
      </w:r>
      <w:r>
        <w:t xml:space="preserve">    (a) argue for</w:t>
      </w:r>
      <w:r>
        <w:br/>
      </w:r>
      <w:r>
        <w:t xml:space="preserve">    (b) study</w:t>
      </w:r>
      <w:r>
        <w:br/>
      </w:r>
      <w:r>
        <w:t xml:space="preserve">    (c)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avid</w:t>
      </w:r>
      <w:r>
        <w:rPr>
          <w:b/>
          <w:bCs/>
        </w:rPr>
        <w:t xml:space="preserve"> </w:t>
      </w:r>
      <w:r>
        <w:rPr>
          <w:b/>
          <w:bCs/>
        </w:rPr>
        <w:t xml:space="preserve">reader.</w:t>
      </w:r>
      <w:r>
        <w:br/>
      </w:r>
      <w:r>
        <w:t xml:space="preserve">    (a) tending to arouse strong disagreement</w:t>
      </w:r>
      <w:r>
        <w:br/>
      </w:r>
      <w:r>
        <w:t xml:space="preserve">    (b) done accidentally or without intention</w:t>
      </w:r>
      <w:r>
        <w:br/>
      </w:r>
      <w:r>
        <w:t xml:space="preserve">    (c) enthusiastic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begrudge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success. She's earned it.</w:t>
      </w:r>
      <w:r>
        <w:br/>
      </w:r>
      <w:r>
        <w:t xml:space="preserve">    (a) resent</w:t>
      </w:r>
      <w:r>
        <w:br/>
      </w:r>
      <w:r>
        <w:t xml:space="preserve">    (b) hope for luck for</w:t>
      </w:r>
      <w:r>
        <w:br/>
      </w:r>
      <w:r>
        <w:t xml:space="preserve">    (c) experience surprise 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overturned the ruling--describing it as having been made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capricious</w:t>
      </w:r>
      <w:r>
        <w:rPr>
          <w:b/>
          <w:bCs/>
        </w:rPr>
        <w:t xml:space="preserve"> </w:t>
      </w:r>
      <w:r>
        <w:rPr>
          <w:b/>
          <w:bCs/>
        </w:rPr>
        <w:t xml:space="preserve">manner.</w:t>
      </w:r>
      <w:r>
        <w:br/>
      </w:r>
      <w:r>
        <w:t xml:space="preserve">    (a) biased</w:t>
      </w:r>
      <w:r>
        <w:br/>
      </w:r>
      <w:r>
        <w:t xml:space="preserve">    (b) impulsive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disinterest</w:t>
      </w:r>
      <w:r>
        <w:br/>
      </w:r>
      <w:r>
        <w:t xml:space="preserve">    (b) criticism</w:t>
      </w:r>
      <w:r>
        <w:br/>
      </w:r>
      <w:r>
        <w:t xml:space="preserve">    (c)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wander</w:t>
      </w:r>
      <w:r>
        <w:br/>
      </w:r>
      <w:r>
        <w:t xml:space="preserve">    (b) elaborate</w:t>
      </w:r>
      <w:r>
        <w:br/>
      </w:r>
      <w:r>
        <w:t xml:space="preserve">    (c) compete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found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ensconced</w:t>
      </w:r>
      <w:r>
        <w:rPr>
          <w:b/>
          <w:bCs/>
        </w:rPr>
        <w:t xml:space="preserve"> </w:t>
      </w:r>
      <w:r>
        <w:rPr>
          <w:b/>
          <w:bCs/>
        </w:rPr>
        <w:t xml:space="preserve">in her new offices at the United Nations.</w:t>
      </w:r>
      <w:r>
        <w:br/>
      </w:r>
      <w:r>
        <w:t xml:space="preserve">    (a) working hard</w:t>
      </w:r>
      <w:r>
        <w:br/>
      </w:r>
      <w:r>
        <w:t xml:space="preserve">    (b) hiding</w:t>
      </w:r>
      <w:r>
        <w:br/>
      </w:r>
      <w:r>
        <w:t xml:space="preserve">    (c) settled comfortably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knew neither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filial</w:t>
      </w:r>
      <w:r>
        <w:rPr>
          <w:b/>
          <w:bCs/>
        </w:rPr>
        <w:t xml:space="preserve"> </w:t>
      </w:r>
      <w:r>
        <w:rPr>
          <w:b/>
          <w:bCs/>
        </w:rPr>
        <w:t xml:space="preserve">nor romantic love.</w:t>
      </w:r>
      <w:r>
        <w:br/>
      </w:r>
      <w:r>
        <w:t xml:space="preserve">    (a) owner/pet</w:t>
      </w:r>
      <w:r>
        <w:br/>
      </w:r>
      <w:r>
        <w:t xml:space="preserve">    (b) friend/friend</w:t>
      </w:r>
      <w:r>
        <w:br/>
      </w:r>
      <w:r>
        <w:t xml:space="preserve">    (c) parent/child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Tolkien referred to his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Lord of the Rings</w:t>
      </w:r>
      <w:r>
        <w:rPr>
          <w:b/>
          <w:bCs/>
        </w:rPr>
        <w:t xml:space="preserve"> </w:t>
      </w:r>
      <w:r>
        <w:rPr>
          <w:b/>
          <w:bCs/>
        </w:rPr>
        <w:t xml:space="preserve">character, Gandalf, as an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angel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u w:val="single"/>
        </w:rPr>
        <w:t xml:space="preserve">incarnate</w:t>
      </w:r>
      <w:r>
        <w:rPr>
          <w:b/>
          <w:bCs/>
        </w:rPr>
        <w:t xml:space="preserve">.</w:t>
      </w:r>
      <w:r>
        <w:br/>
      </w:r>
      <w:r>
        <w:t xml:space="preserve">    (a) in a human body</w:t>
      </w:r>
      <w:r>
        <w:br/>
      </w:r>
      <w:r>
        <w:t xml:space="preserve">    (b) in training</w:t>
      </w:r>
      <w:r>
        <w:br/>
      </w:r>
      <w:r>
        <w:t xml:space="preserve">    (c) in evil surroundings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museum showcased art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indigenous</w:t>
      </w:r>
      <w:r>
        <w:rPr>
          <w:b/>
          <w:bCs/>
        </w:rPr>
        <w:t xml:space="preserve"> </w:t>
      </w:r>
      <w:r>
        <w:rPr>
          <w:b/>
          <w:bCs/>
        </w:rPr>
        <w:t xml:space="preserve">peoples of the Americas.</w:t>
      </w:r>
      <w:r>
        <w:br/>
      </w:r>
      <w:r>
        <w:t xml:space="preserve">    (a) foreign to a place</w:t>
      </w:r>
      <w:r>
        <w:br/>
      </w:r>
      <w:r>
        <w:t xml:space="preserve">    (b) native to a place</w:t>
      </w:r>
      <w:r>
        <w:br/>
      </w:r>
      <w:r>
        <w:t xml:space="preserve">    (c) extinct in a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 then, there's been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paradigm</w:t>
      </w:r>
      <w:r>
        <w:rPr>
          <w:b/>
          <w:bCs/>
        </w:rPr>
        <w:t xml:space="preserve"> </w:t>
      </w:r>
      <w:r>
        <w:rPr>
          <w:b/>
          <w:bCs/>
        </w:rPr>
        <w:t xml:space="preserve">shift, and we have a new way of thinking about such things.</w:t>
      </w:r>
      <w:r>
        <w:br/>
      </w:r>
      <w:r>
        <w:t xml:space="preserve">    (a) conceptual model</w:t>
      </w:r>
      <w:r>
        <w:br/>
      </w:r>
      <w:r>
        <w:t xml:space="preserve">    (b) technological breakthrough</w:t>
      </w:r>
      <w:r>
        <w:br/>
      </w:r>
      <w:r>
        <w:t xml:space="preserve">    (c) social trend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Have you read MLK's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 </w:t>
      </w:r>
      <w:r>
        <w:rPr>
          <w:b/>
          <w:bCs/>
        </w:rPr>
        <w:t xml:space="preserve">"Letter from Birmingham Jail"?</w:t>
      </w:r>
      <w:r>
        <w:br/>
      </w:r>
      <w:r>
        <w:t xml:space="preserve">    (a) arousing deep emotion</w:t>
      </w:r>
      <w:r>
        <w:br/>
      </w:r>
      <w:r>
        <w:t xml:space="preserve">    (b) long</w:t>
      </w:r>
      <w:r>
        <w:br/>
      </w:r>
      <w:r>
        <w:t xml:space="preserve">    (c) logically compelling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Successful politicians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pragmatists</w:t>
      </w:r>
      <w:r>
        <w:rPr>
          <w:b/>
          <w:bCs/>
        </w:rPr>
        <w:t xml:space="preserve">. Compromise is built into the system.</w:t>
      </w:r>
      <w:r>
        <w:br/>
      </w:r>
      <w:r>
        <w:t xml:space="preserve">    (a) busy</w:t>
      </w:r>
      <w:r>
        <w:br/>
      </w:r>
      <w:r>
        <w:t xml:space="preserve">    (b) personable</w:t>
      </w:r>
      <w:r>
        <w:br/>
      </w:r>
      <w:r>
        <w:t xml:space="preserve">    (c) practical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the most intolerable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 </w:t>
      </w:r>
      <w:r>
        <w:rPr>
          <w:b/>
          <w:bCs/>
        </w:rPr>
        <w:t xml:space="preserve">on the face of the earth.</w:t>
      </w:r>
      <w:r>
        <w:br/>
      </w:r>
      <w:r>
        <w:t xml:space="preserve">    (a) without pattern or planning</w:t>
      </w:r>
      <w:r>
        <w:br/>
      </w:r>
      <w:r>
        <w:t xml:space="preserve">    (b) apparently reasonable, but unproven</w:t>
      </w:r>
      <w:r>
        <w:br/>
      </w:r>
      <w:r>
        <w:t xml:space="preserve">    (c) person without moral principles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Lenders trust her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scrupulous</w:t>
      </w:r>
      <w:r>
        <w:rPr>
          <w:b/>
          <w:bCs/>
        </w:rPr>
        <w:t xml:space="preserve"> </w:t>
      </w:r>
      <w:r>
        <w:rPr>
          <w:b/>
          <w:bCs/>
        </w:rPr>
        <w:t xml:space="preserve">property inspector.</w:t>
      </w:r>
      <w:r>
        <w:br/>
      </w:r>
      <w:r>
        <w:t xml:space="preserve">    (a) honest and careful</w:t>
      </w:r>
      <w:r>
        <w:br/>
      </w:r>
      <w:r>
        <w:t xml:space="preserve">    (b) fast and cheap</w:t>
      </w:r>
      <w:r>
        <w:br/>
      </w:r>
      <w:r>
        <w:t xml:space="preserve">    (c) loud and rude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school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stringent</w:t>
      </w:r>
      <w:r>
        <w:rPr>
          <w:b/>
          <w:bCs/>
        </w:rPr>
        <w:t xml:space="preserve"> </w:t>
      </w:r>
      <w:r>
        <w:rPr>
          <w:b/>
          <w:bCs/>
        </w:rPr>
        <w:t xml:space="preserve">dress code.</w:t>
      </w:r>
      <w:r>
        <w:br/>
      </w:r>
      <w:r>
        <w:t xml:space="preserve">    (a) strict</w:t>
      </w:r>
      <w:r>
        <w:br/>
      </w:r>
      <w:r>
        <w:t xml:space="preserve">    (b) relaxed</w:t>
      </w:r>
      <w:r>
        <w:br/>
      </w:r>
      <w:r>
        <w:t xml:space="preserve">    (c) old-fashioned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2026-07-31T18:07:46Z</dcterms:created>
  <dcterms:modified xsi:type="dcterms:W3CDTF">2026-07-31T18:07:46Z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