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9860fc0e1991ded9f858b37ee9c246a41c4a2a"/>
    <w:p>
      <w:pPr>
        <w:pStyle w:val="Heading1"/>
      </w:pPr>
      <w:r>
        <w:rPr>
          <w:b/>
          <w:bCs/>
        </w:rPr>
        <w:t xml:space="preserve">Typical American</w:t>
      </w:r>
      <w:r>
        <w:br/>
      </w:r>
      <w:r>
        <w:rPr>
          <w:i/>
          <w:iCs/>
        </w:rPr>
        <w:t xml:space="preserve">Gish Jen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third week, however, what could happen even to the cleverest,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diligent</w:t>
      </w:r>
      <w:r>
        <w:rPr>
          <w:b/>
          <w:bCs/>
        </w:rPr>
        <w:t xml:space="preserve">, most upright of scholars ... happened to him.</w:t>
      </w:r>
      <w:r>
        <w:br/>
      </w:r>
      <w:r>
        <w:t xml:space="preserve">    (a) impossible to find</w:t>
      </w:r>
      <w:r>
        <w:br/>
      </w:r>
      <w:r>
        <w:t xml:space="preserve">    (b) hardworking</w:t>
      </w:r>
      <w:r>
        <w:br/>
      </w:r>
      <w:r>
        <w:t xml:space="preserve">    (c) good or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"Our plans,"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lamented</w:t>
      </w:r>
      <w:r>
        <w:rPr>
          <w:b/>
          <w:bCs/>
        </w:rPr>
        <w:t xml:space="preserve">.</w:t>
      </w:r>
      <w:r>
        <w:br/>
      </w:r>
      <w:r>
        <w:t xml:space="preserve">    (a) thought -- possibly aloud</w:t>
      </w:r>
      <w:r>
        <w:br/>
      </w:r>
      <w:r>
        <w:t xml:space="preserve">    (b) expressed grief or regret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hoped that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Communists</w:t>
      </w:r>
      <w:r>
        <w:rPr>
          <w:b/>
          <w:bCs/>
        </w:rPr>
        <w:t xml:space="preserve"> </w:t>
      </w:r>
      <w:r>
        <w:rPr>
          <w:b/>
          <w:bCs/>
        </w:rPr>
        <w:t xml:space="preserve">would prove unable to hold the country.</w:t>
      </w:r>
      <w:r>
        <w:br/>
      </w:r>
      <w:r>
        <w:t xml:space="preserve">    (a) subatomic particles with negative charge that are found in all atoms and that act as the primary carrier of electricity</w:t>
      </w:r>
      <w:r>
        <w:br/>
      </w:r>
      <w:r>
        <w:t xml:space="preserve">    (b) people who support an economic system that abolishes private ownership of property with the goal of a classless society</w:t>
      </w:r>
      <w:r>
        <w:br/>
      </w:r>
      <w:r>
        <w:t xml:space="preserve">    (c) people who suffer from psychosis (any severe mental disorder in which contact with reality is lost or highly distorted)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Forgot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immigration</w:t>
      </w:r>
      <w:r>
        <w:rPr>
          <w:b/>
          <w:bCs/>
        </w:rPr>
        <w:t xml:space="preserve"> </w:t>
      </w:r>
      <w:r>
        <w:rPr>
          <w:b/>
          <w:bCs/>
        </w:rPr>
        <w:t xml:space="preserve">office?</w:t>
      </w:r>
      <w:r>
        <w:br/>
      </w:r>
      <w:r>
        <w:t xml:space="preserve">    (a) the act of coming to live in a new country; or indication that something is related to that act</w:t>
      </w:r>
      <w:r>
        <w:br/>
      </w:r>
      <w:r>
        <w:t xml:space="preserve">    (b) a sexually transmitted disease that, if treated early, can be completely cured with antibiotics</w:t>
      </w:r>
      <w:r>
        <w:br/>
      </w:r>
      <w:r>
        <w:t xml:space="preserve">    (c) "spiritually renew" in a Christian ceremony  OR  initiate or purify by a challenging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just before sunset, a time of day when the sun stared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blithely</w:t>
      </w:r>
      <w:r>
        <w:rPr>
          <w:b/>
          <w:bCs/>
        </w:rPr>
        <w:t xml:space="preserve"> </w:t>
      </w:r>
      <w:r>
        <w:rPr>
          <w:b/>
          <w:bCs/>
        </w:rPr>
        <w:t xml:space="preserve">across the kitchen, instead of studying the floor.</w:t>
      </w:r>
      <w:r>
        <w:br/>
      </w:r>
      <w:r>
        <w:t xml:space="preserve">    (a) in a manner that is not appropriate or different than would be expected in size, amount, or degree</w:t>
      </w:r>
      <w:r>
        <w:br/>
      </w:r>
      <w:r>
        <w:t xml:space="preserve">    (b) in an inactive manner (accepting what happens without trying to take control or reacting strongly)</w:t>
      </w:r>
      <w:r>
        <w:br/>
      </w:r>
      <w:r>
        <w:t xml:space="preserve">    (c) in a carefree and happy manner -- often unaware of or ignoring something that should be of concern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Belatedly</w:t>
      </w:r>
      <w:r>
        <w:rPr>
          <w:b/>
          <w:bCs/>
        </w:rPr>
        <w:t xml:space="preserve"> </w:t>
      </w:r>
      <w:r>
        <w:rPr>
          <w:b/>
          <w:bCs/>
        </w:rPr>
        <w:t xml:space="preserve">he began to register some specifics.</w:t>
      </w:r>
      <w:r>
        <w:br/>
      </w:r>
      <w:r>
        <w:t xml:space="preserve">    (a) in a manner that deserves praise</w:t>
      </w:r>
      <w:r>
        <w:br/>
      </w:r>
      <w:r>
        <w:t xml:space="preserve">    (b) after the expected or usual time</w:t>
      </w:r>
      <w:r>
        <w:br/>
      </w:r>
      <w:r>
        <w:t xml:space="preserve">    (c) in a manner that does not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"You should try it," she said,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nonchalant</w:t>
      </w:r>
      <w:r>
        <w:rPr>
          <w:b/>
          <w:bCs/>
        </w:rPr>
        <w:t xml:space="preserve">, though in one way, she was taken aback too.</w:t>
      </w:r>
      <w:r>
        <w:br/>
      </w:r>
      <w:r>
        <w:t xml:space="preserve">    (a) sincerity (realness)</w:t>
      </w:r>
      <w:r>
        <w:br/>
      </w:r>
      <w:r>
        <w:t xml:space="preserve">    (b) calmly (unconcerned; or as though unconcerned)</w:t>
      </w:r>
      <w:r>
        <w:br/>
      </w:r>
      <w:r>
        <w:t xml:space="preserve">    (c)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as if, once she'd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herself to her new world, something had taken her over — a drive to make it hers.</w:t>
      </w:r>
      <w:r>
        <w:br/>
      </w:r>
      <w:r>
        <w:t xml:space="preserve">    (a) accepted something undesired as unavoidable or the lesser of evils</w:t>
      </w:r>
      <w:r>
        <w:br/>
      </w:r>
      <w:r>
        <w:t xml:space="preserve">    (b) to be or to become used to (adapted to and with an expectation of)</w:t>
      </w:r>
      <w:r>
        <w:br/>
      </w:r>
      <w:r>
        <w:t xml:space="preserve">    (c) showed something -- such as demonstrated, expressed, or represented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Ralph started another list, What It Would Mean If Old Chao Were To Have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</w:t>
      </w:r>
      <w:r>
        <w:rPr>
          <w:b/>
          <w:bCs/>
        </w:rPr>
        <w:t xml:space="preserve"> </w:t>
      </w:r>
      <w:r>
        <w:rPr>
          <w:b/>
          <w:bCs/>
        </w:rPr>
        <w:t xml:space="preserve">In Shame.</w:t>
      </w:r>
      <w:r>
        <w:br/>
      </w:r>
      <w:r>
        <w:t xml:space="preserve">    (a) draw</w:t>
      </w:r>
      <w:r>
        <w:br/>
      </w:r>
      <w:r>
        <w:t xml:space="preserve">    (b) rule</w:t>
      </w:r>
      <w:r>
        <w:br/>
      </w:r>
      <w:r>
        <w:t xml:space="preserve">    (c) to quit a job or 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Still Theresa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mused</w:t>
      </w:r>
      <w:r>
        <w:rPr>
          <w:b/>
          <w:bCs/>
        </w:rPr>
        <w:t xml:space="preserve"> </w:t>
      </w:r>
      <w:r>
        <w:rPr>
          <w:b/>
          <w:bCs/>
        </w:rPr>
        <w:t xml:space="preserve">all night, and the next day too.</w:t>
      </w:r>
      <w:r>
        <w:br/>
      </w:r>
      <w:r>
        <w:t xml:space="preserve">    (a) thought (reflected deeply) on a subject</w:t>
      </w:r>
      <w:r>
        <w:br/>
      </w:r>
      <w:r>
        <w:t xml:space="preserve">    (b) expelled or gotten rid of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 could believe, though, that in a few months she'd be like Janis, distinctly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preceded</w:t>
      </w:r>
      <w:r>
        <w:rPr>
          <w:b/>
          <w:bCs/>
        </w:rPr>
        <w:t xml:space="preserve"> </w:t>
      </w:r>
      <w:r>
        <w:rPr>
          <w:b/>
          <w:bCs/>
        </w:rPr>
        <w:t xml:space="preserve">wherever she went?</w:t>
      </w:r>
      <w:r>
        <w:br/>
      </w:r>
      <w:r>
        <w:t xml:space="preserve">    (a) influenced opinion</w:t>
      </w:r>
      <w:r>
        <w:br/>
      </w:r>
      <w:r>
        <w:t xml:space="preserve">    (b) went or was before</w:t>
      </w:r>
      <w:r>
        <w:br/>
      </w:r>
      <w:r>
        <w:t xml:space="preserve">    (c) wrongly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real estate agent had convinced them that they shouldn't do anything until Ralph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tenure</w:t>
      </w:r>
      <w:r>
        <w:rPr>
          <w:b/>
          <w:bCs/>
        </w:rPr>
        <w:t xml:space="preserve">; otherwise they might find themselves "overcommitted."</w:t>
      </w:r>
      <w:r>
        <w:br/>
      </w:r>
      <w:r>
        <w:t xml:space="preserve">    (a) a temporary work contract</w:t>
      </w:r>
      <w:r>
        <w:br/>
      </w:r>
      <w:r>
        <w:t xml:space="preserve">    (b) the right to keep a job as long as desired</w:t>
      </w:r>
      <w:r>
        <w:br/>
      </w:r>
      <w:r>
        <w:t xml:space="preserve">    (c) a period of unpaid leave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Anyway, they had no money for a "</w:t>
      </w:r>
      <w:r>
        <w:rPr>
          <w:b/>
          <w:bCs/>
          <w:u w:val="single"/>
        </w:rPr>
        <w:t xml:space="preserve">down payment</w:t>
      </w:r>
      <w:r>
        <w:rPr>
          <w:b/>
          <w:bCs/>
        </w:rPr>
        <w:t xml:space="preserve">."</w:t>
      </w:r>
      <w:r>
        <w:br/>
      </w:r>
      <w:r>
        <w:t xml:space="preserve">    (a) the main building (or buildings) of government</w:t>
      </w:r>
      <w:r>
        <w:br/>
      </w:r>
      <w:r>
        <w:t xml:space="preserve">    (b) two successive lines of poetry; usually rhymed</w:t>
      </w:r>
      <w:r>
        <w:br/>
      </w:r>
      <w:r>
        <w:t xml:space="preserve">    (c) a partial payment made at the time of purchase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mortgage</w:t>
      </w:r>
      <w:r>
        <w:rPr>
          <w:b/>
          <w:bCs/>
        </w:rPr>
        <w:t xml:space="preserve"> </w:t>
      </w:r>
      <w:r>
        <w:rPr>
          <w:b/>
          <w:bCs/>
        </w:rPr>
        <w:t xml:space="preserve">is a big commitment.</w:t>
      </w:r>
      <w:r>
        <w:br/>
      </w:r>
      <w:r>
        <w:t xml:space="preserve">    (a) enter another's property without right or permission</w:t>
      </w:r>
      <w:r>
        <w:br/>
      </w:r>
      <w:r>
        <w:t xml:space="preserve">    (b) to concentrate, look at; or the act of concentration</w:t>
      </w:r>
      <w:r>
        <w:br/>
      </w:r>
      <w:r>
        <w:t xml:space="preserve">    (c) a real estate loan; or pledging something for a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Ralph swallowed,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chagrined</w:t>
      </w:r>
      <w:r>
        <w:rPr>
          <w:b/>
          <w:bCs/>
        </w:rPr>
        <w:t xml:space="preserve">.</w:t>
      </w:r>
      <w:r>
        <w:br/>
      </w:r>
      <w:r>
        <w:t xml:space="preserve">    (a) prepared food in a way that keeps it from spoiling</w:t>
      </w:r>
      <w:r>
        <w:br/>
      </w:r>
      <w:r>
        <w:t xml:space="preserve">    (b) made to feel embarrassed, disappointed, or annoyed</w:t>
      </w:r>
      <w:r>
        <w:br/>
      </w:r>
      <w:r>
        <w:t xml:space="preserve">    (c) supported by providing money or other economic 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Now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pondered</w:t>
      </w:r>
      <w:r>
        <w:rPr>
          <w:b/>
          <w:bCs/>
        </w:rPr>
        <w:t xml:space="preserve"> </w:t>
      </w:r>
      <w:r>
        <w:rPr>
          <w:b/>
          <w:bCs/>
        </w:rPr>
        <w:t xml:space="preserve">her image with seriousness.</w:t>
      </w:r>
      <w:r>
        <w:br/>
      </w:r>
      <w:r>
        <w:t xml:space="preserve">    (a) not limited or without boundaries</w:t>
      </w:r>
      <w:r>
        <w:br/>
      </w:r>
      <w:r>
        <w:t xml:space="preserve">    (b) was overly unhappy and unsociable</w:t>
      </w:r>
      <w:r>
        <w:br/>
      </w:r>
      <w:r>
        <w:t xml:space="preserve">    (c) thought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Theresa came home to find Helen lost in a panoply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</w:t>
      </w:r>
      <w:r>
        <w:rPr>
          <w:b/>
          <w:bCs/>
        </w:rPr>
        <w:t xml:space="preserve"> </w:t>
      </w:r>
      <w:r>
        <w:rPr>
          <w:b/>
          <w:bCs/>
        </w:rPr>
        <w:t xml:space="preserve">tools, all laid out on the kitchen table.</w:t>
      </w:r>
      <w:r>
        <w:br/>
      </w:r>
      <w:r>
        <w:t xml:space="preserve">    (a) related to the natural world (life, air, water, land...)</w:t>
      </w:r>
      <w:r>
        <w:br/>
      </w:r>
      <w:r>
        <w:t xml:space="preserve">    (b) relating to logical examination to improve understanding</w:t>
      </w:r>
      <w:r>
        <w:br/>
      </w:r>
      <w:r>
        <w:t xml:space="preserve">    (c) the state or degree of being pessimistic or disagreeable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his ear, his neck, his elbow seemed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.</w:t>
      </w:r>
      <w:r>
        <w:br/>
      </w:r>
      <w:r>
        <w:t xml:space="preserve">    (a) subtract</w:t>
      </w:r>
      <w:r>
        <w:br/>
      </w:r>
      <w:r>
        <w:t xml:space="preserve">    (b) remember</w:t>
      </w:r>
      <w:r>
        <w:br/>
      </w:r>
      <w:r>
        <w:t xml:space="preserve">    (c) disagree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[regarding how things look:]  But of course it was easy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them herself when she could count on Helen to spruce things up. Now she longed for a set of white frilly curtains.</w:t>
      </w:r>
      <w:r>
        <w:br/>
      </w:r>
      <w:r>
        <w:t xml:space="preserve">    (a) likely to change</w:t>
      </w:r>
      <w:r>
        <w:br/>
      </w:r>
      <w:r>
        <w:t xml:space="preserve">    (b) unconcerned (without interest)</w:t>
      </w:r>
      <w:r>
        <w:br/>
      </w:r>
      <w:r>
        <w:t xml:space="preserve">    (c) able to be found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Ralph burst with pride when Grover was paper-trained; and when he'd shrunk the paper down and moved it successfully outside, he felt such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sense of accomplishment that all his organs seemed to relax and settle.</w:t>
      </w:r>
      <w:r>
        <w:br/>
      </w:r>
      <w:r>
        <w:t xml:space="preserve">    (a) of greatest intensity or emotional depth</w:t>
      </w:r>
      <w:r>
        <w:br/>
      </w:r>
      <w:r>
        <w:t xml:space="preserve">    (b) without a tendency to be full of thought</w:t>
      </w:r>
      <w:r>
        <w:br/>
      </w:r>
      <w:r>
        <w:t xml:space="preserve">    (c) lacking a tendency to be full of thought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2026-07-31T18:07:45Z</dcterms:created>
  <dcterms:modified xsi:type="dcterms:W3CDTF">2026-07-31T18:07:45Z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