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a87d4f7b8d2436df4c0628a28b226965d6275b8"/>
    <w:p>
      <w:pPr>
        <w:pStyle w:val="Heading1"/>
      </w:pPr>
      <w:r>
        <w:rPr>
          <w:b/>
          <w:bCs/>
        </w:rPr>
        <w:t xml:space="preserve">Twilight</w:t>
      </w:r>
      <w:r>
        <w:br/>
      </w:r>
      <w:r>
        <w:rPr>
          <w:i/>
          <w:iCs/>
        </w:rPr>
        <w:t xml:space="preserve">Stephenie Meyer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ambivalent</w:t>
      </w:r>
      <w:r>
        <w:rPr>
          <w:b/>
          <w:bCs/>
        </w:rPr>
        <w:t xml:space="preserve"> </w:t>
      </w:r>
      <w:r>
        <w:rPr>
          <w:b/>
          <w:bCs/>
        </w:rPr>
        <w:t xml:space="preserve">about attending college.</w:t>
      </w:r>
      <w:r>
        <w:br/>
      </w:r>
      <w:r>
        <w:t xml:space="preserve">    (a) especially happy</w:t>
      </w:r>
      <w:r>
        <w:br/>
      </w:r>
      <w:r>
        <w:t xml:space="preserve">    (b) with mixed feelings</w:t>
      </w:r>
      <w:r>
        <w:br/>
      </w:r>
      <w:r>
        <w:t xml:space="preserve">    (c) especially worried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trying to understand her, but I am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bewildered</w:t>
      </w:r>
      <w:r>
        <w:rPr>
          <w:b/>
          <w:bCs/>
        </w:rPr>
        <w:t xml:space="preserve">.</w:t>
      </w:r>
      <w:r>
        <w:br/>
      </w:r>
      <w:r>
        <w:t xml:space="preserve">    (a) distracted</w:t>
      </w:r>
      <w:r>
        <w:br/>
      </w:r>
      <w:r>
        <w:t xml:space="preserve">    (b) bored</w:t>
      </w:r>
      <w:r>
        <w:br/>
      </w:r>
      <w:r>
        <w:t xml:space="preserve">    (c) confused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state cut education funding, much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chagrin</w:t>
      </w:r>
      <w:r>
        <w:rPr>
          <w:b/>
          <w:bCs/>
        </w:rPr>
        <w:t xml:space="preserve"> </w:t>
      </w:r>
      <w:r>
        <w:rPr>
          <w:b/>
          <w:bCs/>
        </w:rPr>
        <w:t xml:space="preserve">of our school board.</w:t>
      </w:r>
      <w:r>
        <w:br/>
      </w:r>
      <w:r>
        <w:t xml:space="preserve">    (a) ignorance</w:t>
      </w:r>
      <w:r>
        <w:br/>
      </w:r>
      <w:r>
        <w:t xml:space="preserve">    (b) surprise</w:t>
      </w:r>
      <w:r>
        <w:br/>
      </w:r>
      <w:r>
        <w:t xml:space="preserve">    (c) disappointment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Please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my gratitude for her hospitality.</w:t>
      </w:r>
      <w:r>
        <w:br/>
      </w:r>
      <w:r>
        <w:t xml:space="preserve">    (a) accept</w:t>
      </w:r>
      <w:r>
        <w:br/>
      </w:r>
      <w:r>
        <w:t xml:space="preserve">    (b) understand</w:t>
      </w:r>
      <w:r>
        <w:br/>
      </w:r>
      <w:r>
        <w:t xml:space="preserve">    (c) express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hired a carriage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us to the city.</w:t>
      </w:r>
      <w:r>
        <w:br/>
      </w:r>
      <w:r>
        <w:t xml:space="preserve">    (a) explain</w:t>
      </w:r>
      <w:r>
        <w:br/>
      </w:r>
      <w:r>
        <w:t xml:space="preserve">    (b) give service of</w:t>
      </w:r>
      <w:r>
        <w:br/>
      </w:r>
      <w:r>
        <w:t xml:space="preserve">    (c) transport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victors write the history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disparage</w:t>
      </w:r>
      <w:r>
        <w:rPr>
          <w:b/>
          <w:bCs/>
        </w:rPr>
        <w:t xml:space="preserve"> </w:t>
      </w:r>
      <w:r>
        <w:rPr>
          <w:b/>
          <w:bCs/>
        </w:rPr>
        <w:t xml:space="preserve">their enemies.</w:t>
      </w:r>
      <w:r>
        <w:br/>
      </w:r>
      <w:r>
        <w:t xml:space="preserve">    (a) defeat</w:t>
      </w:r>
      <w:r>
        <w:br/>
      </w:r>
      <w:r>
        <w:t xml:space="preserve">    (b) erase from history</w:t>
      </w:r>
      <w:r>
        <w:br/>
      </w:r>
      <w:r>
        <w:t xml:space="preserve">    (c) criticize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a casual, go-with-the-flow personality and doesn't appreciate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earnestness</w:t>
      </w:r>
      <w:r>
        <w:rPr>
          <w:b/>
          <w:bCs/>
        </w:rPr>
        <w:t xml:space="preserve">.</w:t>
      </w:r>
      <w:r>
        <w:br/>
      </w:r>
      <w:r>
        <w:t xml:space="preserve">    (a) falseness</w:t>
      </w:r>
      <w:r>
        <w:br/>
      </w:r>
      <w:r>
        <w:t xml:space="preserve">    (b) seriousness</w:t>
      </w:r>
      <w:r>
        <w:br/>
      </w:r>
      <w:r>
        <w:t xml:space="preserve">    (c) frivolous attitude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Broadband providers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encroaching</w:t>
      </w:r>
      <w:r>
        <w:rPr>
          <w:b/>
          <w:bCs/>
        </w:rPr>
        <w:t xml:space="preserve"> </w:t>
      </w:r>
      <w:r>
        <w:rPr>
          <w:b/>
          <w:bCs/>
        </w:rPr>
        <w:t xml:space="preserve">on traditional cable TV market share.</w:t>
      </w:r>
      <w:r>
        <w:br/>
      </w:r>
      <w:r>
        <w:t xml:space="preserve">    (a) attempting to end bad feelings or build trust</w:t>
      </w:r>
      <w:r>
        <w:br/>
      </w:r>
      <w:r>
        <w:t xml:space="preserve">    (b) gradually taking</w:t>
      </w:r>
      <w:r>
        <w:br/>
      </w:r>
      <w:r>
        <w:t xml:space="preserve">    (c) demonstrating love and uncritical affection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thief tried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evade</w:t>
      </w:r>
      <w:r>
        <w:rPr>
          <w:b/>
          <w:bCs/>
        </w:rPr>
        <w:t xml:space="preserve"> </w:t>
      </w:r>
      <w:r>
        <w:rPr>
          <w:b/>
          <w:bCs/>
        </w:rPr>
        <w:t xml:space="preserve">the police by hiding in the alley.</w:t>
      </w:r>
      <w:r>
        <w:br/>
      </w:r>
      <w:r>
        <w:t xml:space="preserve">    (a) confront directly</w:t>
      </w:r>
      <w:r>
        <w:br/>
      </w:r>
      <w:r>
        <w:t xml:space="preserve">    (b) help generously</w:t>
      </w:r>
      <w:r>
        <w:br/>
      </w:r>
      <w:r>
        <w:t xml:space="preserve">    (c) avoid or escape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continues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evade</w:t>
      </w:r>
      <w:r>
        <w:rPr>
          <w:b/>
          <w:bCs/>
        </w:rPr>
        <w:t xml:space="preserve"> </w:t>
      </w:r>
      <w:r>
        <w:rPr>
          <w:b/>
          <w:bCs/>
        </w:rPr>
        <w:t xml:space="preserve">his duties at work.</w:t>
      </w:r>
      <w:r>
        <w:br/>
      </w:r>
      <w:r>
        <w:t xml:space="preserve">    (a) embrace</w:t>
      </w:r>
      <w:r>
        <w:br/>
      </w:r>
      <w:r>
        <w:t xml:space="preserve">    (b) avoid</w:t>
      </w:r>
      <w:r>
        <w:br/>
      </w:r>
      <w:r>
        <w:t xml:space="preserve">    (c) announce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first, 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incredulous</w:t>
      </w:r>
      <w:r>
        <w:rPr>
          <w:b/>
          <w:bCs/>
        </w:rPr>
        <w:t xml:space="preserve">--thinking the report was in error.</w:t>
      </w:r>
      <w:r>
        <w:br/>
      </w:r>
      <w:r>
        <w:t xml:space="preserve">    (a) confused</w:t>
      </w:r>
      <w:r>
        <w:br/>
      </w:r>
      <w:r>
        <w:t xml:space="preserve">    (b) worried</w:t>
      </w:r>
      <w:r>
        <w:br/>
      </w:r>
      <w:r>
        <w:t xml:space="preserve">    (c) without belief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indifferent</w:t>
      </w:r>
      <w:r>
        <w:rPr>
          <w:b/>
          <w:bCs/>
        </w:rPr>
        <w:t xml:space="preserve"> </w:t>
      </w:r>
      <w:r>
        <w:rPr>
          <w:b/>
          <w:bCs/>
        </w:rPr>
        <w:t xml:space="preserve">to his anger.</w:t>
      </w:r>
      <w:r>
        <w:br/>
      </w:r>
      <w:r>
        <w:t xml:space="preserve">    (a) without interest</w:t>
      </w:r>
      <w:r>
        <w:br/>
      </w:r>
      <w:r>
        <w:t xml:space="preserve">    (b) with anger</w:t>
      </w:r>
      <w:r>
        <w:br/>
      </w:r>
      <w:r>
        <w:t xml:space="preserve">    (c) with fear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muse</w:t>
      </w:r>
      <w:r>
        <w:rPr>
          <w:b/>
          <w:bCs/>
        </w:rPr>
        <w:t xml:space="preserve"> </w:t>
      </w:r>
      <w:r>
        <w:rPr>
          <w:b/>
          <w:bCs/>
        </w:rPr>
        <w:t xml:space="preserve">on it on a while and I'll get back to you.</w:t>
      </w:r>
      <w:r>
        <w:br/>
      </w:r>
      <w:r>
        <w:t xml:space="preserve">    (a) think</w:t>
      </w:r>
      <w:r>
        <w:br/>
      </w:r>
      <w:r>
        <w:t xml:space="preserve">    (b) research</w:t>
      </w:r>
      <w:r>
        <w:br/>
      </w:r>
      <w:r>
        <w:t xml:space="preserve">    (c) ask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the clouds looking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ominous</w:t>
      </w:r>
      <w:r>
        <w:rPr>
          <w:b/>
          <w:bCs/>
        </w:rPr>
        <w:t xml:space="preserve">, I'm afraid there will be a bad storm.</w:t>
      </w:r>
      <w:r>
        <w:br/>
      </w:r>
      <w:r>
        <w:t xml:space="preserve">    (a) threatening</w:t>
      </w:r>
      <w:r>
        <w:br/>
      </w:r>
      <w:r>
        <w:t xml:space="preserve">    (b) fast-moving</w:t>
      </w:r>
      <w:r>
        <w:br/>
      </w:r>
      <w:r>
        <w:t xml:space="preserve">    (c) huge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arrived in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ostentatious</w:t>
      </w:r>
      <w:r>
        <w:rPr>
          <w:b/>
          <w:bCs/>
        </w:rPr>
        <w:t xml:space="preserve"> </w:t>
      </w:r>
      <w:r>
        <w:rPr>
          <w:b/>
          <w:bCs/>
        </w:rPr>
        <w:t xml:space="preserve">stretch limo.</w:t>
      </w:r>
      <w:r>
        <w:br/>
      </w:r>
      <w:r>
        <w:t xml:space="preserve">    (a) expensive</w:t>
      </w:r>
      <w:r>
        <w:br/>
      </w:r>
      <w:r>
        <w:t xml:space="preserve">    (b) long</w:t>
      </w:r>
      <w:r>
        <w:br/>
      </w:r>
      <w:r>
        <w:t xml:space="preserve">    (c) showy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new policy faced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scrutiny</w:t>
      </w:r>
      <w:r>
        <w:rPr>
          <w:b/>
          <w:bCs/>
        </w:rPr>
        <w:t xml:space="preserve"> </w:t>
      </w:r>
      <w:r>
        <w:rPr>
          <w:b/>
          <w:bCs/>
        </w:rPr>
        <w:t xml:space="preserve">from independent reviewers.</w:t>
      </w:r>
      <w:r>
        <w:br/>
      </w:r>
      <w:r>
        <w:t xml:space="preserve">    (a) strong support</w:t>
      </w:r>
      <w:r>
        <w:br/>
      </w:r>
      <w:r>
        <w:t xml:space="preserve">    (b) careful examination</w:t>
      </w:r>
      <w:r>
        <w:br/>
      </w:r>
      <w:r>
        <w:t xml:space="preserve">    (c) quick approval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skeptical</w:t>
      </w:r>
      <w:r>
        <w:rPr>
          <w:b/>
          <w:bCs/>
        </w:rPr>
        <w:t xml:space="preserve"> </w:t>
      </w:r>
      <w:r>
        <w:rPr>
          <w:b/>
          <w:bCs/>
        </w:rPr>
        <w:t xml:space="preserve">about the project.</w:t>
      </w:r>
      <w:r>
        <w:br/>
      </w:r>
      <w:r>
        <w:t xml:space="preserve">    (a) excited</w:t>
      </w:r>
      <w:r>
        <w:br/>
      </w:r>
      <w:r>
        <w:t xml:space="preserve">    (b) keeping silent</w:t>
      </w:r>
      <w:r>
        <w:br/>
      </w:r>
      <w:r>
        <w:t xml:space="preserve">    (c) doubtful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Everyone liked the idea. The arguments I prepared to support it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superfluous</w:t>
      </w:r>
      <w:r>
        <w:rPr>
          <w:b/>
          <w:bCs/>
        </w:rPr>
        <w:t xml:space="preserve">.</w:t>
      </w:r>
      <w:r>
        <w:br/>
      </w:r>
      <w:r>
        <w:t xml:space="preserve">    (a) appreciated</w:t>
      </w:r>
      <w:r>
        <w:br/>
      </w:r>
      <w:r>
        <w:t xml:space="preserve">    (b) unnecessary</w:t>
      </w:r>
      <w:r>
        <w:br/>
      </w:r>
      <w:r>
        <w:t xml:space="preserve">    (c)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Stalin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suppressed</w:t>
      </w:r>
      <w:r>
        <w:rPr>
          <w:b/>
          <w:bCs/>
        </w:rPr>
        <w:t xml:space="preserve"> </w:t>
      </w:r>
      <w:r>
        <w:rPr>
          <w:b/>
          <w:bCs/>
        </w:rPr>
        <w:t xml:space="preserve">criticism in the press.</w:t>
      </w:r>
      <w:r>
        <w:br/>
      </w:r>
      <w:r>
        <w:t xml:space="preserve">    (a) caused to spread</w:t>
      </w:r>
      <w:r>
        <w:br/>
      </w:r>
      <w:r>
        <w:t xml:space="preserve">    (b) kept from spreading</w:t>
      </w:r>
      <w:r>
        <w:br/>
      </w:r>
      <w:r>
        <w:t xml:space="preserve">    (c) expressed publicly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wistful</w:t>
      </w:r>
      <w:r>
        <w:rPr>
          <w:b/>
          <w:bCs/>
        </w:rPr>
        <w:t xml:space="preserve">, dreamy look as she thought about how life would change if she could get a good job.</w:t>
      </w:r>
      <w:r>
        <w:br/>
      </w:r>
      <w:r>
        <w:t xml:space="preserve">    (a) showing optimism</w:t>
      </w:r>
      <w:r>
        <w:br/>
      </w:r>
      <w:r>
        <w:t xml:space="preserve">    (b) showing determination</w:t>
      </w:r>
      <w:r>
        <w:br/>
      </w:r>
      <w:r>
        <w:t xml:space="preserve">    (c) showing longing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2026-07-31T16:22:42Z</dcterms:created>
  <dcterms:modified xsi:type="dcterms:W3CDTF">2026-07-31T16:22:42Z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