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61c1351be626cb340fcc250e8150f703011271"/>
    <w:p>
      <w:pPr>
        <w:pStyle w:val="Heading1"/>
      </w:pPr>
      <w:r>
        <w:rPr>
          <w:b/>
          <w:bCs/>
        </w:rPr>
        <w:t xml:space="preserve">Twilight</w:t>
      </w:r>
      <w:r>
        <w:br/>
      </w:r>
      <w:r>
        <w:rPr>
          <w:i/>
          <w:iCs/>
        </w:rPr>
        <w:t xml:space="preserve">Stephenie Meyer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 smiled at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wistfully</w:t>
      </w:r>
      <w:r>
        <w:rPr>
          <w:b/>
          <w:bCs/>
        </w:rPr>
        <w:t xml:space="preserve"> </w:t>
      </w:r>
      <w:r>
        <w:rPr>
          <w:b/>
          <w:bCs/>
        </w:rPr>
        <w:t xml:space="preserve">and went to sit by a girl with braces and a bad perm.</w:t>
      </w:r>
      <w:r>
        <w:br/>
      </w:r>
      <w:r>
        <w:t xml:space="preserve">    (a) following as a result of something</w:t>
      </w:r>
      <w:r>
        <w:br/>
      </w:r>
      <w:r>
        <w:t xml:space="preserve">    (b) with longing or unfulfilled desire</w:t>
      </w:r>
      <w:r>
        <w:br/>
      </w:r>
      <w:r>
        <w:t xml:space="preserve">    (c) in a manner that involves betrayal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hurried from the girls' locker room, pleased to find that I had successfully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evaded</w:t>
      </w:r>
      <w:r>
        <w:rPr>
          <w:b/>
          <w:bCs/>
        </w:rPr>
        <w:t xml:space="preserve"> </w:t>
      </w:r>
      <w:r>
        <w:rPr>
          <w:b/>
          <w:bCs/>
        </w:rPr>
        <w:t xml:space="preserve">my retriever friend for the moment.</w:t>
      </w:r>
      <w:r>
        <w:br/>
      </w:r>
      <w:r>
        <w:t xml:space="preserve">    (a) played cheerful and lively music</w:t>
      </w:r>
      <w:r>
        <w:br/>
      </w:r>
      <w:r>
        <w:t xml:space="preserve">    (b) use cunning or dexterity to physically avoid</w:t>
      </w:r>
      <w:r>
        <w:br/>
      </w:r>
      <w:r>
        <w:t xml:space="preserve">    (c) not found, sought, or researched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thought we were past all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evasiveness</w:t>
      </w:r>
      <w:r>
        <w:rPr>
          <w:b/>
          <w:bCs/>
        </w:rPr>
        <w:t xml:space="preserve">," I grumbled.</w:t>
      </w:r>
      <w:r>
        <w:br/>
      </w:r>
      <w:r>
        <w:t xml:space="preserve">    (a) working against the principles of democracy or representation of the people</w:t>
      </w:r>
      <w:r>
        <w:br/>
      </w:r>
      <w:r>
        <w:t xml:space="preserve">    (b) requiring great strength or effort (like that of the mythological Hercules)</w:t>
      </w:r>
      <w:r>
        <w:br/>
      </w:r>
      <w:r>
        <w:t xml:space="preserve">    (c) the act of trying to avoid answering questions candidly (with direct answers)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waved sheepishly at my friends, hoping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that they didn't need to worry anymore.</w:t>
      </w:r>
      <w:r>
        <w:br/>
      </w:r>
      <w:r>
        <w:t xml:space="preserve">    (a) communicate or express</w:t>
      </w:r>
      <w:r>
        <w:br/>
      </w:r>
      <w:r>
        <w:t xml:space="preserve">    (b) mirror back (an image)</w:t>
      </w:r>
      <w:r>
        <w:br/>
      </w:r>
      <w:r>
        <w:t xml:space="preserve">    (c) create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eyes were wild enough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what I didn't say.</w:t>
      </w:r>
      <w:r>
        <w:br/>
      </w:r>
      <w:r>
        <w:t xml:space="preserve">    (a) collision</w:t>
      </w:r>
      <w:r>
        <w:br/>
      </w:r>
      <w:r>
        <w:t xml:space="preserve">    (b) translate</w:t>
      </w:r>
      <w:r>
        <w:br/>
      </w:r>
      <w:r>
        <w:t xml:space="preserve">    (c) transport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chagrin</w:t>
      </w:r>
      <w:r>
        <w:rPr>
          <w:b/>
          <w:bCs/>
        </w:rPr>
        <w:t xml:space="preserve">, I realized the probable cause — no one else was as aware of Edward as I always was.</w:t>
      </w:r>
      <w:r>
        <w:br/>
      </w:r>
      <w:r>
        <w:t xml:space="preserve">    (a) recognize the value or importance of; and/or to be grateful for</w:t>
      </w:r>
      <w:r>
        <w:br/>
      </w:r>
      <w:r>
        <w:t xml:space="preserve">    (b) degrade ( decrease) the purity, quality, or status of something</w:t>
      </w:r>
      <w:r>
        <w:br/>
      </w:r>
      <w:r>
        <w:t xml:space="preserve">    (c) bad feeling such as embarrassment, disappointment, or annoyance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wanted to see his face, to see if he'd gone back to the cold,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person I'd known for the last several weeks.</w:t>
      </w:r>
      <w:r>
        <w:br/>
      </w:r>
      <w:r>
        <w:t xml:space="preserve">    (a) likely to change</w:t>
      </w:r>
      <w:r>
        <w:br/>
      </w:r>
      <w:r>
        <w:t xml:space="preserve">    (b) able to be found</w:t>
      </w:r>
      <w:r>
        <w:br/>
      </w:r>
      <w:r>
        <w:t xml:space="preserve">    (c) unconcerned (without interest)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sharp sound as the gloves snapped into place against his wrists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ominous</w:t>
      </w:r>
      <w:r>
        <w:rPr>
          <w:b/>
          <w:bCs/>
        </w:rPr>
        <w:t xml:space="preserve"> </w:t>
      </w:r>
      <w:r>
        <w:rPr>
          <w:b/>
          <w:bCs/>
        </w:rPr>
        <w:t xml:space="preserve">to me.</w:t>
      </w:r>
      <w:r>
        <w:br/>
      </w:r>
      <w:r>
        <w:t xml:space="preserve">    (a) huge</w:t>
      </w:r>
      <w:r>
        <w:br/>
      </w:r>
      <w:r>
        <w:t xml:space="preserve">    (b) comforting</w:t>
      </w:r>
      <w:r>
        <w:br/>
      </w:r>
      <w:r>
        <w:t xml:space="preserve">    (c) threatening (foreshadowing evil)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stared at him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earnestly</w:t>
      </w:r>
      <w:r>
        <w:rPr>
          <w:b/>
          <w:bCs/>
        </w:rPr>
        <w:t xml:space="preserve">, hoping to disguise my impatience as admiration.</w:t>
      </w:r>
      <w:r>
        <w:br/>
      </w:r>
      <w:r>
        <w:t xml:space="preserve">    (a) sincerely or seriously</w:t>
      </w:r>
      <w:r>
        <w:br/>
      </w:r>
      <w:r>
        <w:t xml:space="preserve">    (b) in a self-aware manner</w:t>
      </w:r>
      <w:r>
        <w:br/>
      </w:r>
      <w:r>
        <w:t xml:space="preserve">    (c) finally; or in the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ignored my truck and started east on foot, angling across Charlie's yard toward the ever-</w:t>
      </w:r>
      <w:r>
        <w:rPr>
          <w:b/>
          <w:bCs/>
          <w:u w:val="single"/>
        </w:rPr>
        <w:t xml:space="preserve">encroaching</w:t>
      </w:r>
      <w:r>
        <w:rPr>
          <w:b/>
          <w:bCs/>
        </w:rPr>
        <w:t xml:space="preserve"> </w:t>
      </w:r>
      <w:r>
        <w:rPr>
          <w:b/>
          <w:bCs/>
        </w:rPr>
        <w:t xml:space="preserve">forest.</w:t>
      </w:r>
      <w:r>
        <w:br/>
      </w:r>
      <w:r>
        <w:t xml:space="preserve">    (a) sticking out, attracting more attention than desired, or imposing on others</w:t>
      </w:r>
      <w:r>
        <w:br/>
      </w:r>
      <w:r>
        <w:t xml:space="preserve">    (b) (verb) creating, starting, or setting in a place  OR  (adjective) existing</w:t>
      </w:r>
      <w:r>
        <w:br/>
      </w:r>
      <w:r>
        <w:t xml:space="preserve">    (c) to gradually take something like control, property, or rights from another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Something outside the possibility of rational justification was taking place in front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incredulous</w:t>
      </w:r>
      <w:r>
        <w:rPr>
          <w:b/>
          <w:bCs/>
        </w:rPr>
        <w:t xml:space="preserve"> </w:t>
      </w:r>
      <w:r>
        <w:rPr>
          <w:b/>
          <w:bCs/>
        </w:rPr>
        <w:t xml:space="preserve">eyes.</w:t>
      </w:r>
      <w:r>
        <w:br/>
      </w:r>
      <w:r>
        <w:t xml:space="preserve">    (a) clear, easily noticed, and/or identifiable as different or separate</w:t>
      </w:r>
      <w:r>
        <w:br/>
      </w:r>
      <w:r>
        <w:t xml:space="preserve">    (b) unbelieving</w:t>
      </w:r>
      <w:r>
        <w:br/>
      </w:r>
      <w:r>
        <w:t xml:space="preserve">    (c) not capable of being better understood through detailed examination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bewildered</w:t>
      </w:r>
      <w:r>
        <w:rPr>
          <w:b/>
          <w:bCs/>
        </w:rPr>
        <w:t xml:space="preserve">, obviously not thinking in that direction at all.</w:t>
      </w:r>
      <w:r>
        <w:br/>
      </w:r>
      <w:r>
        <w:t xml:space="preserve">    (a) confused</w:t>
      </w:r>
      <w:r>
        <w:br/>
      </w:r>
      <w:r>
        <w:t xml:space="preserve">    (b) collided</w:t>
      </w:r>
      <w:r>
        <w:br/>
      </w:r>
      <w:r>
        <w:t xml:space="preserve">    (c) restored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voice was deeply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skeptical</w:t>
      </w:r>
      <w:r>
        <w:rPr>
          <w:b/>
          <w:bCs/>
        </w:rPr>
        <w:t xml:space="preserve">.</w:t>
      </w:r>
      <w:r>
        <w:br/>
      </w:r>
      <w:r>
        <w:t xml:space="preserve">    (a) related to the branch of medicine that deals with the diseases of women -- especially those of the reproductive organs</w:t>
      </w:r>
      <w:r>
        <w:br/>
      </w:r>
      <w:r>
        <w:t xml:space="preserve">    (b) the quality of being characterized by fantastic imagery, or combinations of things and events that don't go together</w:t>
      </w:r>
      <w:r>
        <w:br/>
      </w:r>
      <w:r>
        <w:t xml:space="preserve">    (c) doubtful (that something is true)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, isn't it?</w:t>
      </w:r>
      <w:r>
        <w:br/>
      </w:r>
      <w:r>
        <w:t xml:space="preserve">    (a) the characteristic of demonstrating something</w:t>
      </w:r>
      <w:r>
        <w:br/>
      </w:r>
      <w:r>
        <w:t xml:space="preserve">    (b) showy (intended to attract notice and impress others)</w:t>
      </w:r>
      <w:r>
        <w:br/>
      </w:r>
      <w:r>
        <w:t xml:space="preserve">    (c) the quality of being unchanging or continuous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sighed in relief again when Mr. Banner turned the lights on, finally glancing at Edward; he was looking at me, his eyes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ambivalent</w:t>
      </w:r>
      <w:r>
        <w:rPr>
          <w:b/>
          <w:bCs/>
        </w:rPr>
        <w:t xml:space="preserve">.</w:t>
      </w:r>
      <w:r>
        <w:br/>
      </w:r>
      <w:r>
        <w:t xml:space="preserve">    (a) with mixed feelings</w:t>
      </w:r>
      <w:r>
        <w:br/>
      </w:r>
      <w:r>
        <w:t xml:space="preserve">    (b) not straightforward</w:t>
      </w:r>
      <w:r>
        <w:br/>
      </w:r>
      <w:r>
        <w:t xml:space="preserve">    (c) not done on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scrutinized</w:t>
      </w:r>
      <w:r>
        <w:rPr>
          <w:b/>
          <w:bCs/>
        </w:rPr>
        <w:t xml:space="preserve"> </w:t>
      </w:r>
      <w:r>
        <w:rPr>
          <w:b/>
          <w:bCs/>
        </w:rPr>
        <w:t xml:space="preserve">my face.</w:t>
      </w:r>
      <w:r>
        <w:br/>
      </w:r>
      <w:r>
        <w:t xml:space="preserve">    (a) quoted (to make a point)</w:t>
      </w:r>
      <w:r>
        <w:br/>
      </w:r>
      <w:r>
        <w:t xml:space="preserve">    (b) mirrored back (an image)</w:t>
      </w:r>
      <w:r>
        <w:br/>
      </w:r>
      <w:r>
        <w:t xml:space="preserve">    (c) carefully looked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suppressed</w:t>
      </w:r>
      <w:r>
        <w:rPr>
          <w:b/>
          <w:bCs/>
        </w:rPr>
        <w:t xml:space="preserve"> </w:t>
      </w:r>
      <w:r>
        <w:rPr>
          <w:b/>
          <w:bCs/>
        </w:rPr>
        <w:t xml:space="preserve">my curiosity, though it was far from idle.</w:t>
      </w:r>
      <w:r>
        <w:br/>
      </w:r>
      <w:r>
        <w:t xml:space="preserve">    (a) not learned, discovered, or decided</w:t>
      </w:r>
      <w:r>
        <w:br/>
      </w:r>
      <w:r>
        <w:t xml:space="preserve">    (b) blended three or more musical notes</w:t>
      </w:r>
      <w:r>
        <w:br/>
      </w:r>
      <w:r>
        <w:t xml:space="preserve">    (c) tried to keep under control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gave me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disparaging</w:t>
      </w:r>
      <w:r>
        <w:rPr>
          <w:b/>
          <w:bCs/>
        </w:rPr>
        <w:t xml:space="preserve"> </w:t>
      </w:r>
      <w:r>
        <w:rPr>
          <w:b/>
          <w:bCs/>
        </w:rPr>
        <w:t xml:space="preserve">look as he chewed.</w:t>
      </w:r>
      <w:r>
        <w:br/>
      </w:r>
      <w:r>
        <w:t xml:space="preserve">    (a) moving into position to work; or starting</w:t>
      </w:r>
      <w:r>
        <w:br/>
      </w:r>
      <w:r>
        <w:t xml:space="preserve">    (b) controlling (how something will turn out)</w:t>
      </w:r>
      <w:r>
        <w:br/>
      </w:r>
      <w:r>
        <w:t xml:space="preserve">    (c) criticizing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"Hmmm…"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mused</w:t>
      </w:r>
      <w:r>
        <w:rPr>
          <w:b/>
          <w:bCs/>
        </w:rPr>
        <w:t xml:space="preserve">.</w:t>
      </w:r>
      <w:r>
        <w:br/>
      </w:r>
      <w:r>
        <w:t xml:space="preserve">    (a) thought deeply on a subject</w:t>
      </w:r>
      <w:r>
        <w:br/>
      </w:r>
      <w:r>
        <w:t xml:space="preserve">    (b) was abundant or plentiful</w:t>
      </w:r>
      <w:r>
        <w:br/>
      </w:r>
      <w:r>
        <w:t xml:space="preserve">    (c) expelled or gotten rid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another fairly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 </w:t>
      </w:r>
      <w:r>
        <w:rPr>
          <w:b/>
          <w:bCs/>
        </w:rPr>
        <w:t xml:space="preserve">weapon.</w:t>
      </w:r>
      <w:r>
        <w:br/>
      </w:r>
      <w:r>
        <w:t xml:space="preserve">    (a) without purpose, job, or natural activity</w:t>
      </w:r>
      <w:r>
        <w:br/>
      </w:r>
      <w:r>
        <w:t xml:space="preserve">    (b) the quality of being sensible and careful</w:t>
      </w:r>
      <w:r>
        <w:br/>
      </w:r>
      <w:r>
        <w:t xml:space="preserve">    (c) more than is needed, desired, or required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2026-07-31T16:22:42Z</dcterms:created>
  <dcterms:modified xsi:type="dcterms:W3CDTF">2026-07-31T16:22:42Z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