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0943a8b64ef14e5e21abf443303bf4d8e1ff72"/>
    <w:p>
      <w:pPr>
        <w:pStyle w:val="Heading1"/>
      </w:pPr>
      <w:r>
        <w:rPr>
          <w:b/>
          <w:bCs/>
        </w:rPr>
        <w:t xml:space="preserve">Twilight</w:t>
      </w:r>
      <w:r>
        <w:br/>
      </w:r>
      <w:r>
        <w:rPr>
          <w:i/>
          <w:iCs/>
        </w:rPr>
        <w:t xml:space="preserve">Stephenie Meyer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kept my eyes down as I went to sit by him, bewildered by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antagonistic</w:t>
      </w:r>
      <w:r>
        <w:rPr>
          <w:b/>
          <w:bCs/>
        </w:rPr>
        <w:t xml:space="preserve"> </w:t>
      </w:r>
      <w:r>
        <w:rPr>
          <w:b/>
          <w:bCs/>
        </w:rPr>
        <w:t xml:space="preserve">stare he'd given me.</w:t>
      </w:r>
      <w:r>
        <w:br/>
      </w:r>
      <w:r>
        <w:t xml:space="preserve">    (a) without boundaries or limits</w:t>
      </w:r>
      <w:r>
        <w:br/>
      </w:r>
      <w:r>
        <w:t xml:space="preserve">    (b) not good at making decisions</w:t>
      </w:r>
      <w:r>
        <w:br/>
      </w:r>
      <w:r>
        <w:t xml:space="preserve">    (c) hostile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Inconspicuously</w:t>
      </w:r>
      <w:r>
        <w:rPr>
          <w:b/>
          <w:bCs/>
        </w:rPr>
        <w:t xml:space="preserve">, I sniffed my hair.</w:t>
      </w:r>
      <w:r>
        <w:br/>
      </w:r>
      <w:r>
        <w:t xml:space="preserve">    (a) in a disrespectful or rejecting manner</w:t>
      </w:r>
      <w:r>
        <w:br/>
      </w:r>
      <w:r>
        <w:t xml:space="preserve">    (b) in a manner that is not easily noticed</w:t>
      </w:r>
      <w:r>
        <w:br/>
      </w:r>
      <w:r>
        <w:t xml:space="preserve">    (c) with grace of movement and flexibility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then Mike staggered through the door, now supporting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sallow</w:t>
      </w:r>
      <w:r>
        <w:rPr>
          <w:b/>
          <w:bCs/>
        </w:rPr>
        <w:t xml:space="preserve">-looking Lee Stephens, another boy in our Biology class.</w:t>
      </w:r>
      <w:r>
        <w:br/>
      </w:r>
      <w:r>
        <w:t xml:space="preserve">    (a) an unhealthy pale of yellowish complexion; or to cause such a complexion</w:t>
      </w:r>
      <w:r>
        <w:br/>
      </w:r>
      <w:r>
        <w:t xml:space="preserve">    (b) design based on alphabetic letters; or adding such a design to something</w:t>
      </w:r>
      <w:r>
        <w:br/>
      </w:r>
      <w:r>
        <w:t xml:space="preserve">    (c) characterized by narrower parallel folds when closed and wider when open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Islands rose out of the steel harbor waters with sheer cliff sides, reaching to uneven summits, and crowned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austere</w:t>
      </w:r>
      <w:r>
        <w:rPr>
          <w:b/>
          <w:bCs/>
        </w:rPr>
        <w:t xml:space="preserve">, soaring firs.</w:t>
      </w:r>
      <w:r>
        <w:br/>
      </w:r>
      <w:r>
        <w:t xml:space="preserve">    (a) relating to classical music plays in which most of the dialogue is sung</w:t>
      </w:r>
      <w:r>
        <w:br/>
      </w:r>
      <w:r>
        <w:t xml:space="preserve">    (b) a notable absence of luxury, comfort, or decoration; or stern in manner</w:t>
      </w:r>
      <w:r>
        <w:br/>
      </w:r>
      <w:r>
        <w:t xml:space="preserve">    (c) rude or unfriendly because of using too few words or moving too quickly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"Well," Mike paused, carefully reassessing the situation as he watched 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camaraderie</w:t>
      </w:r>
      <w:r>
        <w:rPr>
          <w:b/>
          <w:bCs/>
        </w:rPr>
        <w:t xml:space="preserve">.</w:t>
      </w:r>
      <w:r>
        <w:br/>
      </w:r>
      <w:r>
        <w:t xml:space="preserve">    (a) not appropriate in size, amount, or degree</w:t>
      </w:r>
      <w:r>
        <w:br/>
      </w:r>
      <w:r>
        <w:t xml:space="preserve">    (b) close friendship amongst a group of people</w:t>
      </w:r>
      <w:r>
        <w:br/>
      </w:r>
      <w:r>
        <w:t xml:space="preserve">    (c) the degree of not being easily set on fire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Overall, though, there was little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coincided</w:t>
      </w:r>
      <w:r>
        <w:rPr>
          <w:b/>
          <w:bCs/>
        </w:rPr>
        <w:t xml:space="preserve"> </w:t>
      </w:r>
      <w:r>
        <w:rPr>
          <w:b/>
          <w:bCs/>
        </w:rPr>
        <w:t xml:space="preserve">with Jacob's stories or my own observations.</w:t>
      </w:r>
      <w:r>
        <w:br/>
      </w:r>
      <w:r>
        <w:t xml:space="preserve">    (a) follow</w:t>
      </w:r>
      <w:r>
        <w:br/>
      </w:r>
      <w:r>
        <w:t xml:space="preserve">    (b) precede</w:t>
      </w:r>
      <w:r>
        <w:br/>
      </w:r>
      <w:r>
        <w:t xml:space="preserve">    (c) happen at the same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they tried things on I merely watched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critiqued</w:t>
      </w:r>
      <w:r>
        <w:rPr>
          <w:b/>
          <w:bCs/>
        </w:rPr>
        <w:t xml:space="preserve">, not in the mood to shop for myself, though I did need new shoes.</w:t>
      </w:r>
      <w:r>
        <w:br/>
      </w:r>
      <w:r>
        <w:t xml:space="preserve">    (a) not having taken power or responsibility</w:t>
      </w:r>
      <w:r>
        <w:br/>
      </w:r>
      <w:r>
        <w:t xml:space="preserve">    (b) an examination and judgment of something</w:t>
      </w:r>
      <w:r>
        <w:br/>
      </w:r>
      <w:r>
        <w:t xml:space="preserve">    (c) compensated for a loss; or paid a reward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Let's say,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hypothetically</w:t>
      </w:r>
      <w:r>
        <w:rPr>
          <w:b/>
          <w:bCs/>
        </w:rPr>
        <w:t xml:space="preserve"> </w:t>
      </w:r>
      <w:r>
        <w:rPr>
          <w:b/>
          <w:bCs/>
        </w:rPr>
        <w:t xml:space="preserve">of course, that...someone...could know what people are thinking, read minds, you know — with a few exceptions.</w:t>
      </w:r>
      <w:r>
        <w:br/>
      </w:r>
      <w:r>
        <w:t xml:space="preserve">    (a) temporarily treating something as true to advance a discussion</w:t>
      </w:r>
      <w:r>
        <w:br/>
      </w:r>
      <w:r>
        <w:t xml:space="preserve">    (b) in a manner that violates a rule, promise, or social norm; or in a manner that exceeds a limit or boundary</w:t>
      </w:r>
      <w:r>
        <w:br/>
      </w:r>
      <w:r>
        <w:t xml:space="preserve">    (c) not in a sensible and clear manner; or not in a manner where parts fit together consistently or pleasingly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"Don't let that make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complacent</w:t>
      </w:r>
      <w:r>
        <w:rPr>
          <w:b/>
          <w:bCs/>
        </w:rPr>
        <w:t xml:space="preserve">, though," he warned me.</w:t>
      </w:r>
      <w:r>
        <w:br/>
      </w:r>
      <w:r>
        <w:t xml:space="preserve">    (a) contented (often to a fault)</w:t>
      </w:r>
      <w:r>
        <w:br/>
      </w:r>
      <w:r>
        <w:t xml:space="preserve">    (b) unable to get closer to</w:t>
      </w:r>
      <w:r>
        <w:br/>
      </w:r>
      <w:r>
        <w:t xml:space="preserve">    (c) not sensible or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doesn't completely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satiate</w:t>
      </w:r>
      <w:r>
        <w:rPr>
          <w:b/>
          <w:bCs/>
        </w:rPr>
        <w:t xml:space="preserve"> </w:t>
      </w:r>
      <w:r>
        <w:rPr>
          <w:b/>
          <w:bCs/>
        </w:rPr>
        <w:t xml:space="preserve">the hunger — or rather thirst.</w:t>
      </w:r>
      <w:r>
        <w:br/>
      </w:r>
      <w:r>
        <w:t xml:space="preserve">    (a) to satisfy a hunger; or fill to satisfaction (typically said of hunger for food, but can be said of anything desired--such as of knowledge or sensual pleasure)</w:t>
      </w:r>
      <w:r>
        <w:br/>
      </w:r>
      <w:r>
        <w:t xml:space="preserve">    (b) American football:  a defensive maneuver to swiftly tackle the quarterback by pursuing him with one or more defenders who normally remain behind the line of scrimmage</w:t>
      </w:r>
      <w:r>
        <w:br/>
      </w:r>
      <w:r>
        <w:t xml:space="preserve">    (c) (noun) something that is lighter and draws attention -- such as an area of a painting  OR  (verb) making something lighter -- such as an area of a painting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fluctuated</w:t>
      </w:r>
      <w:r>
        <w:rPr>
          <w:b/>
          <w:bCs/>
        </w:rPr>
        <w:t xml:space="preserve"> </w:t>
      </w:r>
      <w:r>
        <w:rPr>
          <w:b/>
          <w:bCs/>
        </w:rPr>
        <w:t xml:space="preserve">between anticipation so intense that it was very nearly pain, and an insidious fear that picked at my resolve.</w:t>
      </w:r>
      <w:r>
        <w:br/>
      </w:r>
      <w:r>
        <w:t xml:space="preserve">    (a) not found guilty or forced into a bad situation</w:t>
      </w:r>
      <w:r>
        <w:br/>
      </w:r>
      <w:r>
        <w:t xml:space="preserve">    (b) a non-doctor who assisted a women in childbirth</w:t>
      </w:r>
      <w:r>
        <w:br/>
      </w:r>
      <w:r>
        <w:t xml:space="preserve">    (c) alternately increased and decreased in quantity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Sorry about the food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analogy</w:t>
      </w:r>
      <w:r>
        <w:rPr>
          <w:b/>
          <w:bCs/>
        </w:rPr>
        <w:t xml:space="preserve"> </w:t>
      </w:r>
      <w:r>
        <w:rPr>
          <w:b/>
          <w:bCs/>
        </w:rPr>
        <w:t xml:space="preserve">— I couldn't think of another way to explain.</w:t>
      </w:r>
      <w:r>
        <w:br/>
      </w:r>
      <w:r>
        <w:t xml:space="preserve">    (a) lack of interest; or the process of stopping interaction or interest</w:t>
      </w:r>
      <w:r>
        <w:br/>
      </w:r>
      <w:r>
        <w:t xml:space="preserve">    (b) a comparison of different things to point to a shared characteristic</w:t>
      </w:r>
      <w:r>
        <w:br/>
      </w:r>
      <w:r>
        <w:t xml:space="preserve">    (c) relating to logical examination of something to better understand 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instantly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contrite</w:t>
      </w:r>
      <w:r>
        <w:rPr>
          <w:b/>
          <w:bCs/>
        </w:rPr>
        <w:t xml:space="preserve">.</w:t>
      </w:r>
      <w:r>
        <w:br/>
      </w:r>
      <w:r>
        <w:t xml:space="preserve">    (a) feeling sorrow or regret for an offense</w:t>
      </w:r>
      <w:r>
        <w:br/>
      </w:r>
      <w:r>
        <w:t xml:space="preserve">    (b) the state or degree of being good or beneficial</w:t>
      </w:r>
      <w:r>
        <w:br/>
      </w:r>
      <w:r>
        <w:t xml:space="preserve">    (c) not able to change to fit a different situation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Now he is able to manipulate the emotions of those around him -- calm down a room of angry people, for example, or excite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lethargic</w:t>
      </w:r>
      <w:r>
        <w:rPr>
          <w:b/>
          <w:bCs/>
        </w:rPr>
        <w:t xml:space="preserve"> </w:t>
      </w:r>
      <w:r>
        <w:rPr>
          <w:b/>
          <w:bCs/>
        </w:rPr>
        <w:t xml:space="preserve">crowd, conversely.</w:t>
      </w:r>
      <w:r>
        <w:br/>
      </w:r>
      <w:r>
        <w:t xml:space="preserve">    (a) lacking energy</w:t>
      </w:r>
      <w:r>
        <w:br/>
      </w:r>
      <w:r>
        <w:t xml:space="preserve">    (b) agitated (upset)</w:t>
      </w:r>
      <w:r>
        <w:br/>
      </w:r>
      <w:r>
        <w:t xml:space="preserve">    (c) apprehensive (nervous)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not really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feasible</w:t>
      </w:r>
      <w:r>
        <w:rPr>
          <w:b/>
          <w:bCs/>
        </w:rPr>
        <w:t xml:space="preserve">, what with my mind reading and Alice seeing the future and all that.</w:t>
      </w:r>
      <w:r>
        <w:br/>
      </w:r>
      <w:r>
        <w:t xml:space="preserve">    (a) not easily identified</w:t>
      </w:r>
      <w:r>
        <w:br/>
      </w:r>
      <w:r>
        <w:t xml:space="preserve">    (b) able to be translated</w:t>
      </w:r>
      <w:r>
        <w:br/>
      </w:r>
      <w:r>
        <w:t xml:space="preserve">    (c) possible or practical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trees held their protecting shadow right up to the walls of the house that rose among them, making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obsolete</w:t>
      </w:r>
      <w:r>
        <w:rPr>
          <w:b/>
          <w:bCs/>
        </w:rPr>
        <w:t xml:space="preserve"> </w:t>
      </w:r>
      <w:r>
        <w:rPr>
          <w:b/>
          <w:bCs/>
        </w:rPr>
        <w:t xml:space="preserve">the deep porch that wrapped around the first story.</w:t>
      </w:r>
      <w:r>
        <w:br/>
      </w:r>
      <w:r>
        <w:t xml:space="preserve">    (a) no longer in general use because it was replaced by something better</w:t>
      </w:r>
      <w:r>
        <w:br/>
      </w:r>
      <w:r>
        <w:t xml:space="preserve">    (b) surprise -- often so much so that one doesn't know what to say or do</w:t>
      </w:r>
      <w:r>
        <w:br/>
      </w:r>
      <w:r>
        <w:t xml:space="preserve">    (c) an appropriate size, amount, or degree in relation to something else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Jacob asked, his voice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morose</w:t>
      </w:r>
      <w:r>
        <w:rPr>
          <w:b/>
          <w:bCs/>
        </w:rPr>
        <w:t xml:space="preserve">.</w:t>
      </w:r>
      <w:r>
        <w:br/>
      </w:r>
      <w:r>
        <w:t xml:space="preserve">    (a) outside</w:t>
      </w:r>
      <w:r>
        <w:br/>
      </w:r>
      <w:r>
        <w:t xml:space="preserve">    (b) unhappy</w:t>
      </w:r>
      <w:r>
        <w:br/>
      </w:r>
      <w:r>
        <w:t xml:space="preserve">    (c) certain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lights inside were bright, but they did little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alleviate</w:t>
      </w:r>
      <w:r>
        <w:rPr>
          <w:b/>
          <w:bCs/>
        </w:rPr>
        <w:t xml:space="preserve"> </w:t>
      </w:r>
      <w:r>
        <w:rPr>
          <w:b/>
          <w:bCs/>
        </w:rPr>
        <w:t xml:space="preserve">the blackness of the encroaching forest.</w:t>
      </w:r>
      <w:r>
        <w:br/>
      </w:r>
      <w:r>
        <w:t xml:space="preserve">    (a) provide investment funds for something -- such as a business</w:t>
      </w:r>
      <w:r>
        <w:br/>
      </w:r>
      <w:r>
        <w:t xml:space="preserve">    (b) ignore someone's wishes or cause inconvenience or discomfort</w:t>
      </w:r>
      <w:r>
        <w:br/>
      </w:r>
      <w:r>
        <w:t xml:space="preserve">    (c) lessen (especially something bad)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bedside lamps, bolted to the tables, were a dead giveaway, as were the long drapes made from the same fabric as the bedspread, and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generic</w:t>
      </w:r>
      <w:r>
        <w:rPr>
          <w:b/>
          <w:bCs/>
        </w:rPr>
        <w:t xml:space="preserve"> </w:t>
      </w:r>
      <w:r>
        <w:rPr>
          <w:b/>
          <w:bCs/>
        </w:rPr>
        <w:t xml:space="preserve">watercolor prints on the walls.</w:t>
      </w:r>
      <w:r>
        <w:br/>
      </w:r>
      <w:r>
        <w:t xml:space="preserve">    (a) name-brand version</w:t>
      </w:r>
      <w:r>
        <w:br/>
      </w:r>
      <w:r>
        <w:t xml:space="preserve">    (b) without distinguishing characteristics</w:t>
      </w:r>
      <w:r>
        <w:br/>
      </w:r>
      <w:r>
        <w:t xml:space="preserve">    (c) a specific instance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analytical</w:t>
      </w:r>
      <w:r>
        <w:rPr>
          <w:b/>
          <w:bCs/>
        </w:rPr>
        <w:t xml:space="preserve"> </w:t>
      </w:r>
      <w:r>
        <w:rPr>
          <w:b/>
          <w:bCs/>
        </w:rPr>
        <w:t xml:space="preserve">part of my mind warned me that I was dangerously close to snapping from the stress.</w:t>
      </w:r>
      <w:r>
        <w:br/>
      </w:r>
      <w:r>
        <w:t xml:space="preserve">    (a) relating to logical examination to improve understanding</w:t>
      </w:r>
      <w:r>
        <w:br/>
      </w:r>
      <w:r>
        <w:t xml:space="preserve">    (b) the state or degree of being pessimistic or disagreeable</w:t>
      </w:r>
      <w:r>
        <w:br/>
      </w:r>
      <w:r>
        <w:t xml:space="preserve">    (c) related to the natural world (life, air, water, land...)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2026-07-31T16:22:43Z</dcterms:created>
  <dcterms:modified xsi:type="dcterms:W3CDTF">2026-07-31T16:22:43Z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