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78e392849d8224d8b213d8e595b164c3fdfe27"/>
    <w:p>
      <w:pPr>
        <w:pStyle w:val="Heading1"/>
      </w:pPr>
      <w:r>
        <w:rPr>
          <w:b/>
          <w:bCs/>
        </w:rPr>
        <w:t xml:space="preserve">Twelve Angry Men</w:t>
      </w:r>
      <w:r>
        <w:br/>
      </w:r>
      <w:r>
        <w:rPr>
          <w:i/>
          <w:iCs/>
        </w:rPr>
        <w:t xml:space="preserve">Reginald Rose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However you decide, your verdict must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unanimous</w:t>
      </w:r>
      <w:r>
        <w:rPr>
          <w:b/>
          <w:bCs/>
        </w:rPr>
        <w:t xml:space="preserve">.</w:t>
      </w:r>
      <w:r>
        <w:br/>
      </w:r>
      <w:r>
        <w:t xml:space="preserve">    (a) able to meet and talk with</w:t>
      </w:r>
      <w:r>
        <w:br/>
      </w:r>
      <w:r>
        <w:t xml:space="preserve">    (b) the quality of disagreeing</w:t>
      </w:r>
      <w:r>
        <w:br/>
      </w:r>
      <w:r>
        <w:t xml:space="preserve">    (c) with everyone in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death sentence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mandatory</w:t>
      </w:r>
      <w:r>
        <w:rPr>
          <w:b/>
          <w:bCs/>
        </w:rPr>
        <w:t xml:space="preserve"> </w:t>
      </w:r>
      <w:r>
        <w:rPr>
          <w:b/>
          <w:bCs/>
        </w:rPr>
        <w:t xml:space="preserve">in this case.</w:t>
      </w:r>
      <w:r>
        <w:br/>
      </w:r>
      <w:r>
        <w:t xml:space="preserve">    (a) interaction or interest</w:t>
      </w:r>
      <w:r>
        <w:br/>
      </w:r>
      <w:r>
        <w:t xml:space="preserve">    (b) a subtle characteristic</w:t>
      </w:r>
      <w:r>
        <w:br/>
      </w:r>
      <w:r>
        <w:t xml:space="preserve">    (c) required by rule or law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5TH JUROR [to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FOREMAN</w:t>
      </w:r>
      <w:r>
        <w:rPr>
          <w:b/>
          <w:bCs/>
        </w:rPr>
        <w:t xml:space="preserve">, hesitantly]: Are we going to sit in order?</w:t>
      </w:r>
      <w:r>
        <w:br/>
      </w:r>
      <w:r>
        <w:t xml:space="preserve">    (a) a juror in a court case who is selected by other jurors to head the jury</w:t>
      </w:r>
      <w:r>
        <w:br/>
      </w:r>
      <w:r>
        <w:t xml:space="preserve">    (b) someone responsible for making a judgment after thinking carefully about something</w:t>
      </w:r>
      <w:r>
        <w:br/>
      </w:r>
      <w:r>
        <w:t xml:space="preserve">    (c) someone who roughly calculates or guesses a value, quantity, or extent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10TH JUROR blows his nose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vigorously</w:t>
      </w:r>
      <w:r>
        <w:rPr>
          <w:b/>
          <w:bCs/>
        </w:rPr>
        <w:t xml:space="preserve">.</w:t>
      </w:r>
      <w:r>
        <w:br/>
      </w:r>
      <w:r>
        <w:t xml:space="preserve">    (a) where attention is concentrated</w:t>
      </w:r>
      <w:r>
        <w:br/>
      </w:r>
      <w:r>
        <w:t xml:space="preserve">    (b) in a strong or energetic manner</w:t>
      </w:r>
      <w:r>
        <w:br/>
      </w:r>
      <w:r>
        <w:t xml:space="preserve">    (c) the ability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spent a year and a half in an orphanage while his father served a jail term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forgery</w:t>
      </w:r>
      <w:r>
        <w:rPr>
          <w:b/>
          <w:bCs/>
        </w:rPr>
        <w:t xml:space="preserve">.</w:t>
      </w:r>
      <w:r>
        <w:br/>
      </w:r>
      <w:r>
        <w:t xml:space="preserve">    (a) making a copy of something and saying it is the original</w:t>
      </w:r>
      <w:r>
        <w:br/>
      </w:r>
      <w:r>
        <w:t xml:space="preserve">    (b) any of the Scandinavian people who raided the coasts of Europe from the 8th to the 11th centuries</w:t>
      </w:r>
      <w:r>
        <w:br/>
      </w:r>
      <w:r>
        <w:t xml:space="preserve">    (c) a compound consisting of large molecules made up of a linked series of repeated smaller molecules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you think you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monopoly</w:t>
      </w:r>
      <w:r>
        <w:rPr>
          <w:b/>
          <w:bCs/>
        </w:rPr>
        <w:t xml:space="preserve"> </w:t>
      </w:r>
      <w:r>
        <w:rPr>
          <w:b/>
          <w:bCs/>
        </w:rPr>
        <w:t xml:space="preserve">on the truth?</w:t>
      </w:r>
      <w:r>
        <w:br/>
      </w:r>
      <w:r>
        <w:t xml:space="preserve">    (a) in a manner that tries to obtain a result through gentle and careful effort -- often gently persuading</w:t>
      </w:r>
      <w:r>
        <w:br/>
      </w:r>
      <w:r>
        <w:t xml:space="preserve">    (b) a situation where there is only supplier of a good or service</w:t>
      </w:r>
      <w:r>
        <w:br/>
      </w:r>
      <w:r>
        <w:t xml:space="preserve">    (c) in the manner of someone who consumes more than they should -- especially eating and drinking too much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can't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refute</w:t>
      </w:r>
      <w:r>
        <w:rPr>
          <w:b/>
          <w:bCs/>
        </w:rPr>
        <w:t xml:space="preserve"> </w:t>
      </w:r>
      <w:r>
        <w:rPr>
          <w:b/>
          <w:bCs/>
        </w:rPr>
        <w:t xml:space="preserve">facts.</w:t>
      </w:r>
      <w:r>
        <w:br/>
      </w:r>
      <w:r>
        <w:t xml:space="preserve">    (a) disprove (prove that something is false)</w:t>
      </w:r>
      <w:r>
        <w:br/>
      </w:r>
      <w:r>
        <w:t xml:space="preserve">    (b) find, search, or research</w:t>
      </w:r>
      <w:r>
        <w:br/>
      </w:r>
      <w:r>
        <w:t xml:space="preserve">    (c) being a boundary or limit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I was looking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.</w:t>
      </w:r>
      <w:r>
        <w:br/>
      </w:r>
      <w:r>
        <w:t xml:space="preserve">    (a) reason (for doing something)</w:t>
      </w:r>
      <w:r>
        <w:br/>
      </w:r>
      <w:r>
        <w:t xml:space="preserve">    (b) the sacred writings of Islam</w:t>
      </w:r>
      <w:r>
        <w:br/>
      </w:r>
      <w:r>
        <w:t xml:space="preserve">    (c) small quantity or indication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Everybody sounded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that I started to get a peculiar feeling about this trial.</w:t>
      </w:r>
      <w:r>
        <w:br/>
      </w:r>
      <w:r>
        <w:t xml:space="preserve">    (a) certain</w:t>
      </w:r>
      <w:r>
        <w:br/>
      </w:r>
      <w:r>
        <w:t xml:space="preserve">    (b) various</w:t>
      </w:r>
      <w:r>
        <w:br/>
      </w:r>
      <w:r>
        <w:t xml:space="preserve">    (c)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this is where the stories offered by the boy and the State begin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diverge</w:t>
      </w:r>
      <w:r>
        <w:rPr>
          <w:b/>
          <w:bCs/>
        </w:rPr>
        <w:t xml:space="preserve"> </w:t>
      </w:r>
      <w:r>
        <w:rPr>
          <w:b/>
          <w:bCs/>
        </w:rPr>
        <w:t xml:space="preserve">slightly.</w:t>
      </w:r>
      <w:r>
        <w:br/>
      </w:r>
      <w:r>
        <w:t xml:space="preserve">    (a) the difference between tones of an image</w:t>
      </w:r>
      <w:r>
        <w:br/>
      </w:r>
      <w:r>
        <w:t xml:space="preserve">    (b) to move apart; or be or become different</w:t>
      </w:r>
      <w:r>
        <w:br/>
      </w:r>
      <w:r>
        <w:t xml:space="preserve">    (c) hold together (connect or unite) or wrap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it kills me, I mean it's the weirdest thing sometimes the way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idea with some kind of phrase.</w:t>
      </w:r>
      <w:r>
        <w:br/>
      </w:r>
      <w:r>
        <w:t xml:space="preserve">    (a) come to terms with</w:t>
      </w:r>
      <w:r>
        <w:br/>
      </w:r>
      <w:r>
        <w:t xml:space="preserve">    (b) notable difference</w:t>
      </w:r>
      <w:r>
        <w:br/>
      </w:r>
      <w:r>
        <w:t xml:space="preserve">    (c) to go or do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I think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testimony</w:t>
      </w:r>
      <w:r>
        <w:rPr>
          <w:b/>
          <w:bCs/>
        </w:rPr>
        <w:t xml:space="preserve"> </w:t>
      </w:r>
      <w:r>
        <w:rPr>
          <w:b/>
          <w:bCs/>
        </w:rPr>
        <w:t xml:space="preserve">that could put a human being into the electric chair should be that accurate.</w:t>
      </w:r>
      <w:r>
        <w:br/>
      </w:r>
      <w:r>
        <w:t xml:space="preserve">    (a) an atom that has acquired an electrical charge by the loss or gain of an electron</w:t>
      </w:r>
      <w:r>
        <w:br/>
      </w:r>
      <w:r>
        <w:t xml:space="preserve">    (b) a statement that serves as evidence</w:t>
      </w:r>
      <w:r>
        <w:br/>
      </w:r>
      <w:r>
        <w:t xml:space="preserve">    (c) an organ attached to the wall of the uterus to nourish the fetus during pregnancy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8TH JUROR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hobbles</w:t>
      </w:r>
      <w:r>
        <w:rPr>
          <w:b/>
          <w:bCs/>
        </w:rPr>
        <w:t xml:space="preserve">, dragging one leg, toward the chair that serves as the bedroom door.</w:t>
      </w:r>
      <w:r>
        <w:br/>
      </w:r>
      <w:r>
        <w:t xml:space="preserve">    (a) presents something to treat as true in order to advance a discussion or to further investigation even though it might not be true</w:t>
      </w:r>
      <w:r>
        <w:br/>
      </w:r>
      <w:r>
        <w:t xml:space="preserve">    (b) atones (demonstrates sorrow for a wrong either by doing something good in return for the wrong, or by accepting punishment)</w:t>
      </w:r>
      <w:r>
        <w:br/>
      </w:r>
      <w:r>
        <w:t xml:space="preserve">    (c) walked with difficulty (as though with an injury or physical impediment)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 since we walked into this room you've been behaving like a self-appointed public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avenger</w:t>
      </w:r>
      <w:r>
        <w:rPr>
          <w:b/>
          <w:bCs/>
        </w:rPr>
        <w:t xml:space="preserve">.</w:t>
      </w:r>
      <w:r>
        <w:br/>
      </w:r>
      <w:r>
        <w:t xml:space="preserve">    (a) someone who gets involved</w:t>
      </w:r>
      <w:r>
        <w:br/>
      </w:r>
      <w:r>
        <w:t xml:space="preserve">    (b) someone who takes revenge</w:t>
      </w:r>
      <w:r>
        <w:br/>
      </w:r>
      <w:r>
        <w:t xml:space="preserve">    (c) one who repays or returns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arrogance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guy!</w:t>
      </w:r>
      <w:r>
        <w:br/>
      </w:r>
      <w:r>
        <w:t xml:space="preserve">    (a) “fight or flight” stimulating hormone</w:t>
      </w:r>
      <w:r>
        <w:br/>
      </w:r>
      <w:r>
        <w:t xml:space="preserve">    (b) the branch of geology that studies rocks</w:t>
      </w:r>
      <w:r>
        <w:br/>
      </w:r>
      <w:r>
        <w:t xml:space="preserve">    (c) having an excessive sense of superiority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12TH JUROR crosses to the 8TH JUROR and using his closed hand,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simulates</w:t>
      </w:r>
      <w:r>
        <w:rPr>
          <w:b/>
          <w:bCs/>
        </w:rPr>
        <w:t xml:space="preserve"> </w:t>
      </w:r>
      <w:r>
        <w:rPr>
          <w:b/>
          <w:bCs/>
        </w:rPr>
        <w:t xml:space="preserve">stabbing the 8TH JUROR in the chest.</w:t>
      </w:r>
      <w:r>
        <w:br/>
      </w:r>
      <w:r>
        <w:t xml:space="preserve">    (a) protects something or keeps it as it is</w:t>
      </w:r>
      <w:r>
        <w:br/>
      </w:r>
      <w:r>
        <w:t xml:space="preserve">    (b) makes an imitation or representation of</w:t>
      </w:r>
      <w:r>
        <w:br/>
      </w:r>
      <w:r>
        <w:t xml:space="preserve">    (c) examines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 matter where you run into it,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</w:t>
      </w:r>
      <w:r>
        <w:rPr>
          <w:b/>
          <w:bCs/>
        </w:rPr>
        <w:t xml:space="preserve"> </w:t>
      </w:r>
      <w:r>
        <w:rPr>
          <w:b/>
          <w:bCs/>
        </w:rPr>
        <w:t xml:space="preserve">obscures the truth.</w:t>
      </w:r>
      <w:r>
        <w:br/>
      </w:r>
      <w:r>
        <w:t xml:space="preserve">    (a) to expression feelings or thoughts enthusiastically  OR  to squirt or give off (typically under pressure such as blood or leaking gas)</w:t>
      </w:r>
      <w:r>
        <w:br/>
      </w:r>
      <w:r>
        <w:t xml:space="preserve">    (b) unreasonable and unfair beliefs or feelings -- especially against members of a race, religion, or other group</w:t>
      </w:r>
      <w:r>
        <w:br/>
      </w:r>
      <w:r>
        <w:t xml:space="preserve">    (c) fear, or anticipate with worry (commonly only seen in the forms "apprehensive" and "apprehension," but seen in this form in classic literature)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Nine of us now seem to feel that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defendant</w:t>
      </w:r>
      <w:r>
        <w:rPr>
          <w:b/>
          <w:bCs/>
        </w:rPr>
        <w:t xml:space="preserve"> </w:t>
      </w:r>
      <w:r>
        <w:rPr>
          <w:b/>
          <w:bCs/>
        </w:rPr>
        <w:t xml:space="preserve">is innocent, but we're just gambling on probabilities.</w:t>
      </w:r>
      <w:r>
        <w:br/>
      </w:r>
      <w:r>
        <w:t xml:space="preserve">    (a) belief or opinion formed by viewing things a certain way</w:t>
      </w:r>
      <w:r>
        <w:br/>
      </w:r>
      <w:r>
        <w:t xml:space="preserve">    (b) soft leather shoe traditionally worn by Native Americans</w:t>
      </w:r>
      <w:r>
        <w:br/>
      </w:r>
      <w:r>
        <w:t xml:space="preserve">    (c) a person legally accused in court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Frankly, I don't see how we can vote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acquittal</w:t>
      </w:r>
      <w:r>
        <w:rPr>
          <w:b/>
          <w:bCs/>
        </w:rPr>
        <w:t xml:space="preserve">.</w:t>
      </w:r>
      <w:r>
        <w:br/>
      </w:r>
      <w:r>
        <w:t xml:space="preserve">    (a) an official finding of "not guilty"</w:t>
      </w:r>
      <w:r>
        <w:br/>
      </w:r>
      <w:r>
        <w:t xml:space="preserve">    (b) another battle with the same foe</w:t>
      </w:r>
      <w:r>
        <w:br/>
      </w:r>
      <w:r>
        <w:t xml:space="preserve">    (c) describing someone as antisocial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woman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testified</w:t>
      </w:r>
      <w:r>
        <w:rPr>
          <w:b/>
          <w:bCs/>
        </w:rPr>
        <w:t xml:space="preserve"> </w:t>
      </w:r>
      <w:r>
        <w:rPr>
          <w:b/>
          <w:bCs/>
        </w:rPr>
        <w:t xml:space="preserve">in court.</w:t>
      </w:r>
      <w:r>
        <w:br/>
      </w:r>
      <w:r>
        <w:t xml:space="preserve">    (a) provided evidence of something -- especially oral evidence in court</w:t>
      </w:r>
      <w:r>
        <w:br/>
      </w:r>
      <w:r>
        <w:t xml:space="preserve">    (b) showed something -- such as demonstrated, expressed, or represented</w:t>
      </w:r>
      <w:r>
        <w:br/>
      </w:r>
      <w:r>
        <w:t xml:space="preserve">    (c) suffered through (or put up with) something difficult or unpleasant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2026-07-31T18:38:24Z</dcterms:created>
  <dcterms:modified xsi:type="dcterms:W3CDTF">2026-07-31T18:38:24Z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