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804f52e068ad0e1baf892f6d2f00f2b4d4cb97"/>
    <w:p>
      <w:pPr>
        <w:pStyle w:val="Heading1"/>
      </w:pPr>
      <w:r>
        <w:rPr>
          <w:b/>
          <w:bCs/>
        </w:rPr>
        <w:t xml:space="preserve">Twelfth Night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politician as she left the building, bombarding her with questions about the recent scandal.</w:t>
      </w:r>
      <w:r>
        <w:br/>
      </w:r>
      <w:r>
        <w:t xml:space="preserve">    (a) approached timidly</w:t>
      </w:r>
      <w:r>
        <w:br/>
      </w:r>
      <w:r>
        <w:t xml:space="preserve">    (b) approached aggressively</w:t>
      </w:r>
      <w:r>
        <w:br/>
      </w:r>
      <w:r>
        <w:t xml:space="preserve">    (c) approached politely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gives</w:t>
      </w:r>
      <w:r>
        <w:br/>
      </w:r>
      <w:r>
        <w:t xml:space="preserve">    (b) shows</w:t>
      </w:r>
      <w:r>
        <w:br/>
      </w:r>
      <w:r>
        <w:t xml:space="preserve">    (c) recommends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restricted</w:t>
      </w:r>
      <w:r>
        <w:br/>
      </w:r>
      <w:r>
        <w:t xml:space="preserve">    (b) threatened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strong and cruel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re-think beliefs</w:t>
      </w:r>
      <w:r>
        <w:br/>
      </w:r>
      <w:r>
        <w:t xml:space="preserve">    (b) disguise the truth</w:t>
      </w:r>
      <w:r>
        <w:br/>
      </w:r>
      <w:r>
        <w:t xml:space="preserve">    (c) change reality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feigned</w:t>
      </w:r>
      <w:r>
        <w:rPr>
          <w:b/>
          <w:bCs/>
        </w:rPr>
        <w:t xml:space="preserve"> </w:t>
      </w:r>
      <w:r>
        <w:rPr>
          <w:b/>
          <w:bCs/>
        </w:rPr>
        <w:t xml:space="preserve">surprise when his coworkers shouted 'Happy Birthday!'</w:t>
      </w:r>
      <w:r>
        <w:br/>
      </w:r>
      <w:r>
        <w:t xml:space="preserve">    (a) expected</w:t>
      </w:r>
      <w:r>
        <w:br/>
      </w:r>
      <w:r>
        <w:t xml:space="preserve">    (b) faked</w:t>
      </w:r>
      <w:r>
        <w:br/>
      </w:r>
      <w:r>
        <w:t xml:space="preserve">    (c) shared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evilly</w:t>
      </w:r>
      <w:r>
        <w:br/>
      </w:r>
      <w:r>
        <w:t xml:space="preserve">    (b) carelessly</w:t>
      </w:r>
      <w:r>
        <w:br/>
      </w:r>
      <w:r>
        <w:t xml:space="preserve">    (c) mockingly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happy</w:t>
      </w:r>
      <w:r>
        <w:br/>
      </w:r>
      <w:r>
        <w:t xml:space="preserve">    (b) sad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notorious</w:t>
      </w:r>
      <w:r>
        <w:rPr>
          <w:b/>
          <w:bCs/>
        </w:rPr>
        <w:t xml:space="preserve"> </w:t>
      </w:r>
      <w:r>
        <w:rPr>
          <w:b/>
          <w:bCs/>
        </w:rPr>
        <w:t xml:space="preserve">for flagrant fouls and losing her temper.</w:t>
      </w:r>
      <w:r>
        <w:br/>
      </w:r>
      <w:r>
        <w:t xml:space="preserve">    (a) frightening and intimidating</w:t>
      </w:r>
      <w:r>
        <w:br/>
      </w:r>
      <w:r>
        <w:t xml:space="preserve">    (b) well known for something bad</w:t>
      </w:r>
      <w:r>
        <w:br/>
      </w:r>
      <w:r>
        <w:t xml:space="preserve">    (c) widely admired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compensation for loss</w:t>
      </w:r>
      <w:r>
        <w:br/>
      </w:r>
      <w:r>
        <w:t xml:space="preserve">    (b) an apology</w:t>
      </w:r>
      <w:r>
        <w:br/>
      </w:r>
      <w:r>
        <w:t xml:space="preserve">    (c) a penalty fine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criticize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computer programmer went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rogue</w:t>
      </w:r>
      <w:r>
        <w:rPr>
          <w:b/>
          <w:bCs/>
        </w:rPr>
        <w:t xml:space="preserve"> </w:t>
      </w:r>
      <w:r>
        <w:rPr>
          <w:b/>
          <w:bCs/>
        </w:rPr>
        <w:t xml:space="preserve">and started leaking classified files without permission.</w:t>
      </w:r>
      <w:r>
        <w:br/>
      </w:r>
      <w:r>
        <w:t xml:space="preserve">    (a) unconcerned</w:t>
      </w:r>
      <w:r>
        <w:br/>
      </w:r>
      <w:r>
        <w:t xml:space="preserve">    (b) untrustworthy</w:t>
      </w:r>
      <w:r>
        <w:br/>
      </w:r>
      <w:r>
        <w:t xml:space="preserve">    (c) exhausted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trains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Authorities said the milk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tainted</w:t>
      </w:r>
      <w:r>
        <w:rPr>
          <w:b/>
          <w:bCs/>
        </w:rPr>
        <w:t xml:space="preserve"> </w:t>
      </w:r>
      <w:r>
        <w:rPr>
          <w:b/>
          <w:bCs/>
        </w:rPr>
        <w:t xml:space="preserve">with rat poison.</w:t>
      </w:r>
      <w:r>
        <w:br/>
      </w:r>
      <w:r>
        <w:t xml:space="preserve">    (a) sabotaged</w:t>
      </w:r>
      <w:r>
        <w:br/>
      </w:r>
      <w:r>
        <w:t xml:space="preserve">    (b) contaminated</w:t>
      </w:r>
      <w:r>
        <w:br/>
      </w:r>
      <w:r>
        <w:t xml:space="preserve">    (c) stored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wisdom</w:t>
      </w:r>
      <w:r>
        <w:br/>
      </w:r>
      <w:r>
        <w:t xml:space="preserve">    (b) courage</w:t>
      </w:r>
      <w:r>
        <w:br/>
      </w:r>
      <w:r>
        <w:t xml:space="preserve">    (c)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destroyed</w:t>
      </w:r>
      <w:r>
        <w:br/>
      </w:r>
      <w:r>
        <w:t xml:space="preserve">    (b) produced</w:t>
      </w:r>
      <w:r>
        <w:br/>
      </w:r>
      <w:r>
        <w:t xml:space="preserve">    (c) slowed down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2026-07-31T14:32:01Z</dcterms:created>
  <dcterms:modified xsi:type="dcterms:W3CDTF">2026-07-31T14:32:01Z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