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5e7b29e45217ba77787a5f4e4ae00bb744255a5"/>
    <w:p>
      <w:pPr>
        <w:pStyle w:val="Heading1"/>
      </w:pPr>
      <w:r>
        <w:rPr>
          <w:b/>
          <w:bCs/>
        </w:rPr>
        <w:t xml:space="preserve">Twelfth Night</w:t>
      </w:r>
      <w:r>
        <w:br/>
      </w:r>
      <w:r>
        <w:rPr>
          <w:i/>
          <w:iCs/>
        </w:rPr>
        <w:t xml:space="preserve">William Shakespeare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 that add,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moreover</w:t>
      </w:r>
      <w:r>
        <w:rPr>
          <w:b/>
          <w:bCs/>
        </w:rPr>
        <w:t xml:space="preserve">, he's drunk nightly in your company.</w:t>
      </w:r>
      <w:r>
        <w:br/>
      </w:r>
      <w:r>
        <w:t xml:space="preserve">    (a) in addition to what has just been said</w:t>
      </w:r>
      <w:r>
        <w:br/>
      </w:r>
      <w:r>
        <w:t xml:space="preserve">    (b) despite that (used to connect contrasting ideas)</w:t>
      </w:r>
      <w:r>
        <w:br/>
      </w:r>
      <w:r>
        <w:t xml:space="preserve">    (c) even though -- used to connect contrasting ideas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  <w:u w:val="single"/>
        </w:rPr>
        <w:t xml:space="preserve">Accost</w:t>
      </w:r>
      <w:r>
        <w:rPr>
          <w:b/>
          <w:bCs/>
        </w:rPr>
        <w:t xml:space="preserve">, Sir Andrew, accost.</w:t>
      </w:r>
      <w:r>
        <w:br/>
      </w:r>
      <w:r>
        <w:t xml:space="preserve">    (a) view in a certain way so as to form a belief or opinion</w:t>
      </w:r>
      <w:r>
        <w:br/>
      </w:r>
      <w:r>
        <w:t xml:space="preserve">    (b) not feeling or showing sympathy for another's suffering</w:t>
      </w:r>
      <w:r>
        <w:br/>
      </w:r>
      <w:r>
        <w:t xml:space="preserve">    (c) approach and speak in a demanding or challenging manner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is very well-favoured, and he speaks very shrewishly; one would think his mother's milk were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scarce</w:t>
      </w:r>
      <w:r>
        <w:rPr>
          <w:b/>
          <w:bCs/>
        </w:rPr>
        <w:t xml:space="preserve"> </w:t>
      </w:r>
      <w:r>
        <w:rPr>
          <w:b/>
          <w:bCs/>
        </w:rPr>
        <w:t xml:space="preserve">out of him.</w:t>
      </w:r>
      <w:r>
        <w:br/>
      </w:r>
      <w:r>
        <w:t xml:space="preserve">    (a) in short supply  OR  barely or hardly (by a small margin)</w:t>
      </w:r>
      <w:r>
        <w:br/>
      </w:r>
      <w:r>
        <w:t xml:space="preserve">    (b) a state similar to sleep where one is unaware of anything</w:t>
      </w:r>
      <w:r>
        <w:br/>
      </w:r>
      <w:r>
        <w:t xml:space="preserve">    (c) the state of not being aware or concerned about something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Good beauties, let me sustain no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scorn</w:t>
      </w:r>
      <w:r>
        <w:rPr>
          <w:b/>
          <w:bCs/>
        </w:rPr>
        <w:t xml:space="preserve">; I am very comptible, even to the least sinister usage.</w:t>
      </w:r>
      <w:r>
        <w:br/>
      </w:r>
      <w:r>
        <w:t xml:space="preserve">    (a) disrespect or reject as not good enough</w:t>
      </w:r>
      <w:r>
        <w:br/>
      </w:r>
      <w:r>
        <w:t xml:space="preserve">    (b) move from more general to more specific</w:t>
      </w:r>
      <w:r>
        <w:br/>
      </w:r>
      <w:r>
        <w:t xml:space="preserve">    (c) not answer questions; or block progress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 yet, by the very fangs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malice</w:t>
      </w:r>
      <w:r>
        <w:rPr>
          <w:b/>
          <w:bCs/>
        </w:rPr>
        <w:t xml:space="preserve"> </w:t>
      </w:r>
      <w:r>
        <w:rPr>
          <w:b/>
          <w:bCs/>
        </w:rPr>
        <w:t xml:space="preserve">I swear, I am not that I play.</w:t>
      </w:r>
      <w:r>
        <w:br/>
      </w:r>
      <w:r>
        <w:t xml:space="preserve">    (a) the desire to hurt others or see them suffer</w:t>
      </w:r>
      <w:r>
        <w:br/>
      </w:r>
      <w:r>
        <w:t xml:space="preserve">    (b) not adjusting a lens to create a clear image</w:t>
      </w:r>
      <w:r>
        <w:br/>
      </w:r>
      <w:r>
        <w:t xml:space="preserve">    (c) the quality of lacking exactness or accuracy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is the more like to be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feigned</w:t>
      </w:r>
      <w:r>
        <w:rPr>
          <w:b/>
          <w:bCs/>
        </w:rPr>
        <w:t xml:space="preserve">; I pray you keep it in.</w:t>
      </w:r>
      <w:r>
        <w:br/>
      </w:r>
      <w:r>
        <w:t xml:space="preserve">    (a) not hired, occupied, or booked</w:t>
      </w:r>
      <w:r>
        <w:br/>
      </w:r>
      <w:r>
        <w:t xml:space="preserve">    (b) developed or changed gradually</w:t>
      </w:r>
      <w:r>
        <w:br/>
      </w:r>
      <w:r>
        <w:t xml:space="preserve">    (c) pretended (made a pretense of)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am no fee'd post, lady; keep your purse; My master, not myself, lacks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recompense</w:t>
      </w:r>
      <w:r>
        <w:rPr>
          <w:b/>
          <w:bCs/>
        </w:rPr>
        <w:t xml:space="preserve">.</w:t>
      </w:r>
      <w:r>
        <w:br/>
      </w:r>
      <w:r>
        <w:t xml:space="preserve">    (a) examine in detail to better understand</w:t>
      </w:r>
      <w:r>
        <w:br/>
      </w:r>
      <w:r>
        <w:t xml:space="preserve">    (b) appropriate in size, amount, or degree</w:t>
      </w:r>
      <w:r>
        <w:br/>
      </w:r>
      <w:r>
        <w:t xml:space="preserve">    (c) compensate for a loss; or pay a reward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shall be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constrain'd</w:t>
      </w:r>
      <w:r>
        <w:rPr>
          <w:b/>
          <w:bCs/>
        </w:rPr>
        <w:t xml:space="preserve"> </w:t>
      </w:r>
      <w:r>
        <w:rPr>
          <w:b/>
          <w:bCs/>
        </w:rPr>
        <w:t xml:space="preserve">in't to call thee knave, knight.</w:t>
      </w:r>
      <w:r>
        <w:br/>
      </w:r>
      <w:r>
        <w:t xml:space="preserve">    (a) not provided with investment funds</w:t>
      </w:r>
      <w:r>
        <w:br/>
      </w:r>
      <w:r>
        <w:t xml:space="preserve">    (b) stopped (something from happening)</w:t>
      </w:r>
      <w:r>
        <w:br/>
      </w:r>
      <w:r>
        <w:t xml:space="preserve">    (c) restricted; or lacking spontaneity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Nay, I'll come; if I lose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scruple</w:t>
      </w:r>
      <w:r>
        <w:rPr>
          <w:b/>
          <w:bCs/>
        </w:rPr>
        <w:t xml:space="preserve"> </w:t>
      </w:r>
      <w:r>
        <w:rPr>
          <w:b/>
          <w:bCs/>
        </w:rPr>
        <w:t xml:space="preserve">of this sport let me be boiled to death with melancholy.</w:t>
      </w:r>
      <w:r>
        <w:br/>
      </w:r>
      <w:r>
        <w:t xml:space="preserve">    (a) an ethical or moral principle that discourages certain kinds of action</w:t>
      </w:r>
      <w:r>
        <w:br/>
      </w:r>
      <w:r>
        <w:t xml:space="preserve">    (b) to stick out, attract more attention than desired, or impose on others</w:t>
      </w:r>
      <w:r>
        <w:br/>
      </w:r>
      <w:r>
        <w:t xml:space="preserve">    (c) speak in a manner that does not clearly express an opinion or decision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will smile upon her, which will now be so unsuitable to her disposition, being addicted to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melancholy</w:t>
      </w:r>
      <w:r>
        <w:rPr>
          <w:b/>
          <w:bCs/>
        </w:rPr>
        <w:t xml:space="preserve"> </w:t>
      </w:r>
      <w:r>
        <w:rPr>
          <w:b/>
          <w:bCs/>
        </w:rPr>
        <w:t xml:space="preserve">as she is</w:t>
      </w:r>
      <w:r>
        <w:br/>
      </w:r>
      <w:r>
        <w:t xml:space="preserve">    (a) relating to the outside</w:t>
      </w:r>
      <w:r>
        <w:br/>
      </w:r>
      <w:r>
        <w:t xml:space="preserve">    (b) about (but not exactly)</w:t>
      </w:r>
      <w:r>
        <w:br/>
      </w:r>
      <w:r>
        <w:t xml:space="preserve">    (c) sadness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Troth, sir, I can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yield</w:t>
      </w:r>
      <w:r>
        <w:rPr>
          <w:b/>
          <w:bCs/>
        </w:rPr>
        <w:t xml:space="preserve"> </w:t>
      </w:r>
      <w:r>
        <w:rPr>
          <w:b/>
          <w:bCs/>
        </w:rPr>
        <w:t xml:space="preserve">you none without words; and words are grown so false I am loath to prove reason with them.</w:t>
      </w:r>
      <w:r>
        <w:br/>
      </w:r>
      <w:r>
        <w:t xml:space="preserve">    (a) provide or give</w:t>
      </w:r>
      <w:r>
        <w:br/>
      </w:r>
      <w:r>
        <w:t xml:space="preserve">    (b) stop (something from happening)</w:t>
      </w:r>
      <w:r>
        <w:br/>
      </w:r>
      <w:r>
        <w:t xml:space="preserve">    (c) think deeply or carefully about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saw your niece do more favours to the count's servingman than ever she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bestowed</w:t>
      </w:r>
      <w:r>
        <w:rPr>
          <w:b/>
          <w:bCs/>
        </w:rPr>
        <w:t xml:space="preserve"> </w:t>
      </w:r>
      <w:r>
        <w:rPr>
          <w:b/>
          <w:bCs/>
        </w:rPr>
        <w:t xml:space="preserve">upon me;</w:t>
      </w:r>
      <w:r>
        <w:br/>
      </w:r>
      <w:r>
        <w:t xml:space="preserve">    (a) quit</w:t>
      </w:r>
      <w:r>
        <w:br/>
      </w:r>
      <w:r>
        <w:t xml:space="preserve">    (b) gave (as a gift)</w:t>
      </w:r>
      <w:r>
        <w:br/>
      </w:r>
      <w:r>
        <w:t xml:space="preserve">    (c) drew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Hold, sir, here's my purse; In the south suburbs, at the Elephant, Is best to lodge: I will bespeak our diet Whiles you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beguile</w:t>
      </w:r>
      <w:r>
        <w:rPr>
          <w:b/>
          <w:bCs/>
        </w:rPr>
        <w:t xml:space="preserve"> </w:t>
      </w:r>
      <w:r>
        <w:rPr>
          <w:b/>
          <w:bCs/>
        </w:rPr>
        <w:t xml:space="preserve">the time and feed your knowledge With viewing of the town; there shall you have me.</w:t>
      </w:r>
      <w:r>
        <w:br/>
      </w:r>
      <w:r>
        <w:t xml:space="preserve">    (a) give authority, power, knowledge, or confidence to someone so they can do something</w:t>
      </w:r>
      <w:r>
        <w:br/>
      </w:r>
      <w:r>
        <w:t xml:space="preserve">    (b) to think of something as true or likely, even though it is not known with certainty</w:t>
      </w:r>
      <w:r>
        <w:br/>
      </w:r>
      <w:r>
        <w:t xml:space="preserve">    (c) to charm, enchant, or entertain someone; or to deceive -- especially through charm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No, madam, he does nothing but smile: your ladyship were best to have some guard about you if he come; For, sure, the man 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tainted</w:t>
      </w:r>
      <w:r>
        <w:rPr>
          <w:b/>
          <w:bCs/>
        </w:rPr>
        <w:t xml:space="preserve"> </w:t>
      </w:r>
      <w:r>
        <w:rPr>
          <w:b/>
          <w:bCs/>
        </w:rPr>
        <w:t xml:space="preserve">in his wits.</w:t>
      </w:r>
      <w:r>
        <w:br/>
      </w:r>
      <w:r>
        <w:t xml:space="preserve">    (a) did in a particular way</w:t>
      </w:r>
      <w:r>
        <w:br/>
      </w:r>
      <w:r>
        <w:t xml:space="preserve">    (b) requested or challenged</w:t>
      </w:r>
      <w:r>
        <w:br/>
      </w:r>
      <w:r>
        <w:t xml:space="preserve">    (c) spoiled or contaminated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Thou kill'st me like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rogue</w:t>
      </w:r>
      <w:r>
        <w:rPr>
          <w:b/>
          <w:bCs/>
        </w:rPr>
        <w:t xml:space="preserve"> </w:t>
      </w:r>
      <w:r>
        <w:rPr>
          <w:b/>
          <w:bCs/>
        </w:rPr>
        <w:t xml:space="preserve">and a villain.</w:t>
      </w:r>
      <w:r>
        <w:br/>
      </w:r>
      <w:r>
        <w:t xml:space="preserve">    (a) when what happens is very different than what might be expected; or when things are together that seem like they don't belong together</w:t>
      </w:r>
      <w:r>
        <w:br/>
      </w:r>
      <w:r>
        <w:t xml:space="preserve">    (b) a deceitful, unprincipled person</w:t>
      </w:r>
      <w:r>
        <w:br/>
      </w:r>
      <w:r>
        <w:t xml:space="preserve">    (c) lymph node -- one of many bean-sized organs that filter bacteria and other toxins from circulating white-blood-cell filled lymph fluid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There's something in me that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reproves</w:t>
      </w:r>
      <w:r>
        <w:rPr>
          <w:b/>
          <w:bCs/>
        </w:rPr>
        <w:t xml:space="preserve"> </w:t>
      </w:r>
      <w:r>
        <w:rPr>
          <w:b/>
          <w:bCs/>
        </w:rPr>
        <w:t xml:space="preserve">my fault;</w:t>
      </w:r>
      <w:r>
        <w:br/>
      </w:r>
      <w:r>
        <w:t xml:space="preserve">    (a) translates</w:t>
      </w:r>
      <w:r>
        <w:br/>
      </w:r>
      <w:r>
        <w:t xml:space="preserve">    (b) eliminates</w:t>
      </w:r>
      <w:r>
        <w:br/>
      </w:r>
      <w:r>
        <w:t xml:space="preserve">    (c) criticizes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have heard of some kind of men that put quarrels purposely on others to taste their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valour</w:t>
      </w:r>
      <w:r>
        <w:rPr>
          <w:b/>
          <w:bCs/>
        </w:rPr>
        <w:t xml:space="preserve">.</w:t>
      </w:r>
      <w:r>
        <w:br/>
      </w:r>
      <w:r>
        <w:t xml:space="preserve">    (a) a long race that is shorter than the typical long race of about 26 miles</w:t>
      </w:r>
      <w:r>
        <w:br/>
      </w:r>
      <w:r>
        <w:t xml:space="preserve">    (b) exceedingly powerful bomb whose energy comes from the splitting of atoms</w:t>
      </w:r>
      <w:r>
        <w:br/>
      </w:r>
      <w:r>
        <w:t xml:space="preserve">    (c) courage when facing danger -- especially in battle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Well, I'll put it on, and I will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dissemble</w:t>
      </w:r>
      <w:r>
        <w:rPr>
          <w:b/>
          <w:bCs/>
        </w:rPr>
        <w:t xml:space="preserve"> </w:t>
      </w:r>
      <w:r>
        <w:rPr>
          <w:b/>
          <w:bCs/>
        </w:rPr>
        <w:t xml:space="preserve">myself in it;</w:t>
      </w:r>
      <w:r>
        <w:br/>
      </w:r>
      <w:r>
        <w:t xml:space="preserve">    (a) re-think beliefs</w:t>
      </w:r>
      <w:r>
        <w:br/>
      </w:r>
      <w:r>
        <w:t xml:space="preserve">    (b) disguise</w:t>
      </w:r>
      <w:r>
        <w:br/>
      </w:r>
      <w:r>
        <w:t xml:space="preserve">    (c) change reality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his false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cunning</w:t>
      </w:r>
      <w:r>
        <w:br/>
      </w:r>
      <w:r>
        <w:t xml:space="preserve">    (a) related to the natural world (life, air, water, land...)</w:t>
      </w:r>
      <w:r>
        <w:br/>
      </w:r>
      <w:r>
        <w:t xml:space="preserve">    (b) cleverness</w:t>
      </w:r>
      <w:r>
        <w:br/>
      </w:r>
      <w:r>
        <w:t xml:space="preserve">    (c) relating to logical examination to improve understanding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Madam, you have done me wrong,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Notorious</w:t>
      </w:r>
      <w:r>
        <w:rPr>
          <w:b/>
          <w:bCs/>
        </w:rPr>
        <w:t xml:space="preserve"> </w:t>
      </w:r>
      <w:r>
        <w:rPr>
          <w:b/>
          <w:bCs/>
        </w:rPr>
        <w:t xml:space="preserve">wrong.</w:t>
      </w:r>
      <w:r>
        <w:br/>
      </w:r>
      <w:r>
        <w:t xml:space="preserve">    (a) not good at making decisions</w:t>
      </w:r>
      <w:r>
        <w:br/>
      </w:r>
      <w:r>
        <w:t xml:space="preserve">    (b) without boundaries or limits</w:t>
      </w:r>
      <w:r>
        <w:br/>
      </w:r>
      <w:r>
        <w:t xml:space="preserve">    (c) well known and bad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2026-07-31T14:32:01Z</dcterms:created>
  <dcterms:modified xsi:type="dcterms:W3CDTF">2026-07-31T14:32:01Z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