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3987bcf05729899820b3ff4c093c998391ca02"/>
    <w:p>
      <w:pPr>
        <w:pStyle w:val="Heading1"/>
      </w:pPr>
      <w:r>
        <w:rPr>
          <w:b/>
          <w:bCs/>
        </w:rPr>
        <w:t xml:space="preserve">Twelfth Night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music be the food of love, play on, Give me excess of it; that,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surfeiting</w:t>
      </w:r>
      <w:r>
        <w:rPr>
          <w:b/>
          <w:bCs/>
        </w:rPr>
        <w:t xml:space="preserve">, The appetite may sicken and so die.</w:t>
      </w:r>
      <w:r>
        <w:br/>
      </w:r>
      <w:r>
        <w:t xml:space="preserve">    (a) making strips of hair lighter in color</w:t>
      </w:r>
      <w:r>
        <w:br/>
      </w:r>
      <w:r>
        <w:t xml:space="preserve">    (b) making up (something that is not true)</w:t>
      </w:r>
      <w:r>
        <w:br/>
      </w:r>
      <w:r>
        <w:t xml:space="preserve">    (c) an excessive amount; or to overindulge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hath indeed,—almost natural: for, besides that he's a fool, he's a great quarreller; and, but that he hath the gift of a coward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allay</w:t>
      </w:r>
      <w:r>
        <w:rPr>
          <w:b/>
          <w:bCs/>
        </w:rPr>
        <w:t xml:space="preserve"> </w:t>
      </w:r>
      <w:r>
        <w:rPr>
          <w:b/>
          <w:bCs/>
        </w:rPr>
        <w:t xml:space="preserve">the gust he hath in quarrelling, 'tis thought among the prudent he would quickly have the gift of a grave.</w:t>
      </w:r>
      <w:r>
        <w:br/>
      </w:r>
      <w:r>
        <w:t xml:space="preserve">    (a) reduce the intensity of; or calm</w:t>
      </w:r>
      <w:r>
        <w:br/>
      </w:r>
      <w:r>
        <w:t xml:space="preserve">    (b) interact again or interest again</w:t>
      </w:r>
      <w:r>
        <w:br/>
      </w:r>
      <w:r>
        <w:t xml:space="preserve">    (c) genetic change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I thought that, I'd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forswear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to decide to stop doing something; or to renounce or disavow something</w:t>
      </w:r>
      <w:r>
        <w:br/>
      </w:r>
      <w:r>
        <w:t xml:space="preserve">    (c) the reason for doing something; or the level of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mollification</w:t>
      </w:r>
      <w:r>
        <w:rPr>
          <w:b/>
          <w:bCs/>
        </w:rPr>
        <w:t xml:space="preserve"> </w:t>
      </w:r>
      <w:r>
        <w:rPr>
          <w:b/>
          <w:bCs/>
        </w:rPr>
        <w:t xml:space="preserve">for your giant, sweet lady.</w:t>
      </w:r>
      <w:r>
        <w:br/>
      </w:r>
      <w:r>
        <w:t xml:space="preserve">    (a) interferes in other people's affairs or business</w:t>
      </w:r>
      <w:r>
        <w:br/>
      </w:r>
      <w:r>
        <w:t xml:space="preserve">    (b) calm someone who is or may become angry or upset</w:t>
      </w:r>
      <w:r>
        <w:br/>
      </w:r>
      <w:r>
        <w:t xml:space="preserve">    (c) the value of production compared to value inputs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Come, sir,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peevishly</w:t>
      </w:r>
      <w:r>
        <w:rPr>
          <w:b/>
          <w:bCs/>
        </w:rPr>
        <w:t xml:space="preserve"> </w:t>
      </w:r>
      <w:r>
        <w:rPr>
          <w:b/>
          <w:bCs/>
        </w:rPr>
        <w:t xml:space="preserve">threw it to her; and her will is it should be so returned.</w:t>
      </w:r>
      <w:r>
        <w:br/>
      </w:r>
      <w:r>
        <w:t xml:space="preserve">    (a) annoyed or easily annoyed -- especially by unimportant things</w:t>
      </w:r>
      <w:r>
        <w:br/>
      </w:r>
      <w:r>
        <w:t xml:space="preserve">    (b) not in a manner intended to attract notice and impress others</w:t>
      </w:r>
      <w:r>
        <w:br/>
      </w:r>
      <w:r>
        <w:t xml:space="preserve">    (c) in a manner that is not clearly seen, expressed or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no woman's sides</w:t>
      </w:r>
      <w:r>
        <w:br/>
      </w:r>
      <w:r>
        <w:rPr>
          <w:b/>
          <w:bCs/>
        </w:rPr>
        <w:t xml:space="preserve">Can bide the beating of so strong a passion</w:t>
      </w:r>
      <w:r>
        <w:br/>
      </w:r>
      <w:r>
        <w:rPr>
          <w:b/>
          <w:bCs/>
        </w:rPr>
        <w:t xml:space="preserve">As love doth give my heart: no woman's heart</w:t>
      </w:r>
      <w:r>
        <w:br/>
      </w:r>
      <w:r>
        <w:rPr>
          <w:b/>
          <w:bCs/>
        </w:rPr>
        <w:t xml:space="preserve">So big to hold so much; they lack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retention</w:t>
      </w:r>
      <w:r>
        <w:rPr>
          <w:b/>
          <w:bCs/>
        </w:rPr>
        <w:t xml:space="preserve">.</w:t>
      </w:r>
      <w:r>
        <w:br/>
      </w:r>
      <w:r>
        <w:t xml:space="preserve">    (a) not creating disagreement or struggle</w:t>
      </w:r>
      <w:r>
        <w:br/>
      </w:r>
      <w:r>
        <w:t xml:space="preserve">    (b) not bouncing back light/heat/sound...</w:t>
      </w:r>
      <w:r>
        <w:br/>
      </w:r>
      <w:r>
        <w:t xml:space="preserve">    (c) ability to hold or keep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Ay, an you had any eye behind you, you might see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detraction</w:t>
      </w:r>
      <w:r>
        <w:rPr>
          <w:b/>
          <w:bCs/>
        </w:rPr>
        <w:t xml:space="preserve"> </w:t>
      </w:r>
      <w:r>
        <w:rPr>
          <w:b/>
          <w:bCs/>
        </w:rPr>
        <w:t xml:space="preserve">at your heels than fortunes before you.</w:t>
      </w:r>
      <w:r>
        <w:br/>
      </w:r>
      <w:r>
        <w:t xml:space="preserve">    (a) to diminish (reduce the value of something)</w:t>
      </w:r>
      <w:r>
        <w:br/>
      </w:r>
      <w:r>
        <w:t xml:space="preserve">    (b) relating to where attention is concentrated</w:t>
      </w:r>
      <w:r>
        <w:br/>
      </w:r>
      <w:r>
        <w:t xml:space="preserve">    (c) something that helps clarify or demonstrate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inure</w:t>
      </w:r>
      <w:r>
        <w:rPr>
          <w:b/>
          <w:bCs/>
        </w:rPr>
        <w:t xml:space="preserve"> </w:t>
      </w:r>
      <w:r>
        <w:rPr>
          <w:b/>
          <w:bCs/>
        </w:rPr>
        <w:t xml:space="preserve">thyself to what thou art like to be, cast thy humble slough and appear fresh.</w:t>
      </w:r>
      <w:r>
        <w:br/>
      </w:r>
      <w:r>
        <w:t xml:space="preserve">    (a) desensitize or harden</w:t>
      </w:r>
      <w:r>
        <w:br/>
      </w:r>
      <w:r>
        <w:t xml:space="preserve">    (b) almost, but not exact</w:t>
      </w:r>
      <w:r>
        <w:br/>
      </w:r>
      <w:r>
        <w:t xml:space="preserve">    (c) a large group of fish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ask no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dowry</w:t>
      </w:r>
      <w:r>
        <w:rPr>
          <w:b/>
          <w:bCs/>
        </w:rPr>
        <w:t xml:space="preserve"> </w:t>
      </w:r>
      <w:r>
        <w:rPr>
          <w:b/>
          <w:bCs/>
        </w:rPr>
        <w:t xml:space="preserve">with her but such another jest.</w:t>
      </w:r>
      <w:r>
        <w:br/>
      </w:r>
      <w:r>
        <w:t xml:space="preserve">    (a) a powered mechanical device, typically used to fabricate metal components of machines by the selective removal of metal such as cutting, grinding or drilling</w:t>
      </w:r>
      <w:r>
        <w:br/>
      </w:r>
      <w:r>
        <w:t xml:space="preserve">    (b) someone who believes in the teaching of Buddha -- that aims to end suffering by ending selfish desire and following a path of wisdom, ethics, and meditation</w:t>
      </w:r>
      <w:r>
        <w:br/>
      </w:r>
      <w:r>
        <w:t xml:space="preserve">    (c) in some societies, money or property given by a woman's family to the husband at marriage</w:t>
      </w:r>
      <w:r>
        <w:br/>
      </w:r>
      <w:r>
        <w:br/>
      </w:r>
      <w:r>
        <w:t xml:space="preserve">or less formally: money or property a bride brings to a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construe</w:t>
      </w:r>
      <w:r>
        <w:rPr>
          <w:b/>
          <w:bCs/>
        </w:rPr>
        <w:t xml:space="preserve"> </w:t>
      </w:r>
      <w:r>
        <w:rPr>
          <w:b/>
          <w:bCs/>
        </w:rPr>
        <w:t xml:space="preserve">to them whence you come; who you are and what you would are out of my welkin: I might say element; but the word is overworn.</w:t>
      </w:r>
      <w:r>
        <w:br/>
      </w:r>
      <w:r>
        <w:t xml:space="preserve">    (a) give an opinion of what is wrong with something</w:t>
      </w:r>
      <w:r>
        <w:br/>
      </w:r>
      <w:r>
        <w:t xml:space="preserve">    (b) understand something to have a specific meaning</w:t>
      </w:r>
      <w:r>
        <w:br/>
      </w:r>
      <w:r>
        <w:t xml:space="preserve">    (c) mark important text; or the text that is marked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, good madam; never more Will I my master's tears to you deplore.</w:t>
      </w:r>
      <w:r>
        <w:br/>
      </w:r>
      <w:r>
        <w:t xml:space="preserve">    (a) greetings</w:t>
      </w:r>
      <w:r>
        <w:br/>
      </w:r>
      <w:r>
        <w:t xml:space="preserve">    (b) goodbye</w:t>
      </w:r>
      <w:r>
        <w:br/>
      </w:r>
      <w:r>
        <w:t xml:space="preserve">    (c) hello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villainously; like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pedant</w:t>
      </w:r>
      <w:r>
        <w:rPr>
          <w:b/>
          <w:bCs/>
        </w:rPr>
        <w:t xml:space="preserve"> </w:t>
      </w:r>
      <w:r>
        <w:rPr>
          <w:b/>
          <w:bCs/>
        </w:rPr>
        <w:t xml:space="preserve">that keeps a school i' the church.</w:t>
      </w:r>
      <w:r>
        <w:br/>
      </w:r>
      <w:r>
        <w:t xml:space="preserve">    (a) someone who makes something appropriate in size, amount, or degree</w:t>
      </w:r>
      <w:r>
        <w:br/>
      </w:r>
      <w:r>
        <w:t xml:space="preserve">    (b) someone too concerned with formal rules, details, or book learning</w:t>
      </w:r>
      <w:r>
        <w:br/>
      </w:r>
      <w:r>
        <w:t xml:space="preserve">    (c) someone who fulfills what they perceive as their highest potential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 hardly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hurling things at him.</w:t>
      </w:r>
      <w:r>
        <w:br/>
      </w:r>
      <w:r>
        <w:t xml:space="preserve">    (a) the ability to take on or adopt</w:t>
      </w:r>
      <w:r>
        <w:br/>
      </w:r>
      <w:r>
        <w:t xml:space="preserve">    (b) where attention is concentrated</w:t>
      </w:r>
      <w:r>
        <w:br/>
      </w:r>
      <w:r>
        <w:t xml:space="preserve">    (c) refrain (hold back) from acting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Go, Sir Andrew; scout me for him at the corner of the orchard, like a bum-bailiff; so soon as ever thou seest him, draw; and as thou drawest, swear horrible; for it comes to pass oft that a terrible oath, with a swaggering accent sharply twanged off, gives manhood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than ever proof itself would have earned him.</w:t>
      </w:r>
      <w:r>
        <w:br/>
      </w:r>
      <w:r>
        <w:t xml:space="preserve">    (a) not real</w:t>
      </w:r>
      <w:r>
        <w:br/>
      </w:r>
      <w:r>
        <w:t xml:space="preserve">    (b) allowing</w:t>
      </w:r>
      <w:r>
        <w:br/>
      </w:r>
      <w:r>
        <w:t xml:space="preserve">    (c) 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rage, skill, fury,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impetuosity</w:t>
      </w:r>
      <w:r>
        <w:rPr>
          <w:b/>
          <w:bCs/>
        </w:rPr>
        <w:t xml:space="preserve">.</w:t>
      </w:r>
      <w:r>
        <w:br/>
      </w:r>
      <w:r>
        <w:t xml:space="preserve">    (a) a person (often a writer or artist) living an unconventional life</w:t>
      </w:r>
      <w:r>
        <w:br/>
      </w:r>
      <w:r>
        <w:t xml:space="preserve">    (b) a ceiling designed to affect noise -- typically to decrease noise</w:t>
      </w:r>
      <w:r>
        <w:br/>
      </w:r>
      <w:r>
        <w:t xml:space="preserve">    (c) impulsiveness (the trait of acting suddenly without much thought)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one that would rather go with sir priest than sir knight: I care not who knows so much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mettle</w:t>
      </w:r>
      <w:r>
        <w:rPr>
          <w:b/>
          <w:bCs/>
        </w:rPr>
        <w:t xml:space="preserve">.</w:t>
      </w:r>
      <w:r>
        <w:br/>
      </w:r>
      <w:r>
        <w:t xml:space="preserve">    (a) opposed to people who are Jewish</w:t>
      </w:r>
      <w:r>
        <w:br/>
      </w:r>
      <w:r>
        <w:t xml:space="preserve">    (b) lacking things most people enjoy</w:t>
      </w:r>
      <w:r>
        <w:br/>
      </w:r>
      <w:r>
        <w:t xml:space="preserve">    (c) courage or strength of character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Ay, but he will not now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pacified</w:t>
      </w:r>
      <w:r>
        <w:rPr>
          <w:b/>
          <w:bCs/>
        </w:rPr>
        <w:t xml:space="preserve">: Fabian can scarce hold him yonder.</w:t>
      </w:r>
      <w:r>
        <w:br/>
      </w:r>
      <w:r>
        <w:t xml:space="preserve">    (a) caused to happen or occurred as a consequence</w:t>
      </w:r>
      <w:r>
        <w:br/>
      </w:r>
      <w:r>
        <w:t xml:space="preserve">    (b) calm someone who is angry; or establish peace</w:t>
      </w:r>
      <w:r>
        <w:br/>
      </w:r>
      <w:r>
        <w:t xml:space="preserve">    (c) donated a portion of one's income to a church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witchcraft drew me hither: That most ingrateful boy there, by your side From the rude sea's enraged and foamy mouth Did I redeem; a wreck past hope he was: His life I gave him, and did thereto add My love, without retention or restraint, All his in dedication: for his sake, Did I expose myself, pure for his love, Into the danger of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town; Drew to defend him when he was beset: Where being apprehended, his false cunning, (Not meaning to partake with me in danger) Taught him to face me out of his acquaintance, And grew a twenty-years-removed thing While one would wink; denied me mine own purse, Which I had recommended to his use Not half an hour before.</w:t>
      </w:r>
      <w:r>
        <w:br/>
      </w:r>
      <w:r>
        <w:t xml:space="preserve">    (a) poor ability to make a decision</w:t>
      </w:r>
      <w:r>
        <w:br/>
      </w:r>
      <w:r>
        <w:t xml:space="preserve">    (b) non-traditional or non-standard</w:t>
      </w:r>
      <w:r>
        <w:br/>
      </w:r>
      <w:r>
        <w:t xml:space="preserve">    (c) working against one's interests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uncivil lady, To whose ingrate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unauspicious</w:t>
      </w:r>
      <w:r>
        <w:rPr>
          <w:b/>
          <w:bCs/>
        </w:rPr>
        <w:t xml:space="preserve"> </w:t>
      </w:r>
      <w:r>
        <w:rPr>
          <w:b/>
          <w:bCs/>
        </w:rPr>
        <w:t xml:space="preserve">altars My soul the faithfull'st offerings hath breathed out That e'er devotion tender'd!</w:t>
      </w:r>
      <w:r>
        <w:br/>
      </w:r>
      <w:r>
        <w:t xml:space="preserve">    (a) the characteristic of bouncing back light/heat/sound...</w:t>
      </w:r>
      <w:r>
        <w:br/>
      </w:r>
      <w:r>
        <w:t xml:space="preserve">    (b) not favorable; or not suggestive of good things to come</w:t>
      </w:r>
      <w:r>
        <w:br/>
      </w:r>
      <w:r>
        <w:t xml:space="preserve">    (c) power or responsibility that can be taken on or adopted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Look then to be well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edified</w:t>
      </w:r>
      <w:r>
        <w:rPr>
          <w:b/>
          <w:bCs/>
        </w:rPr>
        <w:t xml:space="preserve"> </w:t>
      </w:r>
      <w:r>
        <w:rPr>
          <w:b/>
          <w:bCs/>
        </w:rPr>
        <w:t xml:space="preserve">when the fool delivers the madman:—'By the Lord, madam,—' OLIVIA.</w:t>
      </w:r>
      <w:r>
        <w:br/>
      </w:r>
      <w:r>
        <w:t xml:space="preserve">    (a) translated</w:t>
      </w:r>
      <w:r>
        <w:br/>
      </w:r>
      <w:r>
        <w:t xml:space="preserve">    (b) instructed</w:t>
      </w:r>
      <w:r>
        <w:br/>
      </w:r>
      <w:r>
        <w:t xml:space="preserve">    (c) subtracted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2026-07-31T14:32:02Z</dcterms:created>
  <dcterms:modified xsi:type="dcterms:W3CDTF">2026-07-31T14:32:02Z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