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ae09c42e821f0576ebaa9adcb19d4743e03116f"/>
    <w:p>
      <w:pPr>
        <w:pStyle w:val="Heading1"/>
      </w:pPr>
      <w:r>
        <w:rPr>
          <w:b/>
          <w:bCs/>
        </w:rPr>
        <w:t xml:space="preserve">Tunnel In the Sky</w:t>
      </w:r>
      <w:r>
        <w:br/>
      </w:r>
      <w:r>
        <w:rPr>
          <w:i/>
          <w:iCs/>
        </w:rPr>
        <w:t xml:space="preserve">Robert A. Heinlein</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Virgin continents, raw wildernesses, fecund jungles, killing deserts, frozen tundras, and</w:t>
      </w:r>
      <w:r>
        <w:rPr>
          <w:b/>
          <w:bCs/>
        </w:rPr>
        <w:t xml:space="preserve"> </w:t>
      </w:r>
      <w:r>
        <w:rPr>
          <w:b/>
          <w:bCs/>
          <w:u w:val="single"/>
        </w:rPr>
        <w:t xml:space="preserve">implacable</w:t>
      </w:r>
      <w:r>
        <w:rPr>
          <w:b/>
          <w:bCs/>
        </w:rPr>
        <w:t xml:space="preserve"> </w:t>
      </w:r>
      <w:r>
        <w:rPr>
          <w:b/>
          <w:bCs/>
        </w:rPr>
        <w:t xml:space="preserve">mountains lay just beyond the city gates, and the human race was again going out where the street lights do not shine, out where there was no friendly cop on the corner nor indeed a corner, out where there were no well-hung, tender steaks, no boneless hams, no packaged, processed foods suitable for delicate minds and pampered bodies.</w:t>
      </w:r>
      <w:r>
        <w:br/>
      </w:r>
      <w:r>
        <w:t xml:space="preserve">    (a) unyielding</w:t>
      </w:r>
      <w:r>
        <w:br/>
      </w:r>
      <w:r>
        <w:t xml:space="preserve">    (b) diminishing</w:t>
      </w:r>
      <w:r>
        <w:br/>
      </w:r>
      <w:r>
        <w:t xml:space="preserve">    (c) increasing</w:t>
      </w:r>
    </w:p>
    <w:p>
      <w:pPr>
        <w:pStyle w:val="Compact"/>
        <w:numPr>
          <w:ilvl w:val="0"/>
          <w:numId w:val="1001"/>
        </w:numPr>
      </w:pPr>
      <w:r>
        <w:rPr>
          <w:b/>
          <w:bCs/>
        </w:rPr>
        <w:t xml:space="preserve">If you insist on saying good-by, their guilt will come out as self-justification and</w:t>
      </w:r>
      <w:r>
        <w:rPr>
          <w:b/>
          <w:bCs/>
        </w:rPr>
        <w:t xml:space="preserve"> </w:t>
      </w:r>
      <w:r>
        <w:rPr>
          <w:b/>
          <w:bCs/>
          <w:u w:val="single"/>
        </w:rPr>
        <w:t xml:space="preserve">self-righteousness</w:t>
      </w:r>
      <w:r>
        <w:rPr>
          <w:b/>
          <w:bCs/>
        </w:rPr>
        <w:t xml:space="preserve"> </w:t>
      </w:r>
      <w:r>
        <w:rPr>
          <w:b/>
          <w:bCs/>
        </w:rPr>
        <w:t xml:space="preserve">and they will find ways to take it out on you and everybody will have a bad time.</w:t>
      </w:r>
      <w:r>
        <w:br/>
      </w:r>
      <w:r>
        <w:t xml:space="preserve">    (a) the degree or quality of being exactly vertical or straight</w:t>
      </w:r>
      <w:r>
        <w:br/>
      </w:r>
      <w:r>
        <w:t xml:space="preserve">    (b) the quality of believing oneself morally superior to others</w:t>
      </w:r>
      <w:r>
        <w:br/>
      </w:r>
      <w:r>
        <w:t xml:space="preserve">    (c) tendency to be direct in a disagreeable, insensitive manner</w:t>
      </w:r>
    </w:p>
    <w:p>
      <w:pPr>
        <w:pStyle w:val="Compact"/>
        <w:numPr>
          <w:ilvl w:val="0"/>
          <w:numId w:val="1001"/>
        </w:numPr>
      </w:pPr>
      <w:r>
        <w:rPr>
          <w:b/>
          <w:bCs/>
        </w:rPr>
        <w:t xml:space="preserve">Okay, besides your parka I would make it four kilos of rations, five of water, two kilos of</w:t>
      </w:r>
      <w:r>
        <w:rPr>
          <w:b/>
          <w:bCs/>
        </w:rPr>
        <w:t xml:space="preserve"> </w:t>
      </w:r>
      <w:r>
        <w:rPr>
          <w:b/>
          <w:bCs/>
          <w:u w:val="single"/>
        </w:rPr>
        <w:t xml:space="preserve">sundries</w:t>
      </w:r>
      <w:r>
        <w:rPr>
          <w:b/>
          <w:bCs/>
        </w:rPr>
        <w:t xml:space="preserve"> </w:t>
      </w:r>
      <w:r>
        <w:rPr>
          <w:b/>
          <w:bCs/>
        </w:rPr>
        <w:t xml:space="preserve">like pills and matches, all in a vest pack ...and a knife.</w:t>
      </w:r>
      <w:r>
        <w:br/>
      </w:r>
      <w:r>
        <w:t xml:space="preserve">    (a) various items; or various kinds of items</w:t>
      </w:r>
      <w:r>
        <w:br/>
      </w:r>
      <w:r>
        <w:t xml:space="preserve">    (b) animals between one and two years of age</w:t>
      </w:r>
      <w:r>
        <w:br/>
      </w:r>
      <w:r>
        <w:t xml:space="preserve">    (c) acts of taking something on as one's own</w:t>
      </w:r>
    </w:p>
    <w:p>
      <w:pPr>
        <w:pStyle w:val="Compact"/>
        <w:numPr>
          <w:ilvl w:val="0"/>
          <w:numId w:val="1001"/>
        </w:numPr>
      </w:pPr>
      <w:r>
        <w:rPr>
          <w:b/>
          <w:bCs/>
        </w:rPr>
        <w:t xml:space="preserve">They were climbing spikes of a style basically old, but refined, made small and light-the pair weighed less than a tenth of a kilogram— and made foldable and compact, from a titanium</w:t>
      </w:r>
      <w:r>
        <w:rPr>
          <w:b/>
          <w:bCs/>
        </w:rPr>
        <w:t xml:space="preserve"> </w:t>
      </w:r>
      <w:r>
        <w:rPr>
          <w:b/>
          <w:bCs/>
          <w:u w:val="single"/>
        </w:rPr>
        <w:t xml:space="preserve">alloy</w:t>
      </w:r>
      <w:r>
        <w:rPr>
          <w:b/>
          <w:bCs/>
        </w:rPr>
        <w:t xml:space="preserve">, hard and strong.</w:t>
      </w:r>
      <w:r>
        <w:br/>
      </w:r>
      <w:r>
        <w:t xml:space="preserve">    (a) a slight amount; or to contain a slight amount</w:t>
      </w:r>
      <w:r>
        <w:br/>
      </w:r>
      <w:r>
        <w:t xml:space="preserve">    (b) something that is necessary for something else</w:t>
      </w:r>
      <w:r>
        <w:br/>
      </w:r>
      <w:r>
        <w:t xml:space="preserve">    (c) a metal that consists of more than one element</w:t>
      </w:r>
    </w:p>
    <w:p>
      <w:pPr>
        <w:pStyle w:val="Compact"/>
        <w:numPr>
          <w:ilvl w:val="0"/>
          <w:numId w:val="1001"/>
        </w:numPr>
      </w:pPr>
      <w:r>
        <w:rPr>
          <w:b/>
          <w:bCs/>
        </w:rPr>
        <w:t xml:space="preserve">Jack had scraped the hide but it was uncured and decidedly</w:t>
      </w:r>
      <w:r>
        <w:rPr>
          <w:b/>
          <w:bCs/>
        </w:rPr>
        <w:t xml:space="preserve"> </w:t>
      </w:r>
      <w:r>
        <w:rPr>
          <w:b/>
          <w:bCs/>
          <w:u w:val="single"/>
        </w:rPr>
        <w:t xml:space="preserve">unsavory</w:t>
      </w:r>
      <w:r>
        <w:rPr>
          <w:b/>
          <w:bCs/>
        </w:rPr>
        <w:t xml:space="preserve">.</w:t>
      </w:r>
      <w:r>
        <w:br/>
      </w:r>
      <w:r>
        <w:t xml:space="preserve">    (a) secretive</w:t>
      </w:r>
      <w:r>
        <w:br/>
      </w:r>
      <w:r>
        <w:t xml:space="preserve">    (b) unpleasant or distasteful -- as from offensive morality or bad taste</w:t>
      </w:r>
      <w:r>
        <w:br/>
      </w:r>
      <w:r>
        <w:t xml:space="preserve">    (c) well-known</w:t>
      </w:r>
    </w:p>
    <w:p>
      <w:pPr>
        <w:pStyle w:val="Compact"/>
        <w:numPr>
          <w:ilvl w:val="0"/>
          <w:numId w:val="1001"/>
        </w:numPr>
      </w:pPr>
      <w:r>
        <w:rPr>
          <w:b/>
          <w:bCs/>
        </w:rPr>
        <w:t xml:space="preserve">Jack offered to take turns but the</w:t>
      </w:r>
      <w:r>
        <w:rPr>
          <w:b/>
          <w:bCs/>
        </w:rPr>
        <w:t xml:space="preserve"> </w:t>
      </w:r>
      <w:r>
        <w:rPr>
          <w:b/>
          <w:bCs/>
          <w:u w:val="single"/>
        </w:rPr>
        <w:t xml:space="preserve">disparity</w:t>
      </w:r>
      <w:r>
        <w:rPr>
          <w:b/>
          <w:bCs/>
        </w:rPr>
        <w:t xml:space="preserve"> </w:t>
      </w:r>
      <w:r>
        <w:rPr>
          <w:b/>
          <w:bCs/>
        </w:rPr>
        <w:t xml:space="preserve">in sizes was obvious; Rod said angrily for Jack to cover them, front, rear, all sides; Rod would be helpless if they had the luck to be surprised by one of the pseudo-lions.</w:t>
      </w:r>
      <w:r>
        <w:br/>
      </w:r>
      <w:r>
        <w:t xml:space="preserve">    (a) result or predictable value</w:t>
      </w:r>
      <w:r>
        <w:br/>
      </w:r>
      <w:r>
        <w:t xml:space="preserve">    (b) a difference between things</w:t>
      </w:r>
      <w:r>
        <w:br/>
      </w:r>
      <w:r>
        <w:t xml:space="preserve">    (c) the highest-ranking manager</w:t>
      </w:r>
    </w:p>
    <w:p>
      <w:pPr>
        <w:pStyle w:val="Compact"/>
        <w:numPr>
          <w:ilvl w:val="0"/>
          <w:numId w:val="1001"/>
        </w:numPr>
      </w:pPr>
      <w:r>
        <w:rPr>
          <w:b/>
          <w:bCs/>
        </w:rPr>
        <w:t xml:space="preserve">Jim wanted to come along; he ran into a double</w:t>
      </w:r>
      <w:r>
        <w:rPr>
          <w:b/>
          <w:bCs/>
        </w:rPr>
        <w:t xml:space="preserve"> </w:t>
      </w:r>
      <w:r>
        <w:rPr>
          <w:b/>
          <w:bCs/>
          <w:u w:val="single"/>
        </w:rPr>
        <w:t xml:space="preserve">veto</w:t>
      </w:r>
      <w:r>
        <w:rPr>
          <w:b/>
          <w:bCs/>
        </w:rPr>
        <w:t xml:space="preserve">.</w:t>
      </w:r>
      <w:r>
        <w:br/>
      </w:r>
      <w:r>
        <w:t xml:space="preserve">    (a) being a boundary or limit</w:t>
      </w:r>
      <w:r>
        <w:br/>
      </w:r>
      <w:r>
        <w:t xml:space="preserve">    (b) block (prevent) an action</w:t>
      </w:r>
      <w:r>
        <w:br/>
      </w:r>
      <w:r>
        <w:t xml:space="preserve">    (c) find, search, or research</w:t>
      </w:r>
    </w:p>
    <w:p>
      <w:pPr>
        <w:pStyle w:val="Compact"/>
        <w:numPr>
          <w:ilvl w:val="0"/>
          <w:numId w:val="1001"/>
        </w:numPr>
      </w:pPr>
      <w:r>
        <w:rPr>
          <w:b/>
          <w:bCs/>
        </w:rPr>
        <w:t xml:space="preserve">He got the</w:t>
      </w:r>
      <w:r>
        <w:rPr>
          <w:b/>
          <w:bCs/>
        </w:rPr>
        <w:t xml:space="preserve"> </w:t>
      </w:r>
      <w:r>
        <w:rPr>
          <w:b/>
          <w:bCs/>
          <w:u w:val="single"/>
        </w:rPr>
        <w:t xml:space="preserve">gist</w:t>
      </w:r>
      <w:r>
        <w:rPr>
          <w:b/>
          <w:bCs/>
        </w:rPr>
        <w:t xml:space="preserve"> </w:t>
      </w:r>
      <w:r>
        <w:rPr>
          <w:b/>
          <w:bCs/>
        </w:rPr>
        <w:t xml:space="preserve">of it and shook his head mournfully.</w:t>
      </w:r>
      <w:r>
        <w:br/>
      </w:r>
      <w:r>
        <w:t xml:space="preserve">    (a) the act of taking something on as one's own</w:t>
      </w:r>
      <w:r>
        <w:br/>
      </w:r>
      <w:r>
        <w:t xml:space="preserve">    (b) the main point(s) of a more detailed matter</w:t>
      </w:r>
      <w:r>
        <w:br/>
      </w:r>
      <w:r>
        <w:t xml:space="preserve">    (c) something that helps clarify or demonstrate</w:t>
      </w:r>
    </w:p>
    <w:p>
      <w:pPr>
        <w:pStyle w:val="Compact"/>
        <w:numPr>
          <w:ilvl w:val="0"/>
          <w:numId w:val="1001"/>
        </w:numPr>
      </w:pPr>
      <w:r>
        <w:rPr>
          <w:b/>
          <w:bCs/>
        </w:rPr>
        <w:t xml:space="preserve">Once selected, those leaders must have full scientific freedom to direct the bio-group in accordance with natural law, unhampered by such artificial</w:t>
      </w:r>
      <w:r>
        <w:rPr>
          <w:b/>
          <w:bCs/>
        </w:rPr>
        <w:t xml:space="preserve"> </w:t>
      </w:r>
      <w:r>
        <w:rPr>
          <w:b/>
          <w:bCs/>
          <w:u w:val="single"/>
        </w:rPr>
        <w:t xml:space="preserve">anachronisms</w:t>
      </w:r>
      <w:r>
        <w:rPr>
          <w:b/>
          <w:bCs/>
        </w:rPr>
        <w:t xml:space="preserve"> </w:t>
      </w:r>
      <w:r>
        <w:rPr>
          <w:b/>
          <w:bCs/>
        </w:rPr>
        <w:t xml:space="preserve">as statutes, constitutions, and courts of law.</w:t>
      </w:r>
      <w:r>
        <w:br/>
      </w:r>
      <w:r>
        <w:t xml:space="preserve">    (a) believers in the teachings of the Chinese philosopher, Confucius (circa 551-478 BC)</w:t>
      </w:r>
      <w:r>
        <w:br/>
      </w:r>
      <w:r>
        <w:t xml:space="preserve">    (b) substances that stimulate the production of antibodies to protect against a disease</w:t>
      </w:r>
      <w:r>
        <w:br/>
      </w:r>
      <w:r>
        <w:t xml:space="preserve">    (c) something out of place for it's time - typically something that belongs in the past</w:t>
      </w:r>
    </w:p>
    <w:p>
      <w:pPr>
        <w:pStyle w:val="Compact"/>
        <w:numPr>
          <w:ilvl w:val="0"/>
          <w:numId w:val="1001"/>
        </w:numPr>
      </w:pPr>
      <w:r>
        <w:rPr>
          <w:b/>
          <w:bCs/>
        </w:rPr>
        <w:t xml:space="preserve">I'm not sure that is correct</w:t>
      </w:r>
      <w:r>
        <w:rPr>
          <w:b/>
          <w:bCs/>
        </w:rPr>
        <w:t xml:space="preserve"> </w:t>
      </w:r>
      <w:r>
        <w:rPr>
          <w:b/>
          <w:bCs/>
          <w:u w:val="single"/>
        </w:rPr>
        <w:t xml:space="preserve">parliamentary</w:t>
      </w:r>
      <w:r>
        <w:rPr>
          <w:b/>
          <w:bCs/>
        </w:rPr>
        <w:t xml:space="preserve"> </w:t>
      </w:r>
      <w:r>
        <w:rPr>
          <w:b/>
          <w:bCs/>
        </w:rPr>
        <w:t xml:space="preserve">procedure.</w:t>
      </w:r>
      <w:r>
        <w:br/>
      </w:r>
      <w:r>
        <w:t xml:space="preserve">    (a) a condition where the body cannot properly regulate blood sugar levels because doesn't use insulin effectively</w:t>
      </w:r>
      <w:r>
        <w:br/>
      </w:r>
      <w:r>
        <w:t xml:space="preserve">    (b) relating to a form of democracy where the chief executive is selected by and answerable to and the legislature</w:t>
      </w:r>
      <w:r>
        <w:br/>
      </w:r>
      <w:r>
        <w:t xml:space="preserve">    (c) post-traumatic stress disorder -- an anxiety disorder that can develop after exposure to traumatic experiences</w:t>
      </w:r>
    </w:p>
    <w:p>
      <w:pPr>
        <w:pStyle w:val="Compact"/>
        <w:numPr>
          <w:ilvl w:val="0"/>
          <w:numId w:val="1001"/>
        </w:numPr>
      </w:pPr>
      <w:r>
        <w:rPr>
          <w:b/>
          <w:bCs/>
        </w:rPr>
        <w:t xml:space="preserve">Each session produced wordy battles, personal remarks and</w:t>
      </w:r>
      <w:r>
        <w:rPr>
          <w:b/>
          <w:bCs/>
        </w:rPr>
        <w:t xml:space="preserve"> </w:t>
      </w:r>
      <w:r>
        <w:rPr>
          <w:b/>
          <w:bCs/>
          <w:u w:val="single"/>
        </w:rPr>
        <w:t xml:space="preserve">caustic</w:t>
      </w:r>
      <w:r>
        <w:rPr>
          <w:b/>
          <w:bCs/>
        </w:rPr>
        <w:t xml:space="preserve"> </w:t>
      </w:r>
      <w:r>
        <w:rPr>
          <w:b/>
          <w:bCs/>
        </w:rPr>
        <w:t xml:space="preserve">criticisms; what was lacking in the gentlemanly formality found in older congresses was made up in spice.</w:t>
      </w:r>
      <w:r>
        <w:br/>
      </w:r>
      <w:r>
        <w:t xml:space="preserve">    (a) harsh</w:t>
      </w:r>
      <w:r>
        <w:br/>
      </w:r>
      <w:r>
        <w:t xml:space="preserve">    (b) in the way mentioned or shown</w:t>
      </w:r>
      <w:r>
        <w:br/>
      </w:r>
      <w:r>
        <w:t xml:space="preserve">    (c) not mirroring back (an image)</w:t>
      </w:r>
    </w:p>
    <w:p>
      <w:pPr>
        <w:pStyle w:val="Compact"/>
        <w:numPr>
          <w:ilvl w:val="0"/>
          <w:numId w:val="1001"/>
        </w:numPr>
      </w:pPr>
      <w:r>
        <w:rPr>
          <w:b/>
          <w:bCs/>
        </w:rPr>
        <w:t xml:space="preserve">Jimmy had been adding his usual</w:t>
      </w:r>
      <w:r>
        <w:rPr>
          <w:b/>
          <w:bCs/>
        </w:rPr>
        <w:t xml:space="preserve"> </w:t>
      </w:r>
      <w:r>
        <w:rPr>
          <w:b/>
          <w:bCs/>
          <w:u w:val="single"/>
        </w:rPr>
        <w:t xml:space="preserve">flippant</w:t>
      </w:r>
      <w:r>
        <w:rPr>
          <w:b/>
          <w:bCs/>
        </w:rPr>
        <w:t xml:space="preserve"> </w:t>
      </w:r>
      <w:r>
        <w:rPr>
          <w:b/>
          <w:bCs/>
        </w:rPr>
        <w:t xml:space="preserve">commentary.</w:t>
      </w:r>
      <w:r>
        <w:br/>
      </w:r>
      <w:r>
        <w:t xml:space="preserve">    (a) designed to be useful; or capable of working</w:t>
      </w:r>
      <w:r>
        <w:br/>
      </w:r>
      <w:r>
        <w:t xml:space="preserve">    (b) showing an inappropriate lack of seriousness</w:t>
      </w:r>
      <w:r>
        <w:br/>
      </w:r>
      <w:r>
        <w:t xml:space="preserve">    (c) the state or degree of agreeing or approving</w:t>
      </w:r>
    </w:p>
    <w:p>
      <w:pPr>
        <w:pStyle w:val="Compact"/>
        <w:numPr>
          <w:ilvl w:val="0"/>
          <w:numId w:val="1001"/>
        </w:numPr>
      </w:pPr>
      <w:r>
        <w:rPr>
          <w:b/>
          <w:bCs/>
        </w:rPr>
        <w:t xml:space="preserve">They slept much of the time and often did nothing, in animal-like</w:t>
      </w:r>
      <w:r>
        <w:rPr>
          <w:b/>
          <w:bCs/>
        </w:rPr>
        <w:t xml:space="preserve"> </w:t>
      </w:r>
      <w:r>
        <w:rPr>
          <w:b/>
          <w:bCs/>
          <w:u w:val="single"/>
        </w:rPr>
        <w:t xml:space="preserve">torpor</w:t>
      </w:r>
      <w:r>
        <w:rPr>
          <w:b/>
          <w:bCs/>
        </w:rPr>
        <w:t xml:space="preserve">.</w:t>
      </w:r>
      <w:r>
        <w:br/>
      </w:r>
      <w:r>
        <w:t xml:space="preserve">    (a) a technique of showing events faster than they happen by taking a series of pictures, one after each passing of some time period, and then combing the pictures into a quick video</w:t>
      </w:r>
      <w:r>
        <w:br/>
      </w:r>
      <w:r>
        <w:t xml:space="preserve">    (b) state of low-energy and inactivity</w:t>
      </w:r>
      <w:r>
        <w:br/>
      </w:r>
      <w:r>
        <w:t xml:space="preserve">    (c) forces into an undesired activity or situation -- such as legally sentencing someone to punishment  OR  finds guilty -- especially in court  OR  provides the means of finding guilty</w:t>
      </w:r>
    </w:p>
    <w:p>
      <w:pPr>
        <w:pStyle w:val="Compact"/>
        <w:numPr>
          <w:ilvl w:val="0"/>
          <w:numId w:val="1001"/>
        </w:numPr>
      </w:pPr>
      <w:r>
        <w:rPr>
          <w:b/>
          <w:bCs/>
        </w:rPr>
        <w:t xml:space="preserve">Take</w:t>
      </w:r>
      <w:r>
        <w:rPr>
          <w:b/>
          <w:bCs/>
        </w:rPr>
        <w:t xml:space="preserve"> </w:t>
      </w:r>
      <w:r>
        <w:rPr>
          <w:b/>
          <w:bCs/>
          <w:u w:val="single"/>
        </w:rPr>
        <w:t xml:space="preserve">logarithms</w:t>
      </w:r>
      <w:r>
        <w:rPr>
          <w:b/>
          <w:bCs/>
        </w:rPr>
        <w:t xml:space="preserve">— logarithms might not be used for generations, but when it came time to log a couple of rhythms, then....he went to sleep.</w:t>
      </w:r>
      <w:r>
        <w:br/>
      </w:r>
      <w:r>
        <w:t xml:space="preserve">    (a) people who want an economic system based on government ownership or control of all important companies -- with the ideal of equal benefits to all people</w:t>
      </w:r>
      <w:r>
        <w:br/>
      </w:r>
      <w:r>
        <w:t xml:space="preserve">    (b) math values that tell how many times a number is multiplied by itself to reach another number -- often used to describe very big or very small quantities</w:t>
      </w:r>
      <w:r>
        <w:br/>
      </w:r>
      <w:r>
        <w:t xml:space="preserve">    (c) people who believe in the teaching of Buddha -- that aims to end suffering by ending selfish desire and following a path of wisdom, ethics, and meditation</w:t>
      </w:r>
    </w:p>
    <w:p>
      <w:pPr>
        <w:pStyle w:val="Compact"/>
        <w:numPr>
          <w:ilvl w:val="0"/>
          <w:numId w:val="1001"/>
        </w:numPr>
      </w:pPr>
      <w:r>
        <w:rPr>
          <w:b/>
          <w:bCs/>
        </w:rPr>
        <w:t xml:space="preserve">Then he saw the colony, which had experienced a bad letdown after the loss in one night of all they had built, an</w:t>
      </w:r>
      <w:r>
        <w:rPr>
          <w:b/>
          <w:bCs/>
        </w:rPr>
        <w:t xml:space="preserve"> </w:t>
      </w:r>
      <w:r>
        <w:rPr>
          <w:b/>
          <w:bCs/>
          <w:u w:val="single"/>
        </w:rPr>
        <w:t xml:space="preserve">apathy</w:t>
      </w:r>
      <w:r>
        <w:rPr>
          <w:b/>
          <w:bCs/>
        </w:rPr>
        <w:t xml:space="preserve"> </w:t>
      </w:r>
      <w:r>
        <w:rPr>
          <w:b/>
          <w:bCs/>
        </w:rPr>
        <w:t xml:space="preserve">he had not been able to lift— he saw this same colony begin to smile and joke and work hard simply from being exposed to music and dancing.</w:t>
      </w:r>
      <w:r>
        <w:br/>
      </w:r>
      <w:r>
        <w:t xml:space="preserve">    (a) lack of interest and enthusiasm</w:t>
      </w:r>
      <w:r>
        <w:br/>
      </w:r>
      <w:r>
        <w:t xml:space="preserve">    (b) non-traditional or non-standard</w:t>
      </w:r>
      <w:r>
        <w:br/>
      </w:r>
      <w:r>
        <w:t xml:space="preserve">    (c) poor ability to make a decision</w:t>
      </w:r>
    </w:p>
    <w:p>
      <w:pPr>
        <w:pStyle w:val="Compact"/>
        <w:numPr>
          <w:ilvl w:val="0"/>
          <w:numId w:val="1001"/>
        </w:numPr>
      </w:pPr>
      <w:r>
        <w:rPr>
          <w:b/>
          <w:bCs/>
        </w:rPr>
        <w:t xml:space="preserve">A</w:t>
      </w:r>
      <w:r>
        <w:rPr>
          <w:b/>
          <w:bCs/>
        </w:rPr>
        <w:t xml:space="preserve"> </w:t>
      </w:r>
      <w:r>
        <w:rPr>
          <w:b/>
          <w:bCs/>
          <w:u w:val="single"/>
        </w:rPr>
        <w:t xml:space="preserve">quibble</w:t>
      </w:r>
      <w:r>
        <w:rPr>
          <w:b/>
          <w:bCs/>
        </w:rPr>
        <w:t xml:space="preserve">.</w:t>
      </w:r>
      <w:r>
        <w:br/>
      </w:r>
      <w:r>
        <w:t xml:space="preserve">    (a) be distressed or distress</w:t>
      </w:r>
      <w:r>
        <w:br/>
      </w:r>
      <w:r>
        <w:t xml:space="preserve">    (b) argue or argument (about unimportant things)</w:t>
      </w:r>
      <w:r>
        <w:br/>
      </w:r>
      <w:r>
        <w:t xml:space="preserve">    (c) analyze or analysis</w:t>
      </w:r>
    </w:p>
    <w:p>
      <w:pPr>
        <w:pStyle w:val="Compact"/>
        <w:numPr>
          <w:ilvl w:val="0"/>
          <w:numId w:val="1001"/>
        </w:numPr>
      </w:pPr>
      <w:r>
        <w:rPr>
          <w:b/>
          <w:bCs/>
          <w:u w:val="single"/>
        </w:rPr>
        <w:t xml:space="preserve">Indigenous</w:t>
      </w:r>
      <w:r>
        <w:rPr>
          <w:b/>
          <w:bCs/>
        </w:rPr>
        <w:t xml:space="preserve"> </w:t>
      </w:r>
      <w:r>
        <w:rPr>
          <w:b/>
          <w:bCs/>
        </w:rPr>
        <w:t xml:space="preserve">in the culture.</w:t>
      </w:r>
      <w:r>
        <w:br/>
      </w:r>
      <w:r>
        <w:t xml:space="preserve">    (a) material wealth</w:t>
      </w:r>
      <w:r>
        <w:br/>
      </w:r>
      <w:r>
        <w:t xml:space="preserve">    (b) strongly biased</w:t>
      </w:r>
      <w:r>
        <w:br/>
      </w:r>
      <w:r>
        <w:t xml:space="preserve">    (c) of local origin</w:t>
      </w:r>
    </w:p>
    <w:p>
      <w:pPr>
        <w:pStyle w:val="Compact"/>
        <w:numPr>
          <w:ilvl w:val="0"/>
          <w:numId w:val="1001"/>
        </w:numPr>
      </w:pPr>
      <w:r>
        <w:rPr>
          <w:b/>
          <w:bCs/>
        </w:rPr>
        <w:t xml:space="preserve">They chopped at each other,</w:t>
      </w:r>
      <w:r>
        <w:rPr>
          <w:b/>
          <w:bCs/>
        </w:rPr>
        <w:t xml:space="preserve"> </w:t>
      </w:r>
      <w:r>
        <w:rPr>
          <w:b/>
          <w:bCs/>
          <w:u w:val="single"/>
        </w:rPr>
        <w:t xml:space="preserve">feinting</w:t>
      </w:r>
      <w:r>
        <w:rPr>
          <w:b/>
          <w:bCs/>
        </w:rPr>
        <w:t xml:space="preserve"> </w:t>
      </w:r>
      <w:r>
        <w:rPr>
          <w:b/>
          <w:bCs/>
        </w:rPr>
        <w:t xml:space="preserve">with their hands, too wary to close.</w:t>
      </w:r>
      <w:r>
        <w:br/>
      </w:r>
      <w:r>
        <w:t xml:space="preserve">    (a) any distracting or deceptive maneuver; or the act of making the maneuver</w:t>
      </w:r>
      <w:r>
        <w:br/>
      </w:r>
      <w:r>
        <w:t xml:space="preserve">    (b) suffering through (or putting up with) something difficult or unpleasant</w:t>
      </w:r>
      <w:r>
        <w:br/>
      </w:r>
      <w:r>
        <w:t xml:space="preserve">    (c) overwhelming with a large number  OR  flooding (overwhelming with water)</w:t>
      </w:r>
    </w:p>
    <w:p>
      <w:pPr>
        <w:pStyle w:val="Compact"/>
        <w:numPr>
          <w:ilvl w:val="0"/>
          <w:numId w:val="1001"/>
        </w:numPr>
      </w:pPr>
      <w:r>
        <w:rPr>
          <w:b/>
          <w:bCs/>
        </w:rPr>
        <w:t xml:space="preserve">He was not given time to consider this as one of the</w:t>
      </w:r>
      <w:r>
        <w:rPr>
          <w:b/>
          <w:bCs/>
        </w:rPr>
        <w:t xml:space="preserve"> </w:t>
      </w:r>
      <w:r>
        <w:rPr>
          <w:b/>
          <w:bCs/>
          <w:u w:val="single"/>
        </w:rPr>
        <w:t xml:space="preserve">ubiquitous</w:t>
      </w:r>
      <w:r>
        <w:rPr>
          <w:b/>
          <w:bCs/>
        </w:rPr>
        <w:t xml:space="preserve"> </w:t>
      </w:r>
      <w:r>
        <w:rPr>
          <w:b/>
          <w:bCs/>
        </w:rPr>
        <w:t xml:space="preserve">strangers came up and said briskly, "Can you tell me where to find a lad named Roderick Welker?"</w:t>
      </w:r>
      <w:r>
        <w:br/>
      </w:r>
      <w:r>
        <w:t xml:space="preserve">    (a) being present everywhere or all the time</w:t>
      </w:r>
      <w:r>
        <w:br/>
      </w:r>
      <w:r>
        <w:t xml:space="preserve">    (b) lacking a tendency to be full of thought</w:t>
      </w:r>
      <w:r>
        <w:br/>
      </w:r>
      <w:r>
        <w:t xml:space="preserve">    (c) without a tendency to be full of thought</w:t>
      </w:r>
    </w:p>
    <w:p>
      <w:pPr>
        <w:pStyle w:val="Compact"/>
        <w:numPr>
          <w:ilvl w:val="0"/>
          <w:numId w:val="1001"/>
        </w:numPr>
      </w:pPr>
      <w:r>
        <w:rPr>
          <w:b/>
          <w:bCs/>
        </w:rPr>
        <w:t xml:space="preserve">Rod saw that "Aunt" Nora was eyeing him</w:t>
      </w:r>
      <w:r>
        <w:rPr>
          <w:b/>
          <w:bCs/>
        </w:rPr>
        <w:t xml:space="preserve"> </w:t>
      </w:r>
      <w:r>
        <w:rPr>
          <w:b/>
          <w:bCs/>
          <w:u w:val="single"/>
        </w:rPr>
        <w:t xml:space="preserve">avidly</w:t>
      </w:r>
      <w:r>
        <w:rPr>
          <w:b/>
          <w:bCs/>
        </w:rPr>
        <w:t xml:space="preserve">: "But it was a fakesort of."</w:t>
      </w:r>
      <w:r>
        <w:br/>
      </w:r>
      <w:r>
        <w:t xml:space="preserve">    (a) in a pessimistic or disagreeable manner</w:t>
      </w:r>
      <w:r>
        <w:br/>
      </w:r>
      <w:r>
        <w:t xml:space="preserve">    (b) enthusiastically or with great interest</w:t>
      </w:r>
      <w:r>
        <w:br/>
      </w:r>
      <w:r>
        <w:t xml:space="preserve">    (c) in a manner that makes others feel good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2026-07-31T16:28:47Z</dcterms:created>
  <dcterms:modified xsi:type="dcterms:W3CDTF">2026-07-31T16:28:47Z</dcterms:modified>
</cp:coreProperties>
</file>

<file path=docProps/custom.xml><?xml version="1.0" encoding="utf-8"?>
<Properties xmlns="http://schemas.openxmlformats.org/officeDocument/2006/custom-properties" xmlns:vt="http://schemas.openxmlformats.org/officeDocument/2006/docPropsVTypes"/>
</file>