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c8344dc29f1400ad9c82ddb4f4badb2a3088d69"/>
    <w:p>
      <w:pPr>
        <w:pStyle w:val="Heading1"/>
      </w:pPr>
      <w:r>
        <w:rPr>
          <w:b/>
          <w:bCs/>
        </w:rPr>
        <w:t xml:space="preserve">Tuesdays with Morrie</w:t>
      </w:r>
      <w:r>
        <w:br/>
      </w:r>
      <w:r>
        <w:rPr>
          <w:i/>
          <w:iCs/>
        </w:rPr>
        <w:t xml:space="preserve">Mitch Albom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lab report came back suggesting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neurological</w:t>
      </w:r>
      <w:r>
        <w:rPr>
          <w:b/>
          <w:bCs/>
        </w:rPr>
        <w:t xml:space="preserve"> </w:t>
      </w:r>
      <w:r>
        <w:rPr>
          <w:b/>
          <w:bCs/>
        </w:rPr>
        <w:t xml:space="preserve">problem, and Morrie was brought in for yet another series of tests.</w:t>
      </w:r>
      <w:r>
        <w:br/>
      </w:r>
      <w:r>
        <w:t xml:space="preserve">    (a) the quality of holding something back or holding others down through oppression</w:t>
      </w:r>
      <w:r>
        <w:br/>
      </w:r>
      <w:r>
        <w:t xml:space="preserve">    (b) having the characteristics of a</w:t>
      </w:r>
      <w:r>
        <w:t xml:space="preserve"> </w:t>
      </w:r>
      <w:r>
        <w:rPr>
          <w:i/>
          <w:iCs/>
        </w:rPr>
        <w:t xml:space="preserve">monk</w:t>
      </w:r>
      <w:r>
        <w:t xml:space="preserve"> </w:t>
      </w:r>
      <w:r>
        <w:t xml:space="preserve">(often inclined toward self-denial)</w:t>
      </w:r>
      <w:r>
        <w:br/>
      </w:r>
      <w:r>
        <w:t xml:space="preserve">    (c) brain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Because Morrie sat in the wheelchair, the camera never caught his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withered</w:t>
      </w:r>
      <w:r>
        <w:rPr>
          <w:b/>
          <w:bCs/>
        </w:rPr>
        <w:t xml:space="preserve"> </w:t>
      </w:r>
      <w:r>
        <w:rPr>
          <w:b/>
          <w:bCs/>
        </w:rPr>
        <w:t xml:space="preserve">legs.</w:t>
      </w:r>
      <w:r>
        <w:br/>
      </w:r>
      <w:r>
        <w:t xml:space="preserve">    (a) shriveled (shrunken and weakened)</w:t>
      </w:r>
      <w:r>
        <w:br/>
      </w:r>
      <w:r>
        <w:t xml:space="preserve">    (b) not accepted as true</w:t>
      </w:r>
      <w:r>
        <w:br/>
      </w:r>
      <w:r>
        <w:t xml:space="preserve">    (c) began fighting again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What ... did Morrie dread the most about his slow,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insidious</w:t>
      </w:r>
      <w:r>
        <w:rPr>
          <w:b/>
          <w:bCs/>
        </w:rPr>
        <w:t xml:space="preserve"> </w:t>
      </w:r>
      <w:r>
        <w:rPr>
          <w:b/>
          <w:bCs/>
        </w:rPr>
        <w:t xml:space="preserve">decay?</w:t>
      </w:r>
      <w:r>
        <w:br/>
      </w:r>
      <w:r>
        <w:t xml:space="preserve">    (a) the quality or degree of being straightforward or clear (sometimes indicating that truth is not worded carefully to spare feelings or gain advantage)</w:t>
      </w:r>
      <w:r>
        <w:br/>
      </w:r>
      <w:r>
        <w:t xml:space="preserve">    (b) the degree to which a performance of or to someone else's work lends itself to the expression of personal artistic ideas or feelings by the performer</w:t>
      </w:r>
      <w:r>
        <w:br/>
      </w:r>
      <w:r>
        <w:t xml:space="preserve">    (c) harmful over time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Often 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defers</w:t>
      </w:r>
      <w:r>
        <w:rPr>
          <w:b/>
          <w:bCs/>
        </w:rPr>
        <w:t xml:space="preserve"> </w:t>
      </w:r>
      <w:r>
        <w:rPr>
          <w:b/>
          <w:bCs/>
        </w:rPr>
        <w:t xml:space="preserve">to their words,</w:t>
      </w:r>
      <w:r>
        <w:br/>
      </w:r>
      <w:r>
        <w:t xml:space="preserve">    (a) presents argument</w:t>
      </w:r>
      <w:r>
        <w:br/>
      </w:r>
      <w:r>
        <w:t xml:space="preserve">    (b) submits</w:t>
      </w:r>
      <w:r>
        <w:br/>
      </w:r>
      <w:r>
        <w:t xml:space="preserve">    (c) pretends to be ignorant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a strange way, I envied the quality of Morrie's time even as I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lamented</w:t>
      </w:r>
      <w:r>
        <w:rPr>
          <w:b/>
          <w:bCs/>
        </w:rPr>
        <w:t xml:space="preserve"> </w:t>
      </w:r>
      <w:r>
        <w:rPr>
          <w:b/>
          <w:bCs/>
        </w:rPr>
        <w:t xml:space="preserve">its diminishing supply.</w:t>
      </w:r>
      <w:r>
        <w:br/>
      </w:r>
      <w:r>
        <w:t xml:space="preserve">    (a) thought -- possibly aloud</w:t>
      </w:r>
      <w:r>
        <w:br/>
      </w:r>
      <w:r>
        <w:t xml:space="preserve">    (b) was abundant or plentiful</w:t>
      </w:r>
      <w:r>
        <w:br/>
      </w:r>
      <w:r>
        <w:t xml:space="preserve">    (c) mourned (express grief)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talked about one of Morrie's favorite subjects,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compassion</w:t>
      </w:r>
      <w:r>
        <w:rPr>
          <w:b/>
          <w:bCs/>
        </w:rPr>
        <w:t xml:space="preserve">, and why our society had such a shortage of it.</w:t>
      </w:r>
      <w:r>
        <w:br/>
      </w:r>
      <w:r>
        <w:t xml:space="preserve">    (a) the taking on or adoption of power or responsibility</w:t>
      </w:r>
      <w:r>
        <w:br/>
      </w:r>
      <w:r>
        <w:t xml:space="preserve">    (b) the process of controlling (how something turns out)</w:t>
      </w:r>
      <w:r>
        <w:br/>
      </w:r>
      <w:r>
        <w:t xml:space="preserve">    (c) sympathy for another's suffering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If some mystical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clarity</w:t>
      </w:r>
      <w:r>
        <w:rPr>
          <w:b/>
          <w:bCs/>
        </w:rPr>
        <w:t xml:space="preserve"> </w:t>
      </w:r>
      <w:r>
        <w:rPr>
          <w:b/>
          <w:bCs/>
        </w:rPr>
        <w:t xml:space="preserve">of thought came when you looked death in the eye, then I knew Morrie wanted to share it.</w:t>
      </w:r>
      <w:r>
        <w:br/>
      </w:r>
      <w:r>
        <w:t xml:space="preserve">    (a) the process of assigning a value on or judging the worth of something; or the result of such a process</w:t>
      </w:r>
      <w:r>
        <w:br/>
      </w:r>
      <w:r>
        <w:t xml:space="preserve">    (b) seen, expressed, or understood clearly; or a degree of transparency such as the quality of clear water</w:t>
      </w:r>
      <w:r>
        <w:br/>
      </w:r>
      <w:r>
        <w:t xml:space="preserve">    (c) a collection of things on public display  OR  a detailed explanation or background of a specific topic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studied my face, and perhaps he saw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ambivalence</w:t>
      </w:r>
      <w:r>
        <w:rPr>
          <w:b/>
          <w:bCs/>
        </w:rPr>
        <w:t xml:space="preserve"> </w:t>
      </w:r>
      <w:r>
        <w:rPr>
          <w:b/>
          <w:bCs/>
        </w:rPr>
        <w:t xml:space="preserve">about my own choices.</w:t>
      </w:r>
      <w:r>
        <w:br/>
      </w:r>
      <w:r>
        <w:t xml:space="preserve">    (a) uncertainty</w:t>
      </w:r>
      <w:r>
        <w:br/>
      </w:r>
      <w:r>
        <w:t xml:space="preserve">    (b) the act of treating or preparing food in a way that keeps it from spoiling</w:t>
      </w:r>
      <w:r>
        <w:br/>
      </w:r>
      <w:r>
        <w:t xml:space="preserve">    (c) a microorganism (living creature so small it takes a microscope to see it)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And, with his help, by spring I have a 112 page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thesis</w:t>
      </w:r>
      <w:r>
        <w:rPr>
          <w:b/>
          <w:bCs/>
        </w:rPr>
        <w:t xml:space="preserve">, researched, footnoted, documented, and neatly bound in black leather.</w:t>
      </w:r>
      <w:r>
        <w:br/>
      </w:r>
      <w:r>
        <w:t xml:space="preserve">    (a) research paper</w:t>
      </w:r>
      <w:r>
        <w:br/>
      </w:r>
      <w:r>
        <w:t xml:space="preserve">    (b) main character of Mark Twain's classic novel about Huck and Jim's journey down the Mississippi River to find freedom (1884)</w:t>
      </w:r>
      <w:r>
        <w:br/>
      </w:r>
      <w:r>
        <w:t xml:space="preserve">    (c) an agent that works against a bacterial infection that is typically contracted through a puncture wound with a dirty object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in the mornings he would go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synagogue</w:t>
      </w:r>
      <w:r>
        <w:rPr>
          <w:b/>
          <w:bCs/>
        </w:rPr>
        <w:t xml:space="preserve"> </w:t>
      </w:r>
      <w:r>
        <w:rPr>
          <w:b/>
          <w:bCs/>
        </w:rPr>
        <w:t xml:space="preserve">to say Yizkor—the memorial prayer for the dead—for his mother.</w:t>
      </w:r>
      <w:r>
        <w:br/>
      </w:r>
      <w:r>
        <w:t xml:space="preserve">    (a) collection of star systems held together by gravity</w:t>
      </w:r>
      <w:r>
        <w:br/>
      </w:r>
      <w:r>
        <w:t xml:space="preserve">    (b) a particular way of seeing or thinking about things</w:t>
      </w:r>
      <w:r>
        <w:br/>
      </w:r>
      <w:r>
        <w:t xml:space="preserve">    (c) a place of worship for a people of the Jewish faith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But there's a better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approach</w:t>
      </w:r>
      <w:r>
        <w:rPr>
          <w:b/>
          <w:bCs/>
        </w:rPr>
        <w:t xml:space="preserve">.</w:t>
      </w:r>
      <w:r>
        <w:br/>
      </w:r>
      <w:r>
        <w:t xml:space="preserve">    (a) change the direction of something or the purpose for which it is used</w:t>
      </w:r>
      <w:r>
        <w:br/>
      </w:r>
      <w:r>
        <w:t xml:space="preserve">    (b) technique (way of doing something)</w:t>
      </w:r>
      <w:r>
        <w:br/>
      </w:r>
      <w:r>
        <w:t xml:space="preserve">    (c) to stick out, attract more attention than desired, or impose on others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When his breathing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approached</w:t>
      </w:r>
      <w:r>
        <w:rPr>
          <w:b/>
          <w:bCs/>
        </w:rPr>
        <w:t xml:space="preserve"> </w:t>
      </w:r>
      <w:r>
        <w:rPr>
          <w:b/>
          <w:bCs/>
        </w:rPr>
        <w:t xml:space="preserve">normal again, I cleared my throat and said I knew he was tired, so I would be back next Tuesday, and I expected him to be a little more alert, thank you.</w:t>
      </w:r>
      <w:r>
        <w:br/>
      </w:r>
      <w:r>
        <w:t xml:space="preserve">    (a) made possible</w:t>
      </w:r>
      <w:r>
        <w:br/>
      </w:r>
      <w:r>
        <w:t xml:space="preserve">    (b) got near</w:t>
      </w:r>
      <w:r>
        <w:br/>
      </w:r>
      <w:r>
        <w:t xml:space="preserve">    (c) not satisfied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Love each other or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perish</w:t>
      </w:r>
      <w:r>
        <w:rPr>
          <w:b/>
          <w:bCs/>
        </w:rPr>
        <w:t xml:space="preserve">.</w:t>
      </w:r>
      <w:r>
        <w:br/>
      </w:r>
      <w:r>
        <w:t xml:space="preserve">    (a) move into position to work; or start</w:t>
      </w:r>
      <w:r>
        <w:br/>
      </w:r>
      <w:r>
        <w:t xml:space="preserve">    (b) to spread to other parts of the body</w:t>
      </w:r>
      <w:r>
        <w:br/>
      </w:r>
      <w:r>
        <w:t xml:space="preserve">    (c) cease to exist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Now I need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detach</w:t>
      </w:r>
      <w:r>
        <w:rPr>
          <w:b/>
          <w:bCs/>
        </w:rPr>
        <w:t xml:space="preserve"> </w:t>
      </w:r>
      <w:r>
        <w:rPr>
          <w:b/>
          <w:bCs/>
        </w:rPr>
        <w:t xml:space="preserve">from that emotion for a moment.</w:t>
      </w:r>
      <w:r>
        <w:br/>
      </w:r>
      <w:r>
        <w:t xml:space="preserve">    (a) separate</w:t>
      </w:r>
      <w:r>
        <w:br/>
      </w:r>
      <w:r>
        <w:t xml:space="preserve">    (b) change the direction of something or the purpose for which it is used</w:t>
      </w:r>
      <w:r>
        <w:br/>
      </w:r>
      <w:r>
        <w:t xml:space="preserve">    (c) a way of doing something; or a route that leads to a particular place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want to die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serenely</w:t>
      </w:r>
      <w:r>
        <w:rPr>
          <w:b/>
          <w:bCs/>
        </w:rPr>
        <w:t xml:space="preserve">.</w:t>
      </w:r>
      <w:r>
        <w:br/>
      </w:r>
      <w:r>
        <w:t xml:space="preserve">    (a) in a pessimistic or disagreeable manner</w:t>
      </w:r>
      <w:r>
        <w:br/>
      </w:r>
      <w:r>
        <w:t xml:space="preserve">    (b) enthusiastically or with great interest</w:t>
      </w:r>
      <w:r>
        <w:br/>
      </w:r>
      <w:r>
        <w:t xml:space="preserve">    (c) in a manner that is calm and untroubled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asked Morrie how he managed to stay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positive</w:t>
      </w:r>
      <w:r>
        <w:rPr>
          <w:b/>
          <w:bCs/>
        </w:rPr>
        <w:t xml:space="preserve"> </w:t>
      </w:r>
      <w:r>
        <w:rPr>
          <w:b/>
          <w:bCs/>
        </w:rPr>
        <w:t xml:space="preserve">through that.</w:t>
      </w:r>
      <w:r>
        <w:br/>
      </w:r>
      <w:r>
        <w:t xml:space="preserve">    (a) unable to get closer to</w:t>
      </w:r>
      <w:r>
        <w:br/>
      </w:r>
      <w:r>
        <w:t xml:space="preserve">    (b) not sensible or careful</w:t>
      </w:r>
      <w:r>
        <w:br/>
      </w:r>
      <w:r>
        <w:t xml:space="preserve">    (c) optimistic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It's more than the negative that you're going to die, it's also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positive</w:t>
      </w:r>
      <w:r>
        <w:rPr>
          <w:b/>
          <w:bCs/>
        </w:rPr>
        <w:t xml:space="preserve"> </w:t>
      </w:r>
      <w:r>
        <w:rPr>
          <w:b/>
          <w:bCs/>
        </w:rPr>
        <w:t xml:space="preserve">that you understand you're going to die, and that you live a better life because of it.</w:t>
      </w:r>
      <w:r>
        <w:br/>
      </w:r>
      <w:r>
        <w:t xml:space="preserve">    (a) impossible to find</w:t>
      </w:r>
      <w:r>
        <w:br/>
      </w:r>
      <w:r>
        <w:t xml:space="preserve">    (b) good or beneficial</w:t>
      </w:r>
      <w:r>
        <w:br/>
      </w:r>
      <w:r>
        <w:t xml:space="preserve">    (c) not representative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average person is so fogged up by all this, he has no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perspective</w:t>
      </w:r>
      <w:r>
        <w:rPr>
          <w:b/>
          <w:bCs/>
        </w:rPr>
        <w:t xml:space="preserve"> </w:t>
      </w:r>
      <w:r>
        <w:rPr>
          <w:b/>
          <w:bCs/>
        </w:rPr>
        <w:t xml:space="preserve">on what's really important anymore.</w:t>
      </w:r>
      <w:r>
        <w:br/>
      </w:r>
      <w:r>
        <w:t xml:space="preserve">    (a) relating to the chest (thorax)</w:t>
      </w:r>
      <w:r>
        <w:br/>
      </w:r>
      <w:r>
        <w:t xml:space="preserve">    (b) made by taking on as one's own</w:t>
      </w:r>
      <w:r>
        <w:br/>
      </w:r>
      <w:r>
        <w:t xml:space="preserve">    (c) sensible view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had filled with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colleagues</w:t>
      </w:r>
      <w:r>
        <w:rPr>
          <w:b/>
          <w:bCs/>
        </w:rPr>
        <w:t xml:space="preserve"> </w:t>
      </w:r>
      <w:r>
        <w:rPr>
          <w:b/>
          <w:bCs/>
        </w:rPr>
        <w:t xml:space="preserve">and students and meditation teachers</w:t>
      </w:r>
      <w:r>
        <w:br/>
      </w:r>
      <w:r>
        <w:t xml:space="preserve">    (a) fellow workers</w:t>
      </w:r>
      <w:r>
        <w:br/>
      </w:r>
      <w:r>
        <w:t xml:space="preserve">    (b) mammals of a specific type that seldom move and are typically very slow when they do move</w:t>
      </w:r>
      <w:r>
        <w:br/>
      </w:r>
      <w:r>
        <w:t xml:space="preserve">    (c) scales where each step is a multiple of the prior step rather than a fixed addition to it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… I would raise my hand, as if I was going to make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negative</w:t>
      </w:r>
      <w:r>
        <w:rPr>
          <w:b/>
          <w:bCs/>
        </w:rPr>
        <w:t xml:space="preserve"> </w:t>
      </w:r>
      <w:r>
        <w:rPr>
          <w:b/>
          <w:bCs/>
        </w:rPr>
        <w:t xml:space="preserve">gesture, and then I would wave and smile.</w:t>
      </w:r>
      <w:r>
        <w:br/>
      </w:r>
      <w:r>
        <w:t xml:space="preserve">    (a) tell (a story)</w:t>
      </w:r>
      <w:r>
        <w:br/>
      </w:r>
      <w:r>
        <w:t xml:space="preserve">    (b) bad</w:t>
      </w:r>
      <w:r>
        <w:br/>
      </w:r>
      <w:r>
        <w:t xml:space="preserve">    (c) begin fighting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2026-07-31T16:22:11Z</dcterms:created>
  <dcterms:modified xsi:type="dcterms:W3CDTF">2026-07-31T16:22:11Z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