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4d77c03c4ab1d7236cd3733b6c7b3938a7e30e"/>
    <w:p>
      <w:pPr>
        <w:pStyle w:val="Heading1"/>
      </w:pPr>
      <w:r>
        <w:rPr>
          <w:b/>
          <w:bCs/>
        </w:rPr>
        <w:t xml:space="preserve">True Believer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had shown a direct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correlation</w:t>
      </w:r>
      <w:r>
        <w:rPr>
          <w:b/>
          <w:bCs/>
        </w:rPr>
        <w:t xml:space="preserve"> </w:t>
      </w:r>
      <w:r>
        <w:rPr>
          <w:b/>
          <w:bCs/>
        </w:rPr>
        <w:t xml:space="preserve">between beauty and eye contact: the infants stared longer at the attractive women, suggesting that people's perceptions of beauty were instinctive.</w:t>
      </w:r>
      <w:r>
        <w:br/>
      </w:r>
      <w:r>
        <w:t xml:space="preserve">    (a) related to DNA sequences or units of heredity that influence biological traits</w:t>
      </w:r>
      <w:r>
        <w:br/>
      </w:r>
      <w:r>
        <w:t xml:space="preserve">    (b) something exclusive to (someone or some group) -- such as an activity or place</w:t>
      </w:r>
      <w:r>
        <w:br/>
      </w:r>
      <w:r>
        <w:t xml:space="preserve">    (c) relationship such that a change in one thing helps predict a change in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editor, however, canned the idea as "too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subjective</w:t>
      </w:r>
      <w:r>
        <w:rPr>
          <w:b/>
          <w:bCs/>
        </w:rPr>
        <w:t xml:space="preserve">" and suggested he write something about the excessive use of antibiotics in chicken feed, which had the potential to turn streptococcus into the next bubonic plague.</w:t>
      </w:r>
      <w:r>
        <w:br/>
      </w:r>
      <w:r>
        <w:t xml:space="preserve">    (a) the state or quality of expressing or displaying sexual activity or violence with detailed clarity</w:t>
      </w:r>
      <w:r>
        <w:br/>
      </w:r>
      <w:r>
        <w:t xml:space="preserve">    (b) influenced by personal belief, feelings, or preferences (rather than being based purely upon fact)</w:t>
      </w:r>
      <w:r>
        <w:br/>
      </w:r>
      <w:r>
        <w:t xml:space="preserve">    (c) the quality of bad circumstances for a particular purpose -- especially the circumstance of timing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have to get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topographical</w:t>
      </w:r>
      <w:r>
        <w:rPr>
          <w:b/>
          <w:bCs/>
        </w:rPr>
        <w:t xml:space="preserve"> </w:t>
      </w:r>
      <w:r>
        <w:rPr>
          <w:b/>
          <w:bCs/>
        </w:rPr>
        <w:t xml:space="preserve">map of the area, in addition to the street map he had just bought.</w:t>
      </w:r>
      <w:r>
        <w:br/>
      </w:r>
      <w:r>
        <w:t xml:space="preserve">    (a) showing surface features including elevation</w:t>
      </w:r>
      <w:r>
        <w:br/>
      </w:r>
      <w:r>
        <w:t xml:space="preserve">    (b) having a beneficial relationship between two species (or entities) that live in close proximity</w:t>
      </w:r>
      <w:r>
        <w:br/>
      </w:r>
      <w:r>
        <w:t xml:space="preserve">    (c) the quality or degree of being clear (easily understood or capable of expressing ideas clearly)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again, perhaps her visit here was simply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coincidence</w:t>
      </w:r>
      <w:r>
        <w:rPr>
          <w:b/>
          <w:bCs/>
        </w:rPr>
        <w:t xml:space="preserve">.</w:t>
      </w:r>
      <w:r>
        <w:br/>
      </w:r>
      <w:r>
        <w:t xml:space="preserve">    (a) a person who studies DNA sequences or units of heredity that influence biological traits</w:t>
      </w:r>
      <w:r>
        <w:br/>
      </w:r>
      <w:r>
        <w:t xml:space="preserve">    (b) a situation where things happened at the same time by chance even though it was unlikely</w:t>
      </w:r>
      <w:r>
        <w:br/>
      </w:r>
      <w:r>
        <w:t xml:space="preserve">    (c) baseball:  a pitch thrown with little spin (so that it moves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certain, but I'm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someone has.</w:t>
      </w:r>
      <w:r>
        <w:br/>
      </w:r>
      <w:r>
        <w:t xml:space="preserve">    (a) outside</w:t>
      </w:r>
      <w:r>
        <w:br/>
      </w:r>
      <w:r>
        <w:t xml:space="preserve">    (b) various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Thinking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things to write about our town, I hope?</w:t>
      </w:r>
      <w:r>
        <w:br/>
      </w:r>
      <w:r>
        <w:t xml:space="preserve">    (a) good</w:t>
      </w:r>
      <w:r>
        <w:br/>
      </w:r>
      <w:r>
        <w:t xml:space="preserve">    (b) impossible to find</w:t>
      </w:r>
      <w:r>
        <w:br/>
      </w:r>
      <w:r>
        <w:t xml:space="preserve">    (c) not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Psychic abilities,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premonitions</w:t>
      </w:r>
      <w:r>
        <w:rPr>
          <w:b/>
          <w:bCs/>
        </w:rPr>
        <w:t xml:space="preserve">, and intuition are simply a product of the interplay among experience, common sense, and accumulated knowledge.</w:t>
      </w:r>
      <w:r>
        <w:br/>
      </w:r>
      <w:r>
        <w:t xml:space="preserve">    (a) feelings, not based on reason, that things will happen</w:t>
      </w:r>
      <w:r>
        <w:br/>
      </w:r>
      <w:r>
        <w:t xml:space="preserve">    (b) speaks with someone about something for the first time</w:t>
      </w:r>
      <w:r>
        <w:br/>
      </w:r>
      <w:r>
        <w:t xml:space="preserve">    (c) periods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oak-paneled walls, mahogany flooring, and burgundy curtains, the cavernous, open room stood in stark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area downstairs.</w:t>
      </w:r>
      <w:r>
        <w:br/>
      </w:r>
      <w:r>
        <w:t xml:space="preserve">    (a) block or interfere</w:t>
      </w:r>
      <w:r>
        <w:br/>
      </w:r>
      <w:r>
        <w:t xml:space="preserve">    (b) come to terms with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learned through experience that the best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a story like this was to begin with what he knew, so …. what did he know for certain?</w:t>
      </w:r>
      <w:r>
        <w:br/>
      </w:r>
      <w:r>
        <w:t xml:space="preserve">    (a) begin to understand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Above them, thin strands of clouds floated past the moon, and on the horizon, Jeremy could see a storm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approaching</w:t>
      </w:r>
      <w:r>
        <w:rPr>
          <w:b/>
          <w:bCs/>
        </w:rPr>
        <w:t xml:space="preserve">.</w:t>
      </w:r>
      <w:r>
        <w:br/>
      </w:r>
      <w:r>
        <w:t xml:space="preserve">    (a) coming</w:t>
      </w:r>
      <w:r>
        <w:br/>
      </w:r>
      <w:r>
        <w:t xml:space="preserve">    (b) hiring again</w:t>
      </w:r>
      <w:r>
        <w:br/>
      </w:r>
      <w:r>
        <w:t xml:space="preserve">    (c) discouraging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scenic, he had to admit,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part probably referred to mosquitoes and alligators, neither of which summoned up a lot of enthusiasm in him for staying there.</w:t>
      </w:r>
      <w:r>
        <w:br/>
      </w:r>
      <w:r>
        <w:t xml:space="preserve">    (a) tile designed to affect noise -- typically to decrease noise</w:t>
      </w:r>
      <w:r>
        <w:br/>
      </w:r>
      <w:r>
        <w:t xml:space="preserve">    (b) characteristic of rural life; simple without refined touches</w:t>
      </w:r>
      <w:r>
        <w:br/>
      </w:r>
      <w:r>
        <w:t xml:space="preserve">    (c) the state of not being in danger of suffering from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inconclusive, the articles did help Jeremy clarify his own thoughts.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doubted,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that any of that would be necessary.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though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of which meant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refracted</w:t>
      </w:r>
      <w:r>
        <w:rPr>
          <w:b/>
          <w:bCs/>
        </w:rPr>
        <w:t xml:space="preserve"> </w:t>
      </w:r>
      <w:r>
        <w:rPr>
          <w:b/>
          <w:bCs/>
        </w:rPr>
        <w:t xml:space="preserve">or reflected light.</w:t>
      </w:r>
      <w:r>
        <w:br/>
      </w:r>
      <w:r>
        <w:t xml:space="preserve">    (a) examined carefully for accuracy with the intent of verification -- especially an inspection of a company's accounting procedures and records by a trained accountant</w:t>
      </w:r>
      <w:r>
        <w:br/>
      </w:r>
      <w:r>
        <w:t xml:space="preserve">    (b) recommended or required what should be done  OR  (of a medical doctor) gave medical instructions -- such as writing that a patient should take antibiotics</w:t>
      </w:r>
      <w:r>
        <w:br/>
      </w:r>
      <w:r>
        <w:t xml:space="preserve">    (c) to change the velocity of a beam of light or other wave-form as it passes from one medium into another (apparently bending it when passing at an angle)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that pressed the limits of believability, but a fluke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took an instant for the face to come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.</w:t>
      </w:r>
      <w:r>
        <w:br/>
      </w:r>
      <w:r>
        <w:t xml:space="preserve">    (a) software that stops uninvited software from spreading between computers and causing damage to data and software</w:t>
      </w:r>
      <w:r>
        <w:br/>
      </w:r>
      <w:r>
        <w:t xml:space="preserve">    (b) a condition where the body cannot properly regulate blood sugar levels because it produces little or no insulin</w:t>
      </w:r>
      <w:r>
        <w:br/>
      </w:r>
      <w:r>
        <w:t xml:space="preserve">    (c) a state where something has come into view or can be seen clearly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Twenty-one In the days following Jeremy's unsuccessful meeting with the producers,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his attention on trying to return to his previous routines.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concentrated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well, since you're pretty much the only one I know in town, I was wondering if you'd be willing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influence opinion</w:t>
      </w:r>
      <w:r>
        <w:br/>
      </w:r>
      <w:r>
        <w:t xml:space="preserve">    (b) differ; or change</w:t>
      </w:r>
      <w:r>
        <w:br/>
      </w:r>
      <w:r>
        <w:t xml:space="preserve">    (c) come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 tapes might have been good enough to provide a small still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his column, they were far from television quality.</w:t>
      </w:r>
      <w:r>
        <w:br/>
      </w:r>
      <w:r>
        <w:t xml:space="preserve">    (a) complement (go with to make better)</w:t>
      </w:r>
      <w:r>
        <w:br/>
      </w:r>
      <w:r>
        <w:t xml:space="preserve">    (b) to begin communication with someone about something</w:t>
      </w:r>
      <w:r>
        <w:br/>
      </w:r>
      <w:r>
        <w:t xml:space="preserve">    (c) did not find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Jeremy opened his mouth to say something and suddenly remembered that Lexie had said exactly the same thing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, and she lived here.</w:t>
      </w:r>
      <w:r>
        <w:br/>
      </w:r>
      <w:r>
        <w:t xml:space="preserve">    (a) something that exists or happened -- often of special interest</w:t>
      </w:r>
      <w:r>
        <w:br/>
      </w:r>
      <w:r>
        <w:t xml:space="preserve">    (b) something important that is hard to see or sense</w:t>
      </w:r>
      <w:r>
        <w:br/>
      </w:r>
      <w:r>
        <w:t xml:space="preserve">    (c) something that was once small, but is getting very large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2026-07-31T16:52:49Z</dcterms:created>
  <dcterms:modified xsi:type="dcterms:W3CDTF">2026-07-31T16:52:49Z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