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825e046adbe8190be3e7cd0b038e4d96ab3e186"/>
    <w:p>
      <w:pPr>
        <w:pStyle w:val="Heading1"/>
      </w:pPr>
      <w:r>
        <w:rPr>
          <w:b/>
          <w:bCs/>
        </w:rPr>
        <w:t xml:space="preserve">True Believer</w:t>
      </w:r>
      <w:r>
        <w:br/>
      </w:r>
      <w:r>
        <w:rPr>
          <w:i/>
          <w:iCs/>
        </w:rPr>
        <w:t xml:space="preserve">Nicholas Sparks</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And yet the</w:t>
      </w:r>
      <w:r>
        <w:rPr>
          <w:b/>
          <w:bCs/>
        </w:rPr>
        <w:t xml:space="preserve"> </w:t>
      </w:r>
      <w:r>
        <w:rPr>
          <w:b/>
          <w:bCs/>
          <w:u w:val="single"/>
        </w:rPr>
        <w:t xml:space="preserve">pragmatic</w:t>
      </w:r>
      <w:r>
        <w:rPr>
          <w:b/>
          <w:bCs/>
        </w:rPr>
        <w:t xml:space="preserve"> </w:t>
      </w:r>
      <w:r>
        <w:rPr>
          <w:b/>
          <w:bCs/>
        </w:rPr>
        <w:t xml:space="preserve">side of Jeremy also realized that this was the kind of story that rarely came along, and he wanted to make the most of it.</w:t>
      </w:r>
      <w:r>
        <w:br/>
      </w:r>
      <w:r>
        <w:t xml:space="preserve">    (a) another battle with the same foe</w:t>
      </w:r>
      <w:r>
        <w:br/>
      </w:r>
      <w:r>
        <w:t xml:space="preserve">    (b) concerned with practical matters</w:t>
      </w:r>
      <w:r>
        <w:br/>
      </w:r>
      <w:r>
        <w:t xml:space="preserve">    (c) describing someone as antisocial</w:t>
      </w:r>
    </w:p>
    <w:p>
      <w:pPr>
        <w:pStyle w:val="Compact"/>
        <w:numPr>
          <w:ilvl w:val="0"/>
          <w:numId w:val="1001"/>
        </w:numPr>
      </w:pPr>
      <w:r>
        <w:rPr>
          <w:b/>
          <w:bCs/>
        </w:rPr>
        <w:t xml:space="preserve">As Jeremy's agent, Nate was forever promoting events that "could be important for Jeremy's career," for the simple reason that freelancing wasn't all that</w:t>
      </w:r>
      <w:r>
        <w:rPr>
          <w:b/>
          <w:bCs/>
        </w:rPr>
        <w:t xml:space="preserve"> </w:t>
      </w:r>
      <w:r>
        <w:rPr>
          <w:b/>
          <w:bCs/>
          <w:u w:val="single"/>
        </w:rPr>
        <w:t xml:space="preserve">lucrative</w:t>
      </w:r>
      <w:r>
        <w:rPr>
          <w:b/>
          <w:bCs/>
        </w:rPr>
        <w:t xml:space="preserve">.</w:t>
      </w:r>
      <w:r>
        <w:br/>
      </w:r>
      <w:r>
        <w:t xml:space="preserve">    (a) changeable</w:t>
      </w:r>
      <w:r>
        <w:br/>
      </w:r>
      <w:r>
        <w:t xml:space="preserve">    (b) related to</w:t>
      </w:r>
      <w:r>
        <w:br/>
      </w:r>
      <w:r>
        <w:t xml:space="preserve">    (c) profitable</w:t>
      </w:r>
    </w:p>
    <w:p>
      <w:pPr>
        <w:pStyle w:val="Compact"/>
        <w:numPr>
          <w:ilvl w:val="0"/>
          <w:numId w:val="1001"/>
        </w:numPr>
      </w:pPr>
      <w:r>
        <w:rPr>
          <w:b/>
          <w:bCs/>
        </w:rPr>
        <w:t xml:space="preserve">The free booze had worked its magic, and Jeremy was</w:t>
      </w:r>
      <w:r>
        <w:rPr>
          <w:b/>
          <w:bCs/>
        </w:rPr>
        <w:t xml:space="preserve"> </w:t>
      </w:r>
      <w:r>
        <w:rPr>
          <w:b/>
          <w:bCs/>
          <w:u w:val="single"/>
        </w:rPr>
        <w:t xml:space="preserve">deluged</w:t>
      </w:r>
      <w:r>
        <w:rPr>
          <w:b/>
          <w:bCs/>
        </w:rPr>
        <w:t xml:space="preserve"> </w:t>
      </w:r>
      <w:r>
        <w:rPr>
          <w:b/>
          <w:bCs/>
        </w:rPr>
        <w:t xml:space="preserve">with congratulations after the show had ended.</w:t>
      </w:r>
      <w:r>
        <w:br/>
      </w:r>
      <w:r>
        <w:t xml:space="preserve">    (a) interacted, interested, or attracted</w:t>
      </w:r>
      <w:r>
        <w:br/>
      </w:r>
      <w:r>
        <w:t xml:space="preserve">    (b) made strips of hair lighter in color</w:t>
      </w:r>
      <w:r>
        <w:br/>
      </w:r>
      <w:r>
        <w:t xml:space="preserve">    (c) overwhelmed -- especially with water</w:t>
      </w:r>
    </w:p>
    <w:p>
      <w:pPr>
        <w:pStyle w:val="Compact"/>
        <w:numPr>
          <w:ilvl w:val="0"/>
          <w:numId w:val="1001"/>
        </w:numPr>
      </w:pPr>
      <w:r>
        <w:rPr>
          <w:b/>
          <w:bCs/>
        </w:rPr>
        <w:t xml:space="preserve">No matter, the man was energy</w:t>
      </w:r>
      <w:r>
        <w:rPr>
          <w:b/>
          <w:bCs/>
        </w:rPr>
        <w:t xml:space="preserve"> </w:t>
      </w:r>
      <w:r>
        <w:rPr>
          <w:b/>
          <w:bCs/>
          <w:u w:val="single"/>
        </w:rPr>
        <w:t xml:space="preserve">incarnate</w:t>
      </w:r>
      <w:r>
        <w:rPr>
          <w:b/>
          <w:bCs/>
        </w:rPr>
        <w:t xml:space="preserve"> </w:t>
      </w:r>
      <w:r>
        <w:rPr>
          <w:b/>
          <w:bCs/>
        </w:rPr>
        <w:t xml:space="preserve">and, like most agents, positively buzzed with fervent optimism.</w:t>
      </w:r>
      <w:r>
        <w:br/>
      </w:r>
      <w:r>
        <w:t xml:space="preserve">    (a) unwrap</w:t>
      </w:r>
      <w:r>
        <w:br/>
      </w:r>
      <w:r>
        <w:t xml:space="preserve">    (b) embody</w:t>
      </w:r>
      <w:r>
        <w:br/>
      </w:r>
      <w:r>
        <w:t xml:space="preserve">    (c) follow</w:t>
      </w:r>
    </w:p>
    <w:p>
      <w:pPr>
        <w:pStyle w:val="Compact"/>
        <w:numPr>
          <w:ilvl w:val="0"/>
          <w:numId w:val="1001"/>
        </w:numPr>
      </w:pPr>
      <w:r>
        <w:rPr>
          <w:b/>
          <w:bCs/>
        </w:rPr>
        <w:t xml:space="preserve">Life in the city made owning a car</w:t>
      </w:r>
      <w:r>
        <w:rPr>
          <w:b/>
          <w:bCs/>
        </w:rPr>
        <w:t xml:space="preserve"> </w:t>
      </w:r>
      <w:r>
        <w:rPr>
          <w:b/>
          <w:bCs/>
          <w:u w:val="single"/>
        </w:rPr>
        <w:t xml:space="preserve">superfluous</w:t>
      </w:r>
      <w:r>
        <w:rPr>
          <w:b/>
          <w:bCs/>
        </w:rPr>
        <w:t xml:space="preserve">, however, and he'd never been able to justify the expense.</w:t>
      </w:r>
      <w:r>
        <w:br/>
      </w:r>
      <w:r>
        <w:t xml:space="preserve">    (a) more than is needed, desired, or required</w:t>
      </w:r>
      <w:r>
        <w:br/>
      </w:r>
      <w:r>
        <w:t xml:space="preserve">    (b) without purpose, job, or natural activity</w:t>
      </w:r>
      <w:r>
        <w:br/>
      </w:r>
      <w:r>
        <w:t xml:space="preserve">    (c) the quality of being sensible and careful</w:t>
      </w:r>
    </w:p>
    <w:p>
      <w:pPr>
        <w:pStyle w:val="Compact"/>
        <w:numPr>
          <w:ilvl w:val="0"/>
          <w:numId w:val="1001"/>
        </w:numPr>
      </w:pPr>
      <w:r>
        <w:rPr>
          <w:b/>
          <w:bCs/>
        </w:rPr>
        <w:t xml:space="preserve">Still, his career choice didn't change until his father was</w:t>
      </w:r>
      <w:r>
        <w:rPr>
          <w:b/>
          <w:bCs/>
        </w:rPr>
        <w:t xml:space="preserve"> </w:t>
      </w:r>
      <w:r>
        <w:rPr>
          <w:b/>
          <w:bCs/>
          <w:u w:val="single"/>
        </w:rPr>
        <w:t xml:space="preserve">swindled</w:t>
      </w:r>
      <w:r>
        <w:rPr>
          <w:b/>
          <w:bCs/>
        </w:rPr>
        <w:t xml:space="preserve"> </w:t>
      </w:r>
      <w:r>
        <w:rPr>
          <w:b/>
          <w:bCs/>
        </w:rPr>
        <w:t xml:space="preserve">by a bogus financial planner out of some $40,000, right before Jeremy graduated.</w:t>
      </w:r>
      <w:r>
        <w:br/>
      </w:r>
      <w:r>
        <w:t xml:space="preserve">    (a) tricked</w:t>
      </w:r>
      <w:r>
        <w:br/>
      </w:r>
      <w:r>
        <w:t xml:space="preserve">    (b) prepared food in a way that keeps it from spoiling</w:t>
      </w:r>
      <w:r>
        <w:br/>
      </w:r>
      <w:r>
        <w:t xml:space="preserve">    (c) supported by providing money or other economic aid</w:t>
      </w:r>
    </w:p>
    <w:p>
      <w:pPr>
        <w:pStyle w:val="Compact"/>
        <w:numPr>
          <w:ilvl w:val="0"/>
          <w:numId w:val="1001"/>
        </w:numPr>
      </w:pPr>
      <w:r>
        <w:rPr>
          <w:b/>
          <w:bCs/>
        </w:rPr>
        <w:t xml:space="preserve">It wasn't quite the Borely Rectory, a rambling "haunted" Victorian on the north bank of the Stour River in Essex, England, the most famous haunted house in history, where "sightings" included headless horsemen, weird organ chants, and ringing bells, but it was enough to</w:t>
      </w:r>
      <w:r>
        <w:rPr>
          <w:b/>
          <w:bCs/>
        </w:rPr>
        <w:t xml:space="preserve"> </w:t>
      </w:r>
      <w:r>
        <w:rPr>
          <w:b/>
          <w:bCs/>
          <w:u w:val="single"/>
        </w:rPr>
        <w:t xml:space="preserve">pique</w:t>
      </w:r>
      <w:r>
        <w:rPr>
          <w:b/>
          <w:bCs/>
        </w:rPr>
        <w:t xml:space="preserve"> </w:t>
      </w:r>
      <w:r>
        <w:rPr>
          <w:b/>
          <w:bCs/>
        </w:rPr>
        <w:t xml:space="preserve">his interest.</w:t>
      </w:r>
      <w:r>
        <w:br/>
      </w:r>
      <w:r>
        <w:t xml:space="preserve">    (a) a large structure separate from a main structure or temporary</w:t>
      </w:r>
      <w:r>
        <w:br/>
      </w:r>
      <w:r>
        <w:t xml:space="preserve">    (b) make something more attractive or interesting by adding to it</w:t>
      </w:r>
      <w:r>
        <w:br/>
      </w:r>
      <w:r>
        <w:t xml:space="preserve">    (c) arouse</w:t>
      </w:r>
    </w:p>
    <w:p>
      <w:pPr>
        <w:pStyle w:val="Compact"/>
        <w:numPr>
          <w:ilvl w:val="0"/>
          <w:numId w:val="1001"/>
        </w:numPr>
      </w:pPr>
      <w:r>
        <w:rPr>
          <w:b/>
          <w:bCs/>
        </w:rPr>
        <w:t xml:space="preserve">In the cheerfully lit, pale yellow foyer—at least the building was consistent in its</w:t>
      </w:r>
      <w:r>
        <w:rPr>
          <w:b/>
          <w:bCs/>
        </w:rPr>
        <w:t xml:space="preserve"> </w:t>
      </w:r>
      <w:r>
        <w:rPr>
          <w:b/>
          <w:bCs/>
          <w:u w:val="single"/>
        </w:rPr>
        <w:t xml:space="preserve">inconsistency</w:t>
      </w:r>
      <w:r>
        <w:rPr>
          <w:b/>
          <w:bCs/>
        </w:rPr>
        <w:t xml:space="preserve">—sat an L-shaped desk, the long leg stretching to the rear of the building, where Jeremy saw a large glassed-in room devoted to children.</w:t>
      </w:r>
      <w:r>
        <w:br/>
      </w:r>
      <w:r>
        <w:t xml:space="preserve">    (a) a collection of things on public display  OR  a detailed explanation or background of a specific topic</w:t>
      </w:r>
      <w:r>
        <w:br/>
      </w:r>
      <w:r>
        <w:t xml:space="preserve">    (b) not the same in different parts or at different times</w:t>
      </w:r>
      <w:r>
        <w:br/>
      </w:r>
      <w:r>
        <w:br/>
      </w:r>
      <w:r>
        <w:t xml:space="preserve">or:</w:t>
      </w:r>
      <w:r>
        <w:br/>
      </w:r>
      <w:r>
        <w:br/>
      </w:r>
      <w:r>
        <w:t xml:space="preserve">not in agreement [with something else]</w:t>
      </w:r>
      <w:r>
        <w:br/>
      </w:r>
      <w:r>
        <w:t xml:space="preserve">    (c) the process of assigning a value on or judging the worth of something; or the result of such a process</w:t>
      </w:r>
    </w:p>
    <w:p>
      <w:pPr>
        <w:pStyle w:val="Compact"/>
        <w:numPr>
          <w:ilvl w:val="0"/>
          <w:numId w:val="1001"/>
        </w:numPr>
      </w:pPr>
      <w:r>
        <w:rPr>
          <w:b/>
          <w:bCs/>
        </w:rPr>
        <w:t xml:space="preserve">Once he was finished with the hatchet job that would pose as an article, people around the country would assume that everyone who lived here was</w:t>
      </w:r>
      <w:r>
        <w:rPr>
          <w:b/>
          <w:bCs/>
        </w:rPr>
        <w:t xml:space="preserve"> </w:t>
      </w:r>
      <w:r>
        <w:rPr>
          <w:b/>
          <w:bCs/>
          <w:u w:val="single"/>
        </w:rPr>
        <w:t xml:space="preserve">gullible</w:t>
      </w:r>
      <w:r>
        <w:rPr>
          <w:b/>
          <w:bCs/>
        </w:rPr>
        <w:t xml:space="preserve">, foolish, and superstitious.</w:t>
      </w:r>
      <w:r>
        <w:br/>
      </w:r>
      <w:r>
        <w:t xml:space="preserve">    (a) designed to be useful; or capable of working</w:t>
      </w:r>
      <w:r>
        <w:br/>
      </w:r>
      <w:r>
        <w:t xml:space="preserve">    (b) the state of doing something unintentionally</w:t>
      </w:r>
      <w:r>
        <w:br/>
      </w:r>
      <w:r>
        <w:t xml:space="preserve">    (c) easily tricked because of being too trusting</w:t>
      </w:r>
    </w:p>
    <w:p>
      <w:pPr>
        <w:pStyle w:val="Compact"/>
        <w:numPr>
          <w:ilvl w:val="0"/>
          <w:numId w:val="1001"/>
        </w:numPr>
      </w:pPr>
      <w:r>
        <w:rPr>
          <w:b/>
          <w:bCs/>
        </w:rPr>
        <w:t xml:space="preserve">When that didn't work, she stressed the tax</w:t>
      </w:r>
      <w:r>
        <w:rPr>
          <w:b/>
          <w:bCs/>
        </w:rPr>
        <w:t xml:space="preserve"> </w:t>
      </w:r>
      <w:r>
        <w:rPr>
          <w:b/>
          <w:bCs/>
          <w:u w:val="single"/>
        </w:rPr>
        <w:t xml:space="preserve">deduction</w:t>
      </w:r>
      <w:r>
        <w:rPr>
          <w:b/>
          <w:bCs/>
        </w:rPr>
        <w:t xml:space="preserve"> </w:t>
      </w:r>
      <w:r>
        <w:rPr>
          <w:b/>
          <w:bCs/>
        </w:rPr>
        <w:t xml:space="preserve">angle, and—because she had worked hard to cultivate contacts with tax and estate lawyers throughout the South—she often received items before other libraries even found out about them.</w:t>
      </w:r>
      <w:r>
        <w:br/>
      </w:r>
      <w:r>
        <w:t xml:space="preserve">    (a) reduction</w:t>
      </w:r>
      <w:r>
        <w:br/>
      </w:r>
      <w:r>
        <w:t xml:space="preserve">    (b) a short part of a longer written work</w:t>
      </w:r>
      <w:r>
        <w:br/>
      </w:r>
      <w:r>
        <w:t xml:space="preserve">    (c) the act of stopping a battle or fight</w:t>
      </w:r>
    </w:p>
    <w:p>
      <w:pPr>
        <w:pStyle w:val="Compact"/>
        <w:numPr>
          <w:ilvl w:val="0"/>
          <w:numId w:val="1001"/>
        </w:numPr>
      </w:pPr>
      <w:r>
        <w:rPr>
          <w:b/>
          <w:bCs/>
        </w:rPr>
        <w:t xml:space="preserve">It was</w:t>
      </w:r>
      <w:r>
        <w:rPr>
          <w:b/>
          <w:bCs/>
        </w:rPr>
        <w:t xml:space="preserve"> </w:t>
      </w:r>
      <w:r>
        <w:rPr>
          <w:b/>
          <w:bCs/>
          <w:u w:val="single"/>
        </w:rPr>
        <w:t xml:space="preserve">scintillating</w:t>
      </w:r>
      <w:r>
        <w:rPr>
          <w:b/>
          <w:bCs/>
        </w:rPr>
        <w:t xml:space="preserve"> </w:t>
      </w:r>
      <w:r>
        <w:rPr>
          <w:b/>
          <w:bCs/>
        </w:rPr>
        <w:t xml:space="preserve">to read, unless you wanted coverage of anything happening anywhere else in the world or anything that might even keep your eyes open.</w:t>
      </w:r>
      <w:r>
        <w:br/>
      </w:r>
      <w:r>
        <w:t xml:space="preserve">    (a) making different; or showing difference</w:t>
      </w:r>
      <w:r>
        <w:br/>
      </w:r>
      <w:r>
        <w:t xml:space="preserve">    (b) interacting, interesting, or attracting</w:t>
      </w:r>
      <w:r>
        <w:br/>
      </w:r>
      <w:r>
        <w:t xml:space="preserve">    (c) brilliantly lively, clever, or exciting</w:t>
      </w:r>
    </w:p>
    <w:p>
      <w:pPr>
        <w:pStyle w:val="Compact"/>
        <w:numPr>
          <w:ilvl w:val="0"/>
          <w:numId w:val="1001"/>
        </w:numPr>
      </w:pPr>
      <w:r>
        <w:rPr>
          <w:b/>
          <w:bCs/>
        </w:rPr>
        <w:t xml:space="preserve">Just beyond the tottering desk was a largemouth bass mounted on the wall; in every corner, along the walls, and atop the file cabinet and desk were stuffed critters: beavers, rabbits, squirrels, opossums, skunks, and a</w:t>
      </w:r>
      <w:r>
        <w:rPr>
          <w:b/>
          <w:bCs/>
        </w:rPr>
        <w:t xml:space="preserve"> </w:t>
      </w:r>
      <w:r>
        <w:rPr>
          <w:b/>
          <w:bCs/>
          <w:u w:val="single"/>
        </w:rPr>
        <w:t xml:space="preserve">badger</w:t>
      </w:r>
      <w:r>
        <w:rPr>
          <w:b/>
          <w:bCs/>
        </w:rPr>
        <w:t xml:space="preserve">.</w:t>
      </w:r>
      <w:r>
        <w:br/>
      </w:r>
      <w:r>
        <w:t xml:space="preserve">    (a) a type of mammal that digs tunnels with strong claws</w:t>
      </w:r>
      <w:r>
        <w:br/>
      </w:r>
      <w:r>
        <w:t xml:space="preserve">    (b) the state or degree of being optimistic or agreeable</w:t>
      </w:r>
      <w:r>
        <w:br/>
      </w:r>
      <w:r>
        <w:t xml:space="preserve">    (c) the quality of being able to get closer to something</w:t>
      </w:r>
    </w:p>
    <w:p>
      <w:pPr>
        <w:pStyle w:val="Compact"/>
        <w:numPr>
          <w:ilvl w:val="0"/>
          <w:numId w:val="1001"/>
        </w:numPr>
      </w:pPr>
      <w:r>
        <w:rPr>
          <w:b/>
          <w:bCs/>
        </w:rPr>
        <w:t xml:space="preserve">"I thought he was quite handsome," Doris</w:t>
      </w:r>
      <w:r>
        <w:rPr>
          <w:b/>
          <w:bCs/>
        </w:rPr>
        <w:t xml:space="preserve"> </w:t>
      </w:r>
      <w:r>
        <w:rPr>
          <w:b/>
          <w:bCs/>
          <w:u w:val="single"/>
        </w:rPr>
        <w:t xml:space="preserve">opined</w:t>
      </w:r>
      <w:r>
        <w:rPr>
          <w:b/>
          <w:bCs/>
        </w:rPr>
        <w:t xml:space="preserve">.</w:t>
      </w:r>
      <w:r>
        <w:br/>
      </w:r>
      <w:r>
        <w:t xml:space="preserve">    (a) took on as one's own</w:t>
      </w:r>
      <w:r>
        <w:br/>
      </w:r>
      <w:r>
        <w:t xml:space="preserve">    (b) expressed an opinion</w:t>
      </w:r>
      <w:r>
        <w:br/>
      </w:r>
      <w:r>
        <w:t xml:space="preserve">    (c) differed; or changed</w:t>
      </w:r>
    </w:p>
    <w:p>
      <w:pPr>
        <w:pStyle w:val="Compact"/>
        <w:numPr>
          <w:ilvl w:val="0"/>
          <w:numId w:val="1001"/>
        </w:numPr>
      </w:pPr>
      <w:r>
        <w:rPr>
          <w:b/>
          <w:bCs/>
        </w:rPr>
        <w:t xml:space="preserve">With someone else, with anyone else, he would have said something</w:t>
      </w:r>
      <w:r>
        <w:rPr>
          <w:b/>
          <w:bCs/>
        </w:rPr>
        <w:t xml:space="preserve"> </w:t>
      </w:r>
      <w:r>
        <w:rPr>
          <w:b/>
          <w:bCs/>
          <w:u w:val="single"/>
        </w:rPr>
        <w:t xml:space="preserve">flippant</w:t>
      </w:r>
      <w:r>
        <w:rPr>
          <w:b/>
          <w:bCs/>
        </w:rPr>
        <w:t xml:space="preserve"> </w:t>
      </w:r>
      <w:r>
        <w:rPr>
          <w:b/>
          <w:bCs/>
        </w:rPr>
        <w:t xml:space="preserve">or changed the subject until he figured out another way to get through her door.</w:t>
      </w:r>
      <w:r>
        <w:br/>
      </w:r>
      <w:r>
        <w:t xml:space="preserve">    (a) designed to be useful; or capable of working</w:t>
      </w:r>
      <w:r>
        <w:br/>
      </w:r>
      <w:r>
        <w:t xml:space="preserve">    (b) showing an inappropriate lack of seriousness</w:t>
      </w:r>
      <w:r>
        <w:br/>
      </w:r>
      <w:r>
        <w:t xml:space="preserve">    (c) the state or degree of agreeing or approving</w:t>
      </w:r>
    </w:p>
    <w:p>
      <w:pPr>
        <w:pStyle w:val="Compact"/>
        <w:numPr>
          <w:ilvl w:val="0"/>
          <w:numId w:val="1001"/>
        </w:numPr>
      </w:pPr>
      <w:r>
        <w:rPr>
          <w:b/>
          <w:bCs/>
        </w:rPr>
        <w:t xml:space="preserve">His brothers readily</w:t>
      </w:r>
      <w:r>
        <w:rPr>
          <w:b/>
          <w:bCs/>
        </w:rPr>
        <w:t xml:space="preserve"> </w:t>
      </w:r>
      <w:r>
        <w:rPr>
          <w:b/>
          <w:bCs/>
          <w:u w:val="single"/>
        </w:rPr>
        <w:t xml:space="preserve">concurred</w:t>
      </w:r>
      <w:r>
        <w:rPr>
          <w:b/>
          <w:bCs/>
        </w:rPr>
        <w:t xml:space="preserve">, and so, of course, did their wives.</w:t>
      </w:r>
      <w:r>
        <w:br/>
      </w:r>
      <w:r>
        <w:t xml:space="preserve">    (a) copied</w:t>
      </w:r>
      <w:r>
        <w:br/>
      </w:r>
      <w:r>
        <w:t xml:space="preserve">    (b) traded</w:t>
      </w:r>
      <w:r>
        <w:br/>
      </w:r>
      <w:r>
        <w:t xml:space="preserve">    (c) agreed</w:t>
      </w:r>
    </w:p>
    <w:p>
      <w:pPr>
        <w:pStyle w:val="Compact"/>
        <w:numPr>
          <w:ilvl w:val="0"/>
          <w:numId w:val="1001"/>
        </w:numPr>
      </w:pPr>
      <w:r>
        <w:rPr>
          <w:b/>
          <w:bCs/>
        </w:rPr>
        <w:t xml:space="preserve">The strange part was that he couldn't perceive an</w:t>
      </w:r>
      <w:r>
        <w:rPr>
          <w:b/>
          <w:bCs/>
        </w:rPr>
        <w:t xml:space="preserve"> </w:t>
      </w:r>
      <w:r>
        <w:rPr>
          <w:b/>
          <w:bCs/>
          <w:u w:val="single"/>
        </w:rPr>
        <w:t xml:space="preserve">ulterior</w:t>
      </w:r>
      <w:r>
        <w:rPr>
          <w:b/>
          <w:bCs/>
        </w:rPr>
        <w:t xml:space="preserve"> </w:t>
      </w:r>
      <w:r>
        <w:rPr>
          <w:b/>
          <w:bCs/>
        </w:rPr>
        <w:t xml:space="preserve">motive for his impulses.</w:t>
      </w:r>
      <w:r>
        <w:br/>
      </w:r>
      <w:r>
        <w:t xml:space="preserve">    (a) steady</w:t>
      </w:r>
      <w:r>
        <w:br/>
      </w:r>
      <w:r>
        <w:t xml:space="preserve">    (b) hidden</w:t>
      </w:r>
      <w:r>
        <w:br/>
      </w:r>
      <w:r>
        <w:t xml:space="preserve">    (c) sloped</w:t>
      </w:r>
    </w:p>
    <w:p>
      <w:pPr>
        <w:pStyle w:val="Compact"/>
        <w:numPr>
          <w:ilvl w:val="0"/>
          <w:numId w:val="1001"/>
        </w:numPr>
      </w:pPr>
      <w:r>
        <w:rPr>
          <w:b/>
          <w:bCs/>
        </w:rPr>
        <w:t xml:space="preserve">Still, now that he was finished with his research—other than possibly finding</w:t>
      </w:r>
      <w:r>
        <w:rPr>
          <w:b/>
          <w:bCs/>
        </w:rPr>
        <w:t xml:space="preserve"> </w:t>
      </w:r>
      <w:r>
        <w:rPr>
          <w:b/>
          <w:bCs/>
          <w:u w:val="single"/>
        </w:rPr>
        <w:t xml:space="preserve">anecdotes</w:t>
      </w:r>
      <w:r>
        <w:rPr>
          <w:b/>
          <w:bCs/>
        </w:rPr>
        <w:t xml:space="preserve"> </w:t>
      </w:r>
      <w:r>
        <w:rPr>
          <w:b/>
          <w:bCs/>
        </w:rPr>
        <w:t xml:space="preserve">in some of the diaries, which he hadn't finished going through yet—he wasn't sure what to do next.</w:t>
      </w:r>
      <w:r>
        <w:br/>
      </w:r>
      <w:r>
        <w:t xml:space="preserve">    (a) outward appearances</w:t>
      </w:r>
      <w:r>
        <w:br/>
      </w:r>
      <w:r>
        <w:t xml:space="preserve">    (b) short, true stories</w:t>
      </w:r>
      <w:r>
        <w:br/>
      </w:r>
      <w:r>
        <w:t xml:space="preserve">    (c) sizes or dimensions</w:t>
      </w:r>
    </w:p>
    <w:p>
      <w:pPr>
        <w:pStyle w:val="Compact"/>
        <w:numPr>
          <w:ilvl w:val="0"/>
          <w:numId w:val="1001"/>
        </w:numPr>
      </w:pPr>
      <w:r>
        <w:rPr>
          <w:b/>
          <w:bCs/>
        </w:rPr>
        <w:t xml:space="preserve">The soft winter sunlight, combined with the</w:t>
      </w:r>
      <w:r>
        <w:rPr>
          <w:b/>
          <w:bCs/>
        </w:rPr>
        <w:t xml:space="preserve"> </w:t>
      </w:r>
      <w:r>
        <w:rPr>
          <w:b/>
          <w:bCs/>
          <w:u w:val="single"/>
        </w:rPr>
        <w:t xml:space="preserve">austere</w:t>
      </w:r>
      <w:r>
        <w:rPr>
          <w:b/>
          <w:bCs/>
        </w:rPr>
        <w:t xml:space="preserve"> </w:t>
      </w:r>
      <w:r>
        <w:rPr>
          <w:b/>
          <w:bCs/>
        </w:rPr>
        <w:t xml:space="preserve">natural beauty of the landscape, made the world appear dreamlike.</w:t>
      </w:r>
      <w:r>
        <w:br/>
      </w:r>
      <w:r>
        <w:t xml:space="preserve">    (a) rude or unfriendly because of using too few words or moving too quickly</w:t>
      </w:r>
      <w:r>
        <w:br/>
      </w:r>
      <w:r>
        <w:t xml:space="preserve">    (b) a notable absence of luxury, comfort, or decoration; or stern in manner</w:t>
      </w:r>
      <w:r>
        <w:br/>
      </w:r>
      <w:r>
        <w:t xml:space="preserve">    (c) relating to classical music plays in which most of the dialogue is sung</w:t>
      </w:r>
    </w:p>
    <w:p>
      <w:pPr>
        <w:pStyle w:val="Compact"/>
        <w:numPr>
          <w:ilvl w:val="0"/>
          <w:numId w:val="1001"/>
        </w:numPr>
      </w:pPr>
      <w:r>
        <w:rPr>
          <w:b/>
          <w:bCs/>
        </w:rPr>
        <w:t xml:space="preserve">And you've been in on this little</w:t>
      </w:r>
      <w:r>
        <w:rPr>
          <w:b/>
          <w:bCs/>
        </w:rPr>
        <w:t xml:space="preserve"> </w:t>
      </w:r>
      <w:r>
        <w:rPr>
          <w:b/>
          <w:bCs/>
          <w:u w:val="single"/>
        </w:rPr>
        <w:t xml:space="preserve">charade</w:t>
      </w:r>
      <w:r>
        <w:rPr>
          <w:b/>
          <w:bCs/>
        </w:rPr>
        <w:t xml:space="preserve"> </w:t>
      </w:r>
      <w:r>
        <w:rPr>
          <w:b/>
          <w:bCs/>
        </w:rPr>
        <w:t xml:space="preserve">all along.</w:t>
      </w:r>
      <w:r>
        <w:br/>
      </w:r>
      <w:r>
        <w:t xml:space="preserve">    (a) the act of finding fault and telling others; or a description of faults</w:t>
      </w:r>
      <w:r>
        <w:br/>
      </w:r>
      <w:r>
        <w:t xml:space="preserve">    (b) a situation in which people act as though something is true that is not</w:t>
      </w:r>
      <w:r>
        <w:br/>
      </w:r>
      <w:r>
        <w:t xml:space="preserve">    (c) the process of thinking carefully and making a judgment about something</w:t>
      </w:r>
    </w:p>
    <w:p>
      <w:pPr>
        <w:pStyle w:val="Compact"/>
        <w:numPr>
          <w:ilvl w:val="0"/>
          <w:numId w:val="1001"/>
        </w:numPr>
      </w:pPr>
      <w:r>
        <w:rPr>
          <w:b/>
          <w:bCs/>
        </w:rPr>
        <w:t xml:space="preserve">The white and yellow lights of the town,</w:t>
      </w:r>
      <w:r>
        <w:rPr>
          <w:b/>
          <w:bCs/>
        </w:rPr>
        <w:t xml:space="preserve"> </w:t>
      </w:r>
      <w:r>
        <w:rPr>
          <w:b/>
          <w:bCs/>
          <w:u w:val="single"/>
        </w:rPr>
        <w:t xml:space="preserve">interspersed</w:t>
      </w:r>
      <w:r>
        <w:rPr>
          <w:b/>
          <w:bCs/>
        </w:rPr>
        <w:t xml:space="preserve"> </w:t>
      </w:r>
      <w:r>
        <w:rPr>
          <w:b/>
          <w:bCs/>
        </w:rPr>
        <w:t xml:space="preserve">with occasional reds and greens, seemed to be flickering, and Jeremy could see plumes of smoke rising from chimneys.</w:t>
      </w:r>
      <w:r>
        <w:br/>
      </w:r>
      <w:r>
        <w:t xml:space="preserve">    (a) doors divided in such a fashion that the bottom half may remain shut while the top half opens</w:t>
      </w:r>
      <w:r>
        <w:br/>
      </w:r>
      <w:r>
        <w:t xml:space="preserve">    (b) mixed at times</w:t>
      </w:r>
      <w:r>
        <w:br/>
      </w:r>
      <w:r>
        <w:t xml:space="preserve">    (c) light-emitting diode -- a semiconductor device that emits light when current flows through it</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2026-07-31T16:52:49Z</dcterms:created>
  <dcterms:modified xsi:type="dcterms:W3CDTF">2026-07-31T16:52:49Z</dcterms:modified>
</cp:coreProperties>
</file>

<file path=docProps/custom.xml><?xml version="1.0" encoding="utf-8"?>
<Properties xmlns="http://schemas.openxmlformats.org/officeDocument/2006/custom-properties" xmlns:vt="http://schemas.openxmlformats.org/officeDocument/2006/docPropsVTypes"/>
</file>