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9530f24a0b065f273bad79ad7667b34b1c8204"/>
    <w:p>
      <w:pPr>
        <w:pStyle w:val="Heading1"/>
      </w:pPr>
      <w:r>
        <w:rPr>
          <w:b/>
          <w:bCs/>
        </w:rPr>
        <w:t xml:space="preserve">Treasure Island</w:t>
      </w:r>
      <w:r>
        <w:br/>
      </w:r>
      <w:r>
        <w:rPr>
          <w:i/>
          <w:iCs/>
        </w:rPr>
        <w:t xml:space="preserve">Robert Louis Stevenson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spent hours trying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burnish</w:t>
      </w:r>
      <w:r>
        <w:rPr>
          <w:b/>
          <w:bCs/>
        </w:rPr>
        <w:t xml:space="preserve"> </w:t>
      </w:r>
      <w:r>
        <w:rPr>
          <w:b/>
          <w:bCs/>
        </w:rPr>
        <w:t xml:space="preserve">the old brass lamp until it gleamed.</w:t>
      </w:r>
      <w:r>
        <w:br/>
      </w:r>
      <w:r>
        <w:t xml:space="preserve">    (a) throw out</w:t>
      </w:r>
      <w:r>
        <w:br/>
      </w:r>
      <w:r>
        <w:t xml:space="preserve">    (b) wear out</w:t>
      </w:r>
      <w:r>
        <w:br/>
      </w:r>
      <w:r>
        <w:t xml:space="preserve">    (c) shine 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expect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calumny</w:t>
      </w:r>
      <w:r>
        <w:rPr>
          <w:b/>
          <w:bCs/>
        </w:rPr>
        <w:t xml:space="preserve"> </w:t>
      </w:r>
      <w:r>
        <w:rPr>
          <w:b/>
          <w:bCs/>
        </w:rPr>
        <w:t xml:space="preserve">from our critics.</w:t>
      </w:r>
      <w:r>
        <w:br/>
      </w:r>
      <w:r>
        <w:t xml:space="preserve">    (a) false accusations</w:t>
      </w:r>
      <w:r>
        <w:br/>
      </w:r>
      <w:r>
        <w:t xml:space="preserve">    (b) criticism</w:t>
      </w:r>
      <w:r>
        <w:br/>
      </w:r>
      <w:r>
        <w:t xml:space="preserve">    (c) foolish mistakes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stunned by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duplicity</w:t>
      </w:r>
      <w:r>
        <w:rPr>
          <w:b/>
          <w:bCs/>
        </w:rPr>
        <w:t xml:space="preserve">. I really thought she loved me.</w:t>
      </w:r>
      <w:r>
        <w:br/>
      </w:r>
      <w:r>
        <w:t xml:space="preserve">    (a) coldness</w:t>
      </w:r>
      <w:r>
        <w:br/>
      </w:r>
      <w:r>
        <w:t xml:space="preserve">    (b) deception</w:t>
      </w:r>
      <w:r>
        <w:br/>
      </w:r>
      <w:r>
        <w:t xml:space="preserve">    (c)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tried not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fawn</w:t>
      </w:r>
      <w:r>
        <w:rPr>
          <w:b/>
          <w:bCs/>
        </w:rPr>
        <w:t xml:space="preserve"> </w:t>
      </w:r>
      <w:r>
        <w:rPr>
          <w:b/>
          <w:bCs/>
        </w:rPr>
        <w:t xml:space="preserve">over the famous actor when he visited the school.</w:t>
      </w:r>
      <w:r>
        <w:br/>
      </w:r>
      <w:r>
        <w:t xml:space="preserve">    (a) argue angrily</w:t>
      </w:r>
      <w:r>
        <w:br/>
      </w:r>
      <w:r>
        <w:t xml:space="preserve">    (b) speak honestly</w:t>
      </w:r>
      <w:r>
        <w:br/>
      </w:r>
      <w:r>
        <w:t xml:space="preserve">    (c) flatter too much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patience or tolerance</w:t>
      </w:r>
      <w:r>
        <w:br/>
      </w:r>
      <w:r>
        <w:t xml:space="preserve">    (b) financial loan</w:t>
      </w:r>
      <w:r>
        <w:br/>
      </w:r>
      <w:r>
        <w:t xml:space="preserve">    (c) family concerns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making difficult</w:t>
      </w:r>
      <w:r>
        <w:br/>
      </w:r>
      <w:r>
        <w:t xml:space="preserve">    (b) drawing attention to</w:t>
      </w:r>
      <w:r>
        <w:br/>
      </w:r>
      <w:r>
        <w:t xml:space="preserve">    (c) helping or assisting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remembered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indomitable</w:t>
      </w:r>
      <w:r>
        <w:rPr>
          <w:b/>
          <w:bCs/>
        </w:rPr>
        <w:t xml:space="preserve"> </w:t>
      </w:r>
      <w:r>
        <w:rPr>
          <w:b/>
          <w:bCs/>
        </w:rPr>
        <w:t xml:space="preserve">spirit.</w:t>
      </w:r>
      <w:r>
        <w:br/>
      </w:r>
      <w:r>
        <w:t xml:space="preserve">    (a) uncertain hope and nervous energy</w:t>
      </w:r>
      <w:r>
        <w:br/>
      </w:r>
      <w:r>
        <w:t xml:space="preserve">    (b) unyielding resolve and spirit</w:t>
      </w:r>
      <w:r>
        <w:br/>
      </w:r>
      <w:r>
        <w:t xml:space="preserve">    (c) cheerful optimism and flexibility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income taxes were cut,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loopholes</w:t>
      </w:r>
      <w:r>
        <w:rPr>
          <w:b/>
          <w:bCs/>
        </w:rPr>
        <w:t xml:space="preserve"> </w:t>
      </w:r>
      <w:r>
        <w:rPr>
          <w:b/>
          <w:bCs/>
        </w:rPr>
        <w:t xml:space="preserve">were also closed.</w:t>
      </w:r>
      <w:r>
        <w:br/>
      </w:r>
      <w:r>
        <w:t xml:space="preserve">    (a) exceptions to obligations</w:t>
      </w:r>
      <w:r>
        <w:br/>
      </w:r>
      <w:r>
        <w:t xml:space="preserve">    (b) local offices</w:t>
      </w:r>
      <w:r>
        <w:br/>
      </w:r>
      <w:r>
        <w:t xml:space="preserve">    (c) differences in tax rates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quickly caught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miscreant</w:t>
      </w:r>
      <w:r>
        <w:rPr>
          <w:b/>
          <w:bCs/>
        </w:rPr>
        <w:t xml:space="preserve"> </w:t>
      </w:r>
      <w:r>
        <w:rPr>
          <w:b/>
          <w:bCs/>
        </w:rPr>
        <w:t xml:space="preserve">who had been spray-painting public buildings.</w:t>
      </w:r>
      <w:r>
        <w:br/>
      </w:r>
      <w:r>
        <w:t xml:space="preserve">    (a) something made of the brownish metal with the same name -- such as a sculpture or a third place medal</w:t>
      </w:r>
      <w:r>
        <w:br/>
      </w:r>
      <w:r>
        <w:t xml:space="preserve">    (b) wrongdoer</w:t>
      </w:r>
      <w:r>
        <w:br/>
      </w:r>
      <w:r>
        <w:t xml:space="preserve">    (c) something (typically a statement) that disagrees with itself; or (more rarely) the act of disagreeing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project turned into a bureaucratic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morass</w:t>
      </w:r>
      <w:r>
        <w:rPr>
          <w:b/>
          <w:bCs/>
        </w:rPr>
        <w:t xml:space="preserve"> </w:t>
      </w:r>
      <w:r>
        <w:rPr>
          <w:b/>
          <w:bCs/>
        </w:rPr>
        <w:t xml:space="preserve">of paperwork and approvals.</w:t>
      </w:r>
      <w:r>
        <w:br/>
      </w:r>
      <w:r>
        <w:t xml:space="preserve">    (a) surgical interruption of nerve tracts to and from the frontal lobe of the brain</w:t>
      </w:r>
      <w:r>
        <w:br/>
      </w:r>
      <w:r>
        <w:t xml:space="preserve">    (b) difficult situation that frustrates progress</w:t>
      </w:r>
      <w:r>
        <w:br/>
      </w:r>
      <w:r>
        <w:t xml:space="preserve">    (c) a right that is naturally due because of human nature and the natural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extremely dislikable</w:t>
      </w:r>
      <w:r>
        <w:br/>
      </w:r>
      <w:r>
        <w:t xml:space="preserve">    (b) harmful and hidden</w:t>
      </w:r>
      <w:r>
        <w:br/>
      </w:r>
      <w:r>
        <w:t xml:space="preserve">    (c) extremely devious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pinnacle</w:t>
      </w:r>
      <w:r>
        <w:rPr>
          <w:b/>
          <w:bCs/>
        </w:rPr>
        <w:t xml:space="preserve"> </w:t>
      </w:r>
      <w:r>
        <w:rPr>
          <w:b/>
          <w:bCs/>
        </w:rPr>
        <w:t xml:space="preserve">of her success, she was earning over a million dollars a year.</w:t>
      </w:r>
      <w:r>
        <w:br/>
      </w:r>
      <w:r>
        <w:t xml:space="preserve">    (a) highest point</w:t>
      </w:r>
      <w:r>
        <w:br/>
      </w:r>
      <w:r>
        <w:t xml:space="preserve">    (b) beginning</w:t>
      </w:r>
      <w:r>
        <w:br/>
      </w:r>
      <w:r>
        <w:t xml:space="preserve">    (c) 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qualms</w:t>
      </w:r>
      <w:r>
        <w:rPr>
          <w:b/>
          <w:bCs/>
        </w:rPr>
        <w:t xml:space="preserve"> </w:t>
      </w:r>
      <w:r>
        <w:rPr>
          <w:b/>
          <w:bCs/>
        </w:rPr>
        <w:t xml:space="preserve">about discussing her friends, she agreed to cooperate with the investigation.</w:t>
      </w:r>
      <w:r>
        <w:br/>
      </w:r>
      <w:r>
        <w:t xml:space="preserve">    (a) detailed plans</w:t>
      </w:r>
      <w:r>
        <w:br/>
      </w:r>
      <w:r>
        <w:t xml:space="preserve">    (b) a desire for revenge</w:t>
      </w:r>
      <w:r>
        <w:br/>
      </w:r>
      <w:r>
        <w:t xml:space="preserve">    (c) feelings of uneasiness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highly amusing</w:t>
      </w:r>
      <w:r>
        <w:br/>
      </w:r>
      <w:r>
        <w:t xml:space="preserve">    (b) warmly welcomed</w:t>
      </w:r>
      <w:r>
        <w:br/>
      </w:r>
      <w:r>
        <w:t xml:space="preserve">    (c) deeply offensive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 </w:t>
      </w:r>
      <w:r>
        <w:rPr>
          <w:b/>
          <w:bCs/>
        </w:rPr>
        <w:t xml:space="preserve">both major parties in the last election.</w:t>
      </w:r>
      <w:r>
        <w:br/>
      </w:r>
      <w:r>
        <w:t xml:space="preserve">    (a) rejected</w:t>
      </w:r>
      <w:r>
        <w:br/>
      </w:r>
      <w:r>
        <w:t xml:space="preserve">    (b) founded</w:t>
      </w:r>
      <w:r>
        <w:br/>
      </w:r>
      <w:r>
        <w:t xml:space="preserve">    (c) joined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man's behavior at the dinner party was embarrassing to his guests.</w:t>
      </w:r>
      <w:r>
        <w:br/>
      </w:r>
      <w:r>
        <w:t xml:space="preserve">    (a) not bathed</w:t>
      </w:r>
      <w:r>
        <w:br/>
      </w:r>
      <w:r>
        <w:t xml:space="preserve">    (b) drunken</w:t>
      </w:r>
      <w:r>
        <w:br/>
      </w:r>
      <w:r>
        <w:t xml:space="preserve">    (c) rude or unpleasant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ungainly</w:t>
      </w:r>
      <w:r>
        <w:rPr>
          <w:b/>
          <w:bCs/>
        </w:rPr>
        <w:t xml:space="preserve"> </w:t>
      </w:r>
      <w:r>
        <w:rPr>
          <w:b/>
          <w:bCs/>
        </w:rPr>
        <w:t xml:space="preserve">teenager tripped over his own feet at the dance.</w:t>
      </w:r>
      <w:r>
        <w:br/>
      </w:r>
      <w:r>
        <w:t xml:space="preserve">    (a) graceful and elegant</w:t>
      </w:r>
      <w:r>
        <w:br/>
      </w:r>
      <w:r>
        <w:t xml:space="preserve">    (b) shy and quiet</w:t>
      </w:r>
      <w:r>
        <w:br/>
      </w:r>
      <w:r>
        <w:t xml:space="preserve">    (c) awkward and clumsy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underestimate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wily</w:t>
      </w:r>
      <w:r>
        <w:rPr>
          <w:b/>
          <w:bCs/>
        </w:rPr>
        <w:t xml:space="preserve"> </w:t>
      </w:r>
      <w:r>
        <w:rPr>
          <w:b/>
          <w:bCs/>
        </w:rPr>
        <w:t xml:space="preserve">old attorney.</w:t>
      </w:r>
      <w:r>
        <w:br/>
      </w:r>
      <w:r>
        <w:t xml:space="preserve">    (a) experienced</w:t>
      </w:r>
      <w:r>
        <w:br/>
      </w:r>
      <w:r>
        <w:t xml:space="preserve">    (b) clever</w:t>
      </w:r>
      <w:r>
        <w:br/>
      </w:r>
      <w:r>
        <w:t xml:space="preserve">    (c) well-connected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sailor adjusted the sails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windward</w:t>
      </w:r>
      <w:r>
        <w:rPr>
          <w:b/>
          <w:bCs/>
        </w:rPr>
        <w:t xml:space="preserve"> </w:t>
      </w:r>
      <w:r>
        <w:rPr>
          <w:b/>
          <w:bCs/>
        </w:rPr>
        <w:t xml:space="preserve">side of the boat.</w:t>
      </w:r>
      <w:r>
        <w:br/>
      </w:r>
      <w:r>
        <w:t xml:space="preserve">    (a) rope-secured</w:t>
      </w:r>
      <w:r>
        <w:br/>
      </w:r>
      <w:r>
        <w:t xml:space="preserve">    (b) sun-shaded</w:t>
      </w:r>
      <w:r>
        <w:br/>
      </w:r>
      <w:r>
        <w:t xml:space="preserve">    (c) wind-facing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wrested</w:t>
      </w:r>
      <w:r>
        <w:rPr>
          <w:b/>
          <w:bCs/>
        </w:rPr>
        <w:t xml:space="preserve"> </w:t>
      </w:r>
      <w:r>
        <w:rPr>
          <w:b/>
          <w:bCs/>
        </w:rPr>
        <w:t xml:space="preserve">power from the old government.</w:t>
      </w:r>
      <w:r>
        <w:br/>
      </w:r>
      <w:r>
        <w:t xml:space="preserve">    (a) took</w:t>
      </w:r>
      <w:r>
        <w:br/>
      </w:r>
      <w:r>
        <w:t xml:space="preserve">    (b) understood</w:t>
      </w:r>
      <w:r>
        <w:br/>
      </w:r>
      <w:r>
        <w:t xml:space="preserve">    (c) gave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2026-07-31T14:58:17Z</dcterms:created>
  <dcterms:modified xsi:type="dcterms:W3CDTF">2026-07-31T14:58:17Z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