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d00cfb38b85a906563ba95dbddcb203d47640d9"/>
    <w:p>
      <w:pPr>
        <w:pStyle w:val="Heading1"/>
      </w:pPr>
      <w:r>
        <w:rPr>
          <w:b/>
          <w:bCs/>
        </w:rPr>
        <w:t xml:space="preserve">Treasure Island</w:t>
      </w:r>
      <w:r>
        <w:br/>
      </w:r>
      <w:r>
        <w:rPr>
          <w:i/>
          <w:iCs/>
        </w:rPr>
        <w:t xml:space="preserve">Robert Louis Stevenson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altogether I paid pretty dear for my monthly fourpenny piece, in the shape of these</w:t>
      </w:r>
      <w:r>
        <w:rPr>
          <w:b/>
          <w:bCs/>
        </w:rPr>
        <w:t xml:space="preserve"> </w:t>
      </w:r>
      <w:r>
        <w:rPr>
          <w:b/>
          <w:bCs/>
          <w:u w:val="single"/>
        </w:rPr>
        <w:t xml:space="preserve">abominable</w:t>
      </w:r>
      <w:r>
        <w:rPr>
          <w:b/>
          <w:bCs/>
        </w:rPr>
        <w:t xml:space="preserve"> </w:t>
      </w:r>
      <w:r>
        <w:rPr>
          <w:b/>
          <w:bCs/>
        </w:rPr>
        <w:t xml:space="preserve">fancies.</w:t>
      </w:r>
      <w:r>
        <w:br/>
      </w:r>
      <w:r>
        <w:t xml:space="preserve">    (a) exceptionally bad or detestable</w:t>
      </w:r>
      <w:r>
        <w:br/>
      </w:r>
      <w:r>
        <w:t xml:space="preserve">    (b) poor ability to make a decision</w:t>
      </w:r>
      <w:r>
        <w:br/>
      </w:r>
      <w:r>
        <w:t xml:space="preserve">    (c) non-traditional or non-standard</w:t>
      </w:r>
    </w:p>
    <w:p>
      <w:pPr>
        <w:pStyle w:val="Compact"/>
        <w:numPr>
          <w:ilvl w:val="0"/>
          <w:numId w:val="1001"/>
        </w:numPr>
      </w:pPr>
      <w:r>
        <w:rPr>
          <w:b/>
          <w:bCs/>
        </w:rPr>
        <w:t xml:space="preserve">There was a date at one end of the line and at the other a sum of money, as in common account-books, but instead of explanatory writing, only a</w:t>
      </w:r>
      <w:r>
        <w:rPr>
          <w:b/>
          <w:bCs/>
        </w:rPr>
        <w:t xml:space="preserve"> </w:t>
      </w:r>
      <w:r>
        <w:rPr>
          <w:b/>
          <w:bCs/>
          <w:u w:val="single"/>
        </w:rPr>
        <w:t xml:space="preserve">varying</w:t>
      </w:r>
      <w:r>
        <w:rPr>
          <w:b/>
          <w:bCs/>
        </w:rPr>
        <w:t xml:space="preserve"> </w:t>
      </w:r>
      <w:r>
        <w:rPr>
          <w:b/>
          <w:bCs/>
        </w:rPr>
        <w:t xml:space="preserve">number of crosses between the two.</w:t>
      </w:r>
      <w:r>
        <w:br/>
      </w:r>
      <w:r>
        <w:t xml:space="preserve">    (a) differing; or changing</w:t>
      </w:r>
      <w:r>
        <w:br/>
      </w:r>
      <w:r>
        <w:t xml:space="preserve">    (b) taking on as one's own</w:t>
      </w:r>
      <w:r>
        <w:br/>
      </w:r>
      <w:r>
        <w:t xml:space="preserve">    (c) gaining advantage from</w:t>
      </w:r>
    </w:p>
    <w:p>
      <w:pPr>
        <w:pStyle w:val="Compact"/>
        <w:numPr>
          <w:ilvl w:val="0"/>
          <w:numId w:val="1001"/>
        </w:numPr>
      </w:pPr>
      <w:r>
        <w:rPr>
          <w:b/>
          <w:bCs/>
        </w:rPr>
        <w:t xml:space="preserve">In a few cases, to be sure, the name of a place would be added, as "Offe Caraccas," or a mere entry of latitude and</w:t>
      </w:r>
      <w:r>
        <w:rPr>
          <w:b/>
          <w:bCs/>
        </w:rPr>
        <w:t xml:space="preserve"> </w:t>
      </w:r>
      <w:r>
        <w:rPr>
          <w:b/>
          <w:bCs/>
          <w:u w:val="single"/>
        </w:rPr>
        <w:t xml:space="preserve">longitude</w:t>
      </w:r>
      <w:r>
        <w:rPr>
          <w:b/>
          <w:bCs/>
        </w:rPr>
        <w:t xml:space="preserve">, as "62o 17' 20", 19o 2' 40"."</w:t>
      </w:r>
      <w:r>
        <w:br/>
      </w:r>
      <w:r>
        <w:t xml:space="preserve">    (a) lack of interest; or the process of stopping interaction or interest</w:t>
      </w:r>
      <w:r>
        <w:br/>
      </w:r>
      <w:r>
        <w:t xml:space="preserve">    (b) relating to logical examination of something to better understand it</w:t>
      </w:r>
      <w:r>
        <w:br/>
      </w:r>
      <w:r>
        <w:t xml:space="preserve">    (c) a measure of east/west (relative to the Prime Meridian) on the earth</w:t>
      </w:r>
    </w:p>
    <w:p>
      <w:pPr>
        <w:pStyle w:val="Compact"/>
        <w:numPr>
          <w:ilvl w:val="0"/>
          <w:numId w:val="1001"/>
        </w:numPr>
      </w:pPr>
      <w:r>
        <w:rPr>
          <w:b/>
          <w:bCs/>
        </w:rPr>
        <w:t xml:space="preserve">The sums are the</w:t>
      </w:r>
      <w:r>
        <w:rPr>
          <w:b/>
          <w:bCs/>
        </w:rPr>
        <w:t xml:space="preserve"> </w:t>
      </w:r>
      <w:r>
        <w:rPr>
          <w:b/>
          <w:bCs/>
          <w:u w:val="single"/>
        </w:rPr>
        <w:t xml:space="preserve">scoundrel</w:t>
      </w:r>
      <w:r>
        <w:rPr>
          <w:b/>
          <w:bCs/>
        </w:rPr>
        <w:t xml:space="preserve">'s share, and where he feared an ambiguity, you see he added something clearer.</w:t>
      </w:r>
      <w:r>
        <w:br/>
      </w:r>
      <w:r>
        <w:t xml:space="preserve">    (a) the condition of being different</w:t>
      </w:r>
      <w:r>
        <w:br/>
      </w:r>
      <w:r>
        <w:t xml:space="preserve">    (b) important, serious, or dangerous</w:t>
      </w:r>
      <w:r>
        <w:br/>
      </w:r>
      <w:r>
        <w:t xml:space="preserve">    (c) someone without moral principles</w:t>
      </w:r>
    </w:p>
    <w:p>
      <w:pPr>
        <w:pStyle w:val="Compact"/>
        <w:numPr>
          <w:ilvl w:val="0"/>
          <w:numId w:val="1001"/>
        </w:numPr>
      </w:pPr>
      <w:r>
        <w:rPr>
          <w:b/>
          <w:bCs/>
        </w:rPr>
        <w:t xml:space="preserve">I got her through my old friend,</w:t>
      </w:r>
      <w:r>
        <w:rPr>
          <w:b/>
          <w:bCs/>
        </w:rPr>
        <w:t xml:space="preserve"> </w:t>
      </w:r>
      <w:r>
        <w:rPr>
          <w:b/>
          <w:bCs/>
          <w:u w:val="single"/>
        </w:rPr>
        <w:t xml:space="preserve">Blandly</w:t>
      </w:r>
      <w:r>
        <w:rPr>
          <w:b/>
          <w:bCs/>
        </w:rPr>
        <w:t xml:space="preserve">, who has proved himself throughout the most surprising trump.</w:t>
      </w:r>
      <w:r>
        <w:br/>
      </w:r>
      <w:r>
        <w:t xml:space="preserve">    (a) in a manner that is not easily identified</w:t>
      </w:r>
      <w:r>
        <w:br/>
      </w:r>
      <w:r>
        <w:t xml:space="preserve">    (b) in a way that is good at solving problems</w:t>
      </w:r>
      <w:r>
        <w:br/>
      </w:r>
      <w:r>
        <w:t xml:space="preserve">    (c) in a manner that is dull or uninteresting</w:t>
      </w:r>
    </w:p>
    <w:p>
      <w:pPr>
        <w:pStyle w:val="Compact"/>
        <w:numPr>
          <w:ilvl w:val="0"/>
          <w:numId w:val="1001"/>
        </w:numPr>
      </w:pPr>
      <w:r>
        <w:rPr>
          <w:b/>
          <w:bCs/>
        </w:rPr>
        <w:t xml:space="preserve">On our little walk along the quays, he made himself the most interesting companion, telling me about the different ships that we passed by, their rig, tonnage, and nationality, explaining the work that was going forward—how one was discharging, another taking in cargo, and a third making ready for sea—and every now and then telling me some little</w:t>
      </w:r>
      <w:r>
        <w:rPr>
          <w:b/>
          <w:bCs/>
        </w:rPr>
        <w:t xml:space="preserve"> </w:t>
      </w:r>
      <w:r>
        <w:rPr>
          <w:b/>
          <w:bCs/>
          <w:u w:val="single"/>
        </w:rPr>
        <w:t xml:space="preserve">anecdote</w:t>
      </w:r>
      <w:r>
        <w:rPr>
          <w:b/>
          <w:bCs/>
        </w:rPr>
        <w:t xml:space="preserve"> </w:t>
      </w:r>
      <w:r>
        <w:rPr>
          <w:b/>
          <w:bCs/>
        </w:rPr>
        <w:t xml:space="preserve">of ships or seamen or repeating a nautical phrase till I had learned it perfectly.</w:t>
      </w:r>
      <w:r>
        <w:br/>
      </w:r>
      <w:r>
        <w:t xml:space="preserve">    (a) a short story that is true -- often told for amusement or to make a point</w:t>
      </w:r>
      <w:r>
        <w:br/>
      </w:r>
      <w:r>
        <w:t xml:space="preserve">    (b) Hitler's fanatical and oppressive political party in World War II Germany</w:t>
      </w:r>
      <w:r>
        <w:br/>
      </w:r>
      <w:r>
        <w:t xml:space="preserve">    (c) a feeling of anger or unhappiness at having to accept something not liked</w:t>
      </w:r>
    </w:p>
    <w:p>
      <w:pPr>
        <w:pStyle w:val="Compact"/>
        <w:numPr>
          <w:ilvl w:val="0"/>
          <w:numId w:val="1001"/>
        </w:numPr>
      </w:pPr>
      <w:r>
        <w:rPr>
          <w:b/>
          <w:bCs/>
        </w:rPr>
        <w:t xml:space="preserve">In other words, you fear a</w:t>
      </w:r>
      <w:r>
        <w:rPr>
          <w:b/>
          <w:bCs/>
        </w:rPr>
        <w:t xml:space="preserve"> </w:t>
      </w:r>
      <w:r>
        <w:rPr>
          <w:b/>
          <w:bCs/>
          <w:u w:val="single"/>
        </w:rPr>
        <w:t xml:space="preserve">mutiny</w:t>
      </w:r>
      <w:r>
        <w:rPr>
          <w:b/>
          <w:bCs/>
        </w:rPr>
        <w:t xml:space="preserve">.</w:t>
      </w:r>
      <w:r>
        <w:br/>
      </w:r>
      <w:r>
        <w:t xml:space="preserve">    (a) a legal order requiring witnesses to appear, or documents related to an appeal be provided</w:t>
      </w:r>
      <w:r>
        <w:br/>
      </w:r>
      <w:r>
        <w:t xml:space="preserve">    (b) open rebellion against authority -- especially by seamen or soldiers against their officers</w:t>
      </w:r>
      <w:r>
        <w:br/>
      </w:r>
      <w:r>
        <w:t xml:space="preserve">    (c) utter obscenities or profanities; or to speak disrespectfully of something considered sacred</w:t>
      </w:r>
    </w:p>
    <w:p>
      <w:pPr>
        <w:pStyle w:val="Compact"/>
        <w:numPr>
          <w:ilvl w:val="0"/>
          <w:numId w:val="1001"/>
        </w:numPr>
      </w:pPr>
      <w:r>
        <w:rPr>
          <w:b/>
          <w:bCs/>
        </w:rPr>
        <w:t xml:space="preserve">But good did come of the apple barrel, as you shall hear, for if it had not been for that, we should have had no note of warning and might all have</w:t>
      </w:r>
      <w:r>
        <w:rPr>
          <w:b/>
          <w:bCs/>
        </w:rPr>
        <w:t xml:space="preserve"> </w:t>
      </w:r>
      <w:r>
        <w:rPr>
          <w:b/>
          <w:bCs/>
          <w:u w:val="single"/>
        </w:rPr>
        <w:t xml:space="preserve">perished</w:t>
      </w:r>
      <w:r>
        <w:rPr>
          <w:b/>
          <w:bCs/>
        </w:rPr>
        <w:t xml:space="preserve"> </w:t>
      </w:r>
      <w:r>
        <w:rPr>
          <w:b/>
          <w:bCs/>
        </w:rPr>
        <w:t xml:space="preserve">by the hand of treachery.</w:t>
      </w:r>
      <w:r>
        <w:br/>
      </w:r>
      <w:r>
        <w:t xml:space="preserve">    (a) died, was destroyed, or ceased to exist</w:t>
      </w:r>
      <w:r>
        <w:br/>
      </w:r>
      <w:r>
        <w:t xml:space="preserve">    (b) examined in detail to better understand</w:t>
      </w:r>
      <w:r>
        <w:br/>
      </w:r>
      <w:r>
        <w:t xml:space="preserve">    (c) moved into position to work; or started</w:t>
      </w:r>
    </w:p>
    <w:p>
      <w:pPr>
        <w:pStyle w:val="Compact"/>
        <w:numPr>
          <w:ilvl w:val="0"/>
          <w:numId w:val="1001"/>
        </w:numPr>
      </w:pPr>
      <w:r>
        <w:rPr>
          <w:b/>
          <w:bCs/>
        </w:rPr>
        <w:t xml:space="preserve">He did not know, to be sure, that I had overheard his council from the apple barrel, and yet I had by this time taken such a horror of his cruelty, duplicity, and power that I could</w:t>
      </w:r>
      <w:r>
        <w:rPr>
          <w:b/>
          <w:bCs/>
        </w:rPr>
        <w:t xml:space="preserve"> </w:t>
      </w:r>
      <w:r>
        <w:rPr>
          <w:b/>
          <w:bCs/>
          <w:u w:val="single"/>
        </w:rPr>
        <w:t xml:space="preserve">scarce</w:t>
      </w:r>
      <w:r>
        <w:rPr>
          <w:b/>
          <w:bCs/>
        </w:rPr>
        <w:t xml:space="preserve"> </w:t>
      </w:r>
      <w:r>
        <w:rPr>
          <w:b/>
          <w:bCs/>
        </w:rPr>
        <w:t xml:space="preserve">conceal a shudder when he laid his hand upon my arm.</w:t>
      </w:r>
      <w:r>
        <w:br/>
      </w:r>
      <w:r>
        <w:t xml:space="preserve">    (a) in short supply  OR  barely or hardly (by a small margin)</w:t>
      </w:r>
      <w:r>
        <w:br/>
      </w:r>
      <w:r>
        <w:t xml:space="preserve">    (b) a state similar to sleep where one is unaware of anything</w:t>
      </w:r>
      <w:r>
        <w:br/>
      </w:r>
      <w:r>
        <w:t xml:space="preserve">    (c) the state of not being aware or concerned about something</w:t>
      </w:r>
    </w:p>
    <w:p>
      <w:pPr>
        <w:pStyle w:val="Compact"/>
        <w:numPr>
          <w:ilvl w:val="0"/>
          <w:numId w:val="1001"/>
        </w:numPr>
      </w:pPr>
      <w:r>
        <w:rPr>
          <w:b/>
          <w:bCs/>
        </w:rPr>
        <w:t xml:space="preserve">Silver himself appeared less terrible</w:t>
      </w:r>
      <w:r>
        <w:rPr>
          <w:b/>
          <w:bCs/>
        </w:rPr>
        <w:t xml:space="preserve"> </w:t>
      </w:r>
      <w:r>
        <w:rPr>
          <w:b/>
          <w:bCs/>
          <w:u w:val="single"/>
        </w:rPr>
        <w:t xml:space="preserve">in contrast</w:t>
      </w:r>
      <w:r>
        <w:rPr>
          <w:b/>
          <w:bCs/>
        </w:rPr>
        <w:t xml:space="preserve"> </w:t>
      </w:r>
      <w:r>
        <w:rPr>
          <w:b/>
          <w:bCs/>
        </w:rPr>
        <w:t xml:space="preserve">with this creature of the woods, and I turned on my heel, and looking sharply behind me over my shoulder, began to retrace my steps in the direction of the boats.</w:t>
      </w:r>
      <w:r>
        <w:br/>
      </w:r>
      <w:r>
        <w:t xml:space="preserve">    (a) injured muscles or tendons in the back</w:t>
      </w:r>
      <w:r>
        <w:br/>
      </w:r>
      <w:r>
        <w:t xml:space="preserve">    (b) in a comparison that shows differences</w:t>
      </w:r>
      <w:r>
        <w:br/>
      </w:r>
      <w:r>
        <w:t xml:space="preserve">    (c) beyond the permitted boundary or limit</w:t>
      </w:r>
    </w:p>
    <w:p>
      <w:pPr>
        <w:pStyle w:val="Compact"/>
        <w:numPr>
          <w:ilvl w:val="0"/>
          <w:numId w:val="1001"/>
        </w:numPr>
      </w:pPr>
      <w:r>
        <w:rPr>
          <w:b/>
          <w:bCs/>
        </w:rPr>
        <w:t xml:space="preserve">On the other side of the house an immense fire had burned itself into clear embers and shed a steady, red reverberation,</w:t>
      </w:r>
      <w:r>
        <w:rPr>
          <w:b/>
          <w:bCs/>
        </w:rPr>
        <w:t xml:space="preserve"> </w:t>
      </w:r>
      <w:r>
        <w:rPr>
          <w:b/>
          <w:bCs/>
          <w:u w:val="single"/>
        </w:rPr>
        <w:t xml:space="preserve">contrasted</w:t>
      </w:r>
      <w:r>
        <w:rPr>
          <w:b/>
          <w:bCs/>
        </w:rPr>
        <w:t xml:space="preserve"> </w:t>
      </w:r>
      <w:r>
        <w:rPr>
          <w:b/>
          <w:bCs/>
        </w:rPr>
        <w:t xml:space="preserve">strongly with the mellow paleness of the moon.</w:t>
      </w:r>
      <w:r>
        <w:br/>
      </w:r>
      <w:r>
        <w:t xml:space="preserve">    (a) collided</w:t>
      </w:r>
      <w:r>
        <w:br/>
      </w:r>
      <w:r>
        <w:t xml:space="preserve">    (b) differed</w:t>
      </w:r>
      <w:r>
        <w:br/>
      </w:r>
      <w:r>
        <w:t xml:space="preserve">    (c) not said</w:t>
      </w:r>
    </w:p>
    <w:p>
      <w:pPr>
        <w:pStyle w:val="Compact"/>
        <w:numPr>
          <w:ilvl w:val="0"/>
          <w:numId w:val="1001"/>
        </w:numPr>
      </w:pPr>
      <w:r>
        <w:rPr>
          <w:b/>
          <w:bCs/>
        </w:rPr>
        <w:t xml:space="preserve">I've thought it all out in this here lonely island, and I'm back on</w:t>
      </w:r>
      <w:r>
        <w:rPr>
          <w:b/>
          <w:bCs/>
        </w:rPr>
        <w:t xml:space="preserve"> </w:t>
      </w:r>
      <w:r>
        <w:rPr>
          <w:b/>
          <w:bCs/>
          <w:u w:val="single"/>
        </w:rPr>
        <w:t xml:space="preserve">piety</w:t>
      </w:r>
      <w:r>
        <w:rPr>
          <w:b/>
          <w:bCs/>
        </w:rPr>
        <w:t xml:space="preserve">. ... I'm bound I'll be good, and I see the way to.</w:t>
      </w:r>
      <w:r>
        <w:br/>
      </w:r>
      <w:r>
        <w:t xml:space="preserve">    (a) a substance that stimulates the production of antibodies to protect against a disease</w:t>
      </w:r>
      <w:r>
        <w:br/>
      </w:r>
      <w:r>
        <w:t xml:space="preserve">    (b) a shop that offers loans to individuals who use their personal property as collateral</w:t>
      </w:r>
      <w:r>
        <w:br/>
      </w:r>
      <w:r>
        <w:t xml:space="preserve">    (c) highly moral behavior</w:t>
      </w:r>
    </w:p>
    <w:p>
      <w:pPr>
        <w:pStyle w:val="Compact"/>
        <w:numPr>
          <w:ilvl w:val="0"/>
          <w:numId w:val="1001"/>
        </w:numPr>
      </w:pPr>
      <w:r>
        <w:rPr>
          <w:b/>
          <w:bCs/>
        </w:rPr>
        <w:t xml:space="preserve">By this time the tide was beginning to</w:t>
      </w:r>
      <w:r>
        <w:rPr>
          <w:b/>
          <w:bCs/>
        </w:rPr>
        <w:t xml:space="preserve"> </w:t>
      </w:r>
      <w:r>
        <w:rPr>
          <w:b/>
          <w:bCs/>
          <w:u w:val="single"/>
        </w:rPr>
        <w:t xml:space="preserve">ebb</w:t>
      </w:r>
      <w:r>
        <w:rPr>
          <w:b/>
          <w:bCs/>
        </w:rPr>
        <w:t xml:space="preserve">, and the ship was swinging round to her anchor.</w:t>
      </w:r>
      <w:r>
        <w:br/>
      </w:r>
      <w:r>
        <w:t xml:space="preserve">    (a) gradually fall</w:t>
      </w:r>
      <w:r>
        <w:br/>
      </w:r>
      <w:r>
        <w:t xml:space="preserve">    (b) make something more attractive or interesting by adding to it</w:t>
      </w:r>
      <w:r>
        <w:br/>
      </w:r>
      <w:r>
        <w:t xml:space="preserve">    (c) a large structure separate from a main structure or temporary</w:t>
      </w:r>
    </w:p>
    <w:p>
      <w:pPr>
        <w:pStyle w:val="Compact"/>
        <w:numPr>
          <w:ilvl w:val="0"/>
          <w:numId w:val="1001"/>
        </w:numPr>
      </w:pPr>
      <w:r>
        <w:rPr>
          <w:b/>
          <w:bCs/>
        </w:rPr>
        <w:t xml:space="preserve">17</w:t>
      </w:r>
      <w:r>
        <w:rPr>
          <w:b/>
          <w:bCs/>
        </w:rPr>
        <w:t xml:space="preserve"> </w:t>
      </w:r>
      <w:r>
        <w:rPr>
          <w:b/>
          <w:bCs/>
          <w:u w:val="single"/>
        </w:rPr>
        <w:t xml:space="preserve">Narrative</w:t>
      </w:r>
      <w:r>
        <w:rPr>
          <w:b/>
          <w:bCs/>
        </w:rPr>
        <w:t xml:space="preserve"> </w:t>
      </w:r>
      <w:r>
        <w:rPr>
          <w:b/>
          <w:bCs/>
        </w:rPr>
        <w:t xml:space="preserve">Continued by the Doctor: The Jolly-boat's Last Trip THIS fifth trip was quite different from any of the others.</w:t>
      </w:r>
      <w:r>
        <w:br/>
      </w:r>
      <w:r>
        <w:t xml:space="preserve">    (a) snake</w:t>
      </w:r>
      <w:r>
        <w:br/>
      </w:r>
      <w:r>
        <w:t xml:space="preserve">    (b) skill</w:t>
      </w:r>
      <w:r>
        <w:br/>
      </w:r>
      <w:r>
        <w:t xml:space="preserve">    (c) story</w:t>
      </w:r>
    </w:p>
    <w:p>
      <w:pPr>
        <w:pStyle w:val="Compact"/>
        <w:numPr>
          <w:ilvl w:val="0"/>
          <w:numId w:val="1001"/>
        </w:numPr>
      </w:pPr>
      <w:r>
        <w:rPr>
          <w:b/>
          <w:bCs/>
        </w:rPr>
        <w:t xml:space="preserve">We'll have to do</w:t>
      </w:r>
      <w:r>
        <w:rPr>
          <w:b/>
          <w:bCs/>
        </w:rPr>
        <w:t xml:space="preserve"> </w:t>
      </w:r>
      <w:r>
        <w:rPr>
          <w:b/>
          <w:bCs/>
          <w:u w:val="single"/>
        </w:rPr>
        <w:t xml:space="preserve">sentry</w:t>
      </w:r>
      <w:r>
        <w:rPr>
          <w:b/>
          <w:bCs/>
        </w:rPr>
        <w:t xml:space="preserve">-go and ease off a point or so on the rum.</w:t>
      </w:r>
      <w:r>
        <w:br/>
      </w:r>
      <w:r>
        <w:t xml:space="preserve">    (a) social event or ceremony</w:t>
      </w:r>
      <w:r>
        <w:br/>
      </w:r>
      <w:r>
        <w:t xml:space="preserve">    (b) someone who stands guard</w:t>
      </w:r>
      <w:r>
        <w:br/>
      </w:r>
      <w:r>
        <w:t xml:space="preserve">    (c) a positively charged ion</w:t>
      </w:r>
    </w:p>
    <w:p>
      <w:pPr>
        <w:pStyle w:val="Compact"/>
        <w:numPr>
          <w:ilvl w:val="0"/>
          <w:numId w:val="1001"/>
        </w:numPr>
      </w:pPr>
      <w:r>
        <w:rPr>
          <w:b/>
          <w:bCs/>
        </w:rPr>
        <w:t xml:space="preserve">The hawser was as</w:t>
      </w:r>
      <w:r>
        <w:rPr>
          <w:b/>
          <w:bCs/>
        </w:rPr>
        <w:t xml:space="preserve"> </w:t>
      </w:r>
      <w:r>
        <w:rPr>
          <w:b/>
          <w:bCs/>
          <w:u w:val="single"/>
        </w:rPr>
        <w:t xml:space="preserve">taut</w:t>
      </w:r>
      <w:r>
        <w:rPr>
          <w:b/>
          <w:bCs/>
        </w:rPr>
        <w:t xml:space="preserve"> </w:t>
      </w:r>
      <w:r>
        <w:rPr>
          <w:b/>
          <w:bCs/>
        </w:rPr>
        <w:t xml:space="preserve">as a bowstring, and the current so strong she pulled upon her anchor.</w:t>
      </w:r>
      <w:r>
        <w:br/>
      </w:r>
      <w:r>
        <w:t xml:space="preserve">    (a) pulled or drawn tight;</w:t>
      </w:r>
      <w:r>
        <w:br/>
      </w:r>
      <w:r>
        <w:t xml:space="preserve">or: subjected to great tension</w:t>
      </w:r>
      <w:r>
        <w:br/>
      </w:r>
      <w:r>
        <w:t xml:space="preserve">    (b) relating to logical examination to improve understanding</w:t>
      </w:r>
      <w:r>
        <w:br/>
      </w:r>
      <w:r>
        <w:t xml:space="preserve">    (c) the state or degree of being pessimistic or disagreeable</w:t>
      </w:r>
    </w:p>
    <w:p>
      <w:pPr>
        <w:pStyle w:val="Compact"/>
        <w:numPr>
          <w:ilvl w:val="0"/>
          <w:numId w:val="1001"/>
        </w:numPr>
      </w:pPr>
      <w:r>
        <w:rPr>
          <w:b/>
          <w:bCs/>
        </w:rPr>
        <w:t xml:space="preserve">Soon after, with a drink all round, we lay down to sleep, and the outside of Silver's</w:t>
      </w:r>
      <w:r>
        <w:rPr>
          <w:b/>
          <w:bCs/>
        </w:rPr>
        <w:t xml:space="preserve"> </w:t>
      </w:r>
      <w:r>
        <w:rPr>
          <w:b/>
          <w:bCs/>
          <w:u w:val="single"/>
        </w:rPr>
        <w:t xml:space="preserve">vengeance</w:t>
      </w:r>
      <w:r>
        <w:rPr>
          <w:b/>
          <w:bCs/>
        </w:rPr>
        <w:t xml:space="preserve"> </w:t>
      </w:r>
      <w:r>
        <w:rPr>
          <w:b/>
          <w:bCs/>
        </w:rPr>
        <w:t xml:space="preserve">was to put George Merry up for sentinel and threaten him with death if he should prove unfaithful.</w:t>
      </w:r>
      <w:r>
        <w:br/>
      </w:r>
      <w:r>
        <w:t xml:space="preserve">    (a) something that stands out</w:t>
      </w:r>
      <w:r>
        <w:br/>
      </w:r>
      <w:r>
        <w:t xml:space="preserve">    (b) the act of taking revenge</w:t>
      </w:r>
      <w:r>
        <w:br/>
      </w:r>
      <w:r>
        <w:t xml:space="preserve">    (c) something made from parts</w:t>
      </w:r>
    </w:p>
    <w:p>
      <w:pPr>
        <w:pStyle w:val="Compact"/>
        <w:numPr>
          <w:ilvl w:val="0"/>
          <w:numId w:val="1001"/>
        </w:numPr>
      </w:pPr>
      <w:r>
        <w:rPr>
          <w:b/>
          <w:bCs/>
        </w:rPr>
        <w:t xml:space="preserve">"Drink and the devil had done for the rest,"</w:t>
      </w:r>
      <w:r>
        <w:rPr>
          <w:b/>
          <w:bCs/>
        </w:rPr>
        <w:t xml:space="preserve"> </w:t>
      </w:r>
      <w:r>
        <w:rPr>
          <w:b/>
          <w:bCs/>
          <w:u w:val="single"/>
        </w:rPr>
        <w:t xml:space="preserve">with a vengeance</w:t>
      </w:r>
      <w:r>
        <w:rPr>
          <w:b/>
          <w:bCs/>
        </w:rPr>
        <w:t xml:space="preserve">, although, to be sure, we were not quite in so bad a case as that other ship they sang about: With one man of her crew alive, What put to sea with seventy-five.</w:t>
      </w:r>
      <w:r>
        <w:br/>
      </w:r>
      <w:r>
        <w:t xml:space="preserve">    (a) with intensity</w:t>
      </w:r>
      <w:r>
        <w:br/>
      </w:r>
      <w:r>
        <w:t xml:space="preserve">    (b) available cash</w:t>
      </w:r>
      <w:r>
        <w:br/>
      </w:r>
      <w:r>
        <w:t xml:space="preserve">    (c) very important</w:t>
      </w:r>
    </w:p>
    <w:p>
      <w:pPr>
        <w:pStyle w:val="Compact"/>
        <w:numPr>
          <w:ilvl w:val="0"/>
          <w:numId w:val="1001"/>
        </w:numPr>
      </w:pPr>
      <w:r>
        <w:rPr>
          <w:b/>
          <w:bCs/>
        </w:rPr>
        <w:t xml:space="preserve">He himself slept peacefully and snored aloud, yet my heart was sore for him, wicked as he was, to think on the dark</w:t>
      </w:r>
      <w:r>
        <w:rPr>
          <w:b/>
          <w:bCs/>
        </w:rPr>
        <w:t xml:space="preserve"> </w:t>
      </w:r>
      <w:r>
        <w:rPr>
          <w:b/>
          <w:bCs/>
          <w:u w:val="single"/>
        </w:rPr>
        <w:t xml:space="preserve">perils</w:t>
      </w:r>
      <w:r>
        <w:rPr>
          <w:b/>
          <w:bCs/>
        </w:rPr>
        <w:t xml:space="preserve"> </w:t>
      </w:r>
      <w:r>
        <w:rPr>
          <w:b/>
          <w:bCs/>
        </w:rPr>
        <w:t xml:space="preserve">that environed and the shameful gibbet that awaited him.</w:t>
      </w:r>
      <w:r>
        <w:br/>
      </w:r>
      <w:r>
        <w:t xml:space="preserve">    (a) dangers</w:t>
      </w:r>
      <w:r>
        <w:br/>
      </w:r>
      <w:r>
        <w:t xml:space="preserve">    (b) attacks</w:t>
      </w:r>
      <w:r>
        <w:br/>
      </w:r>
      <w:r>
        <w:t xml:space="preserve">    (c) allowed</w:t>
      </w:r>
    </w:p>
    <w:p>
      <w:pPr>
        <w:pStyle w:val="Compact"/>
        <w:numPr>
          <w:ilvl w:val="0"/>
          <w:numId w:val="1001"/>
        </w:numPr>
      </w:pPr>
      <w:r>
        <w:rPr>
          <w:b/>
          <w:bCs/>
        </w:rPr>
        <w:t xml:space="preserve">Should the scheme he had now sketched prove</w:t>
      </w:r>
      <w:r>
        <w:rPr>
          <w:b/>
          <w:bCs/>
        </w:rPr>
        <w:t xml:space="preserve"> </w:t>
      </w:r>
      <w:r>
        <w:rPr>
          <w:b/>
          <w:bCs/>
          <w:u w:val="single"/>
        </w:rPr>
        <w:t xml:space="preserve">feasible</w:t>
      </w:r>
      <w:r>
        <w:rPr>
          <w:b/>
          <w:bCs/>
        </w:rPr>
        <w:t xml:space="preserve">, Silver, already doubly a traitor, would not hesitate to adopt it.</w:t>
      </w:r>
      <w:r>
        <w:br/>
      </w:r>
      <w:r>
        <w:t xml:space="preserve">    (a) able to be translated</w:t>
      </w:r>
      <w:r>
        <w:br/>
      </w:r>
      <w:r>
        <w:t xml:space="preserve">    (b) possible or practical</w:t>
      </w:r>
      <w:r>
        <w:br/>
      </w:r>
      <w:r>
        <w:t xml:space="preserve">    (c) not easily identified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2026-07-31T14:58:17Z</dcterms:created>
  <dcterms:modified xsi:type="dcterms:W3CDTF">2026-07-31T14:58:17Z</dcterms:modified>
</cp:coreProperties>
</file>

<file path=docProps/custom.xml><?xml version="1.0" encoding="utf-8"?>
<Properties xmlns="http://schemas.openxmlformats.org/officeDocument/2006/custom-properties" xmlns:vt="http://schemas.openxmlformats.org/officeDocument/2006/docPropsVTypes"/>
</file>