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d8e2157981489f62b8d3dcc37077650b67bf8a"/>
    <w:p>
      <w:pPr>
        <w:pStyle w:val="Heading1"/>
      </w:pPr>
      <w:r>
        <w:rPr>
          <w:b/>
          <w:bCs/>
        </w:rPr>
        <w:t xml:space="preserve">Travels with Charley</w:t>
      </w:r>
      <w:r>
        <w:br/>
      </w:r>
      <w:r>
        <w:rPr>
          <w:i/>
          <w:iCs/>
        </w:rPr>
        <w:t xml:space="preserve">John Steinbeck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memories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distorted</w:t>
      </w:r>
      <w:r>
        <w:rPr>
          <w:b/>
          <w:bCs/>
        </w:rPr>
        <w:t xml:space="preserve"> </w:t>
      </w:r>
      <w:r>
        <w:rPr>
          <w:b/>
          <w:bCs/>
        </w:rPr>
        <w:t xml:space="preserve">by twenty-five intervening years.</w:t>
      </w:r>
      <w:r>
        <w:br/>
      </w:r>
      <w:r>
        <w:t xml:space="preserve">    (a) said (or make a sound) with the voice</w:t>
      </w:r>
      <w:r>
        <w:br/>
      </w:r>
      <w:r>
        <w:t xml:space="preserve">    (b) altered in an untrue way</w:t>
      </w:r>
      <w:r>
        <w:br/>
      </w:r>
      <w:r>
        <w:t xml:space="preserve">    (c) genetically changed through evolution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just a very lonely, helpless feeling at first—a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</w:t>
      </w:r>
      <w:r>
        <w:rPr>
          <w:b/>
          <w:bCs/>
        </w:rPr>
        <w:t xml:space="preserve"> </w:t>
      </w:r>
      <w:r>
        <w:rPr>
          <w:b/>
          <w:bCs/>
        </w:rPr>
        <w:t xml:space="preserve">feeling.</w:t>
      </w:r>
      <w:r>
        <w:br/>
      </w:r>
      <w:r>
        <w:t xml:space="preserve">    (a) to cause something to move forward</w:t>
      </w:r>
      <w:r>
        <w:br/>
      </w:r>
      <w:r>
        <w:t xml:space="preserve">    (b) make different; or show difference</w:t>
      </w:r>
      <w:r>
        <w:br/>
      </w:r>
      <w:r>
        <w:t xml:space="preserve">    (c) sad or miserable--and often lonely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Such a place the Fallen Angels might have built as a spite to Heaven, dry and sharp,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</w:t>
      </w:r>
      <w:r>
        <w:rPr>
          <w:b/>
          <w:bCs/>
        </w:rPr>
        <w:t xml:space="preserve"> </w:t>
      </w:r>
      <w:r>
        <w:rPr>
          <w:b/>
          <w:bCs/>
        </w:rPr>
        <w:t xml:space="preserve">and dangerous, and for me filled with foreboding.</w:t>
      </w:r>
      <w:r>
        <w:br/>
      </w:r>
      <w:r>
        <w:t xml:space="preserve">    (a) treating thoughtlessly or without respect</w:t>
      </w:r>
      <w:r>
        <w:br/>
      </w:r>
      <w:r>
        <w:t xml:space="preserve">    (b) empty, providing no shelter or sustenance</w:t>
      </w:r>
      <w:r>
        <w:br/>
      </w:r>
      <w:r>
        <w:t xml:space="preserve">    (c) stop interacting; or stop having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an Indian village became too deep in its own filth,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inhabitants</w:t>
      </w:r>
      <w:r>
        <w:rPr>
          <w:b/>
          <w:bCs/>
        </w:rPr>
        <w:t xml:space="preserve"> </w:t>
      </w:r>
      <w:r>
        <w:rPr>
          <w:b/>
          <w:bCs/>
        </w:rPr>
        <w:t xml:space="preserve">moved.</w:t>
      </w:r>
      <w:r>
        <w:br/>
      </w:r>
      <w:r>
        <w:t xml:space="preserve">    (a) people (who live in a particular place)</w:t>
      </w:r>
      <w:r>
        <w:br/>
      </w:r>
      <w:r>
        <w:t xml:space="preserve">    (b) things designed to stops something else</w:t>
      </w:r>
      <w:r>
        <w:br/>
      </w:r>
      <w:r>
        <w:t xml:space="preserve">    (c) things accepted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natural New England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taciturnity</w:t>
      </w:r>
      <w:r>
        <w:rPr>
          <w:b/>
          <w:bCs/>
        </w:rPr>
        <w:t xml:space="preserve"> </w:t>
      </w:r>
      <w:r>
        <w:rPr>
          <w:b/>
          <w:bCs/>
        </w:rPr>
        <w:t xml:space="preserve">reaches its glorious perfection at breakfast.</w:t>
      </w:r>
      <w:r>
        <w:br/>
      </w:r>
      <w:r>
        <w:t xml:space="preserve">    (a) a document granting permission to do something</w:t>
      </w:r>
      <w:r>
        <w:br/>
      </w:r>
      <w:r>
        <w:t xml:space="preserve">    (b) held together (connected or united) or wrapped</w:t>
      </w:r>
      <w:r>
        <w:br/>
      </w:r>
      <w:r>
        <w:t xml:space="preserve">    (c) with a tendency to be reserved and not to talk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cultivate</w:t>
      </w:r>
      <w:r>
        <w:rPr>
          <w:b/>
          <w:bCs/>
        </w:rPr>
        <w:t xml:space="preserve"> </w:t>
      </w:r>
      <w:r>
        <w:rPr>
          <w:b/>
          <w:bCs/>
        </w:rPr>
        <w:t xml:space="preserve">this beard not for the usual given reasons of skin trouble or pain of shaving, nor for the secret purpose of covering a weak chin, but as pure unblushing decoration, much as a peacock finds pleasure in his tail.</w:t>
      </w:r>
      <w:r>
        <w:br/>
      </w:r>
      <w:r>
        <w:t xml:space="preserve">    (a) return to an undesirable previous condition</w:t>
      </w:r>
      <w:r>
        <w:br/>
      </w:r>
      <w:r>
        <w:t xml:space="preserve">    (b) cancel or annul a formal ruling or contract</w:t>
      </w:r>
      <w:r>
        <w:br/>
      </w:r>
      <w:r>
        <w:t xml:space="preserve">    (c) develop, grow, or prepare for growing crops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...in this era of planned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obsolescence</w:t>
      </w:r>
      <w:r>
        <w:rPr>
          <w:b/>
          <w:bCs/>
        </w:rPr>
        <w:t xml:space="preserve">, when a thing breaks down I can usually find something in my collection to repair it—a toilet, or a motor, or a, lawn mower.</w:t>
      </w:r>
      <w:r>
        <w:br/>
      </w:r>
      <w:r>
        <w:t xml:space="preserve">    (a) surrealist artist known for melting clocks and eccentric personality</w:t>
      </w:r>
      <w:r>
        <w:br/>
      </w:r>
      <w:r>
        <w:t xml:space="preserve">    (b) difference; or the process of making different or showing difference</w:t>
      </w:r>
      <w:r>
        <w:br/>
      </w:r>
      <w:r>
        <w:t xml:space="preserve">    (c) no longer in general use because it was replaced by something better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often as I could I chose the small wood roads, and they are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conducive</w:t>
      </w:r>
      <w:r>
        <w:rPr>
          <w:b/>
          <w:bCs/>
        </w:rPr>
        <w:t xml:space="preserve"> </w:t>
      </w:r>
      <w:r>
        <w:rPr>
          <w:b/>
          <w:bCs/>
        </w:rPr>
        <w:t xml:space="preserve">to speed.</w:t>
      </w:r>
      <w:r>
        <w:br/>
      </w:r>
      <w:r>
        <w:t xml:space="preserve">    (a) helpful; or tending to contribute (to something)</w:t>
      </w:r>
      <w:r>
        <w:br/>
      </w:r>
      <w:r>
        <w:t xml:space="preserve">    (b) the state or degree of criticism or disagreement</w:t>
      </w:r>
      <w:r>
        <w:br/>
      </w:r>
      <w:r>
        <w:t xml:space="preserve">    (c) tending to have excessively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of course found myself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prejudiced</w:t>
      </w:r>
      <w:r>
        <w:rPr>
          <w:b/>
          <w:bCs/>
        </w:rPr>
        <w:t xml:space="preserve"> </w:t>
      </w:r>
      <w:r>
        <w:rPr>
          <w:b/>
          <w:bCs/>
        </w:rPr>
        <w:t xml:space="preserve">in spite of his deficiencies, being his owner, but the dog had one advantage over most dogs.</w:t>
      </w:r>
      <w:r>
        <w:br/>
      </w:r>
      <w:r>
        <w:t xml:space="preserve">    (a) injured the ligaments of a joint by stretching them too far (ligaments are the tough, fibrous bands that connect bones across joints)</w:t>
      </w:r>
      <w:r>
        <w:br/>
      </w:r>
      <w:r>
        <w:t xml:space="preserve">    (b) corrupted or seduced from virtue, duty, or allegiance  OR  excessively drank, engaged in casual sex, and/or drug abuse while partying</w:t>
      </w:r>
      <w:r>
        <w:br/>
      </w:r>
      <w:r>
        <w:t xml:space="preserve">    (c) bias that prevents objective consideration -- especially an unreasonable belief that is unfair to members of a race, religion, or other group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treasured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nostalgic</w:t>
      </w:r>
      <w:r>
        <w:rPr>
          <w:b/>
          <w:bCs/>
        </w:rPr>
        <w:t xml:space="preserve"> </w:t>
      </w:r>
      <w:r>
        <w:rPr>
          <w:b/>
          <w:bCs/>
        </w:rPr>
        <w:t xml:space="preserve">picture of the village store, the cracker-barrel store where an informed yeomanry gather to express opinion and formulate the national character, is very rapidly disappearing.</w:t>
      </w:r>
      <w:r>
        <w:br/>
      </w:r>
      <w:r>
        <w:t xml:space="preserve">    (a) feeling reluctant to do something</w:t>
      </w:r>
      <w:r>
        <w:br/>
      </w:r>
      <w:r>
        <w:t xml:space="preserve">    (b) with a longing for something past</w:t>
      </w:r>
      <w:r>
        <w:br/>
      </w:r>
      <w:r>
        <w:t xml:space="preserve">    (c) able to be stopped from happening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Charley, who still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vestiges</w:t>
      </w:r>
      <w:r>
        <w:rPr>
          <w:b/>
          <w:bCs/>
        </w:rPr>
        <w:t xml:space="preserve"> </w:t>
      </w:r>
      <w:r>
        <w:rPr>
          <w:b/>
          <w:bCs/>
        </w:rPr>
        <w:t xml:space="preserve">of his Chicago grooming, waded in the water and became his old dirty self again.</w:t>
      </w:r>
      <w:r>
        <w:br/>
      </w:r>
      <w:r>
        <w:t xml:space="preserve">    (a) relative amounts</w:t>
      </w:r>
      <w:r>
        <w:br/>
      </w:r>
      <w:r>
        <w:t xml:space="preserve">    (b) remaining traces of something that was previously there</w:t>
      </w:r>
      <w:r>
        <w:br/>
      </w:r>
      <w:r>
        <w:t xml:space="preserve">    (c) acts of betrayal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true of all but the breakfasts, which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uniformly</w:t>
      </w:r>
      <w:r>
        <w:rPr>
          <w:b/>
          <w:bCs/>
        </w:rPr>
        <w:t xml:space="preserve"> </w:t>
      </w:r>
      <w:r>
        <w:rPr>
          <w:b/>
          <w:bCs/>
        </w:rPr>
        <w:t xml:space="preserve">wonderful if you stick to bacon and eggs and pan-fried potatoes.</w:t>
      </w:r>
      <w:r>
        <w:br/>
      </w:r>
      <w:r>
        <w:t xml:space="preserve">    (a) in a manner that is consistent (the same in some way)</w:t>
      </w:r>
      <w:r>
        <w:br/>
      </w:r>
      <w:r>
        <w:t xml:space="preserve">    (b) in a manner that is able to be promised or guaranteed</w:t>
      </w:r>
      <w:r>
        <w:br/>
      </w:r>
      <w:r>
        <w:t xml:space="preserve">    (c) in a manner that is clear, so it is easily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grieving sky turned the little water to a dangerous metal and then the wind got up—not the gusty, rabbity wind of the seacoasts I know but a great bursting sweep of wind with nothing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</w:t>
      </w:r>
      <w:r>
        <w:rPr>
          <w:b/>
          <w:bCs/>
        </w:rPr>
        <w:t xml:space="preserve"> </w:t>
      </w:r>
      <w:r>
        <w:rPr>
          <w:b/>
          <w:bCs/>
        </w:rPr>
        <w:t xml:space="preserve">it for a thousand miles in any direction.</w:t>
      </w:r>
      <w:r>
        <w:br/>
      </w:r>
      <w:r>
        <w:t xml:space="preserve">    (a) take on or adopt</w:t>
      </w:r>
      <w:r>
        <w:br/>
      </w:r>
      <w:r>
        <w:t xml:space="preserve">    (b) limit or prevent</w:t>
      </w:r>
      <w:r>
        <w:br/>
      </w:r>
      <w:r>
        <w:t xml:space="preserve">    (c) make more varied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Against the descending sun the battlements were dark and clean-lined, while to the east, where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uninhibited</w:t>
      </w:r>
      <w:r>
        <w:rPr>
          <w:b/>
          <w:bCs/>
        </w:rPr>
        <w:t xml:space="preserve"> </w:t>
      </w:r>
      <w:r>
        <w:rPr>
          <w:b/>
          <w:bCs/>
        </w:rPr>
        <w:t xml:space="preserve">light poured slantwise, the strange landscape shouted with color.</w:t>
      </w:r>
      <w:r>
        <w:br/>
      </w:r>
      <w:r>
        <w:t xml:space="preserve">    (a) the ability to take or adopt power or responsibility</w:t>
      </w:r>
      <w:r>
        <w:br/>
      </w:r>
      <w:r>
        <w:t xml:space="preserve">    (b) the process of excessive encouragement or excitement</w:t>
      </w:r>
      <w:r>
        <w:br/>
      </w:r>
      <w:r>
        <w:t xml:space="preserve">    (c) acting naturally without being overly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it is true I didn't hear many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convictions</w:t>
      </w:r>
      <w:r>
        <w:rPr>
          <w:b/>
          <w:bCs/>
        </w:rPr>
        <w:t xml:space="preserve">.</w:t>
      </w:r>
      <w:r>
        <w:br/>
      </w:r>
      <w:r>
        <w:t xml:space="preserve">    (a) a strong, firmly held belief</w:t>
      </w:r>
      <w:r>
        <w:br/>
      </w:r>
      <w:r>
        <w:t xml:space="preserve">    (b) calculates or judges too low</w:t>
      </w:r>
      <w:r>
        <w:br/>
      </w:r>
      <w:r>
        <w:t xml:space="preserve">    (c) not working or not operating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can't explain how it feels, though on the other hand it can't lie, build up its symptoms,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in the pleasures of hypochondria.</w:t>
      </w:r>
      <w:r>
        <w:br/>
      </w:r>
      <w:r>
        <w:t xml:space="preserve">    (a) think carefully</w:t>
      </w:r>
      <w:r>
        <w:br/>
      </w:r>
      <w:r>
        <w:t xml:space="preserve">    (b) work or operate</w:t>
      </w:r>
      <w:r>
        <w:br/>
      </w:r>
      <w:r>
        <w:t xml:space="preserve">    (c) enjoy to excess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mystique closely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approximating</w:t>
      </w:r>
      <w:r>
        <w:rPr>
          <w:b/>
          <w:bCs/>
        </w:rPr>
        <w:t xml:space="preserve"> </w:t>
      </w:r>
      <w:r>
        <w:rPr>
          <w:b/>
          <w:bCs/>
        </w:rPr>
        <w:t xml:space="preserve">a religion.</w:t>
      </w:r>
      <w:r>
        <w:br/>
      </w:r>
      <w:r>
        <w:t xml:space="preserve">    (a) suggesting that someone was involved</w:t>
      </w:r>
      <w:r>
        <w:br/>
      </w:r>
      <w:r>
        <w:t xml:space="preserve">    (b) walking in an awkward, shuffling way</w:t>
      </w:r>
      <w:r>
        <w:br/>
      </w:r>
      <w:r>
        <w:t xml:space="preserve">    (c) estimating (almost, but not exactly)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years ago, Edna Ferber wrote a book about a very tiny group of very rich Texans. Her description was accurate, so far as my knowledge extends, but the emphasis was one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disparagement</w:t>
      </w:r>
      <w:r>
        <w:rPr>
          <w:b/>
          <w:bCs/>
        </w:rPr>
        <w:t xml:space="preserve">. And instantly the book was attacked by Texans of all groups, classes, and...</w:t>
      </w:r>
      <w:r>
        <w:br/>
      </w:r>
      <w:r>
        <w:t xml:space="preserve">    (a) the process of controlling (how something turns out)</w:t>
      </w:r>
      <w:r>
        <w:br/>
      </w:r>
      <w:r>
        <w:t xml:space="preserve">    (b) criticism</w:t>
      </w:r>
      <w:r>
        <w:br/>
      </w:r>
      <w:r>
        <w:t xml:space="preserve">    (c) the taking on or adoption of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first place I knew the countryside, and in the second I had friends and relatives by marriage, and such a situation makes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objectivity</w:t>
      </w:r>
      <w:r>
        <w:rPr>
          <w:b/>
          <w:bCs/>
        </w:rPr>
        <w:t xml:space="preserve"> </w:t>
      </w:r>
      <w:r>
        <w:rPr>
          <w:b/>
          <w:bCs/>
        </w:rPr>
        <w:t xml:space="preserve">practically impossible,</w:t>
      </w:r>
      <w:r>
        <w:br/>
      </w:r>
      <w:r>
        <w:t xml:space="preserve">    (a) understanding or decisions based on facts without the influence of personal feelings or preferences</w:t>
      </w:r>
      <w:r>
        <w:br/>
      </w:r>
      <w:r>
        <w:t xml:space="preserve">    (b) "spiritually renews" in a Christian ceremony  OR  initiates or purifies by a challenging experience</w:t>
      </w:r>
      <w:r>
        <w:br/>
      </w:r>
      <w:r>
        <w:t xml:space="preserve">    (c) growth hormone -- a hormone produced by the anterior pituitary gland that promotes growth in humans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 more I inspected this American image, the less sure I became of what it is. It appeared to me increasingly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paradoxical</w:t>
      </w:r>
      <w:r>
        <w:rPr>
          <w:b/>
          <w:bCs/>
        </w:rPr>
        <w:t xml:space="preserve">,</w:t>
      </w:r>
      <w:r>
        <w:br/>
      </w:r>
      <w:r>
        <w:t xml:space="preserve">    (a) related to the change of a light wave (or other wave) when it passes an opaque edge or narrow opening</w:t>
      </w:r>
      <w:r>
        <w:br/>
      </w:r>
      <w:r>
        <w:t xml:space="preserve">    (b) a situation or statement that seems impossible because parts of it seem to contradict each other</w:t>
      </w:r>
      <w:r>
        <w:br/>
      </w:r>
      <w:r>
        <w:t xml:space="preserve">    (c) related to a scale where each step is a multiple of the prior step rather than a fixed addition to it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2026-07-31T18:18:29Z</dcterms:created>
  <dcterms:modified xsi:type="dcterms:W3CDTF">2026-07-31T18:18:29Z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