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feb85dfe9c584889458423b48ab246933be1330"/>
    <w:p>
      <w:pPr>
        <w:pStyle w:val="Heading1"/>
      </w:pPr>
      <w:r>
        <w:rPr>
          <w:b/>
          <w:bCs/>
        </w:rPr>
        <w:t xml:space="preserve">Travels with Charley</w:t>
      </w:r>
      <w:r>
        <w:br/>
      </w:r>
      <w:r>
        <w:rPr>
          <w:i/>
          <w:iCs/>
        </w:rPr>
        <w:t xml:space="preserve">John Steinbeck</w:t>
      </w:r>
      <w:r>
        <w:br/>
      </w:r>
      <w:r>
        <w:rPr>
          <w:b/>
          <w:bCs/>
        </w:rPr>
        <w:t xml:space="preserve">Extra Credit 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And because my planned trip had aroused some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satiric</w:t>
      </w:r>
      <w:r>
        <w:rPr>
          <w:b/>
          <w:bCs/>
        </w:rPr>
        <w:t xml:space="preserve"> </w:t>
      </w:r>
      <w:r>
        <w:rPr>
          <w:b/>
          <w:bCs/>
        </w:rPr>
        <w:t xml:space="preserve">remarks among my friends, I named it Rocinante, which you will remember was the name of Don Quixote's horse.</w:t>
      </w:r>
      <w:r>
        <w:br/>
      </w:r>
      <w:r>
        <w:t xml:space="preserve">    (a) full of anger or unhappiness at having to accept something not liked</w:t>
      </w:r>
      <w:r>
        <w:br/>
      </w:r>
      <w:r>
        <w:t xml:space="preserve">    (b) relating to expert judgement of what is good and bad about something</w:t>
      </w:r>
      <w:r>
        <w:br/>
      </w:r>
      <w:r>
        <w:t xml:space="preserve">    (c) a way of making fun of people or ideas -- often through exaggeration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was a silent,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ubiquitous</w:t>
      </w:r>
      <w:r>
        <w:rPr>
          <w:b/>
          <w:bCs/>
        </w:rPr>
        <w:t xml:space="preserve"> </w:t>
      </w:r>
      <w:r>
        <w:rPr>
          <w:b/>
          <w:bCs/>
        </w:rPr>
        <w:t xml:space="preserve">small boy.</w:t>
      </w:r>
      <w:r>
        <w:br/>
      </w:r>
      <w:r>
        <w:t xml:space="preserve">    (a) being present everywhere or all the time</w:t>
      </w:r>
      <w:r>
        <w:br/>
      </w:r>
      <w:r>
        <w:t xml:space="preserve">    (b) lacking a tendency to be full of thought</w:t>
      </w:r>
      <w:r>
        <w:br/>
      </w:r>
      <w:r>
        <w:t xml:space="preserve">    (c) without a tendency to be full of thought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is the only dog I ever knew who could pronounce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consonant</w:t>
      </w:r>
      <w:r>
        <w:rPr>
          <w:b/>
          <w:bCs/>
        </w:rPr>
        <w:t xml:space="preserve"> </w:t>
      </w:r>
      <w:r>
        <w:rPr>
          <w:b/>
          <w:bCs/>
        </w:rPr>
        <w:t xml:space="preserve">F. This is because his front teeth are crooked,</w:t>
      </w:r>
      <w:r>
        <w:br/>
      </w:r>
      <w:r>
        <w:t xml:space="preserve">    (a) a letter of the alphabet that is not a vowel</w:t>
      </w:r>
      <w:r>
        <w:br/>
      </w:r>
      <w:r>
        <w:t xml:space="preserve">    (b) to constrain in some way -- such as tie up, require, or obligate</w:t>
      </w:r>
      <w:r>
        <w:br/>
      </w:r>
      <w:r>
        <w:t xml:space="preserve">    (c) a group formed to discuss or offer insight on a particular topic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is my experience that in some areas Charley is more intelligent than I am, but in others he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abysmally</w:t>
      </w:r>
      <w:r>
        <w:rPr>
          <w:b/>
          <w:bCs/>
        </w:rPr>
        <w:t xml:space="preserve"> </w:t>
      </w:r>
      <w:r>
        <w:rPr>
          <w:b/>
          <w:bCs/>
        </w:rPr>
        <w:t xml:space="preserve">ignorant: He can't read, can't drive a car, and has no grasp of mathematics.</w:t>
      </w:r>
      <w:r>
        <w:br/>
      </w:r>
      <w:r>
        <w:t xml:space="preserve">    (a) enormously</w:t>
      </w:r>
      <w:r>
        <w:br/>
      </w:r>
      <w:r>
        <w:t xml:space="preserve">    (b) very badly</w:t>
      </w:r>
      <w:r>
        <w:br/>
      </w:r>
      <w:r>
        <w:t xml:space="preserve">    (c) habitually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Since a Suggestion from the Master is a Command not unlike Holy Writ, I shall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digress</w:t>
      </w:r>
      <w:r>
        <w:rPr>
          <w:b/>
          <w:bCs/>
        </w:rPr>
        <w:t xml:space="preserve"> </w:t>
      </w:r>
      <w:r>
        <w:rPr>
          <w:b/>
          <w:bCs/>
        </w:rPr>
        <w:t xml:space="preserve">and comply at the same Time.</w:t>
      </w:r>
      <w:r>
        <w:br/>
      </w:r>
      <w:r>
        <w:t xml:space="preserve">    (a) wander from a direct course</w:t>
      </w:r>
      <w:r>
        <w:br/>
      </w:r>
      <w:r>
        <w:t xml:space="preserve">    (b) develop or change gradually</w:t>
      </w:r>
      <w:r>
        <w:br/>
      </w:r>
      <w:r>
        <w:t xml:space="preserve">    (c) pessimistic or disagreeable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When she speaks of it, she gets an other-world look in her eyes and becomes completely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inarticulate</w:t>
      </w:r>
      <w:r>
        <w:rPr>
          <w:b/>
          <w:bCs/>
        </w:rPr>
        <w:t xml:space="preserve">.</w:t>
      </w:r>
      <w:r>
        <w:br/>
      </w:r>
      <w:r>
        <w:t xml:space="preserve">    (a) the degree or quality of being exactly vertical or straight</w:t>
      </w:r>
      <w:r>
        <w:br/>
      </w:r>
      <w:r>
        <w:t xml:space="preserve">    (b) unable to express oneself clearly; or not expressed clearly</w:t>
      </w:r>
      <w:r>
        <w:br/>
      </w:r>
      <w:r>
        <w:t xml:space="preserve">    (c) tendency to be direct in a disagreeable, insensitive manner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does not mean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vacillating</w:t>
      </w:r>
      <w:r>
        <w:rPr>
          <w:b/>
          <w:bCs/>
        </w:rPr>
        <w:t xml:space="preserve"> </w:t>
      </w:r>
      <w:r>
        <w:rPr>
          <w:b/>
          <w:bCs/>
        </w:rPr>
        <w:t xml:space="preserve">at all.</w:t>
      </w:r>
      <w:r>
        <w:br/>
      </w:r>
      <w:r>
        <w:t xml:space="preserve">    (a) trying to obtain a result through gentle and careful effort -- often gently persuading</w:t>
      </w:r>
      <w:r>
        <w:br/>
      </w:r>
      <w:r>
        <w:t xml:space="preserve">    (b) changing one's mind back and forth between conflicting ideas  OR  swaying back and forth</w:t>
      </w:r>
      <w:r>
        <w:br/>
      </w:r>
      <w:r>
        <w:t xml:space="preserve">    (c) strongly criticizing or accusing publicly  OR  (more rarely) informing against someone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New England states use a terse form of instruction, a tight-lipped,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laconic</w:t>
      </w:r>
      <w:r>
        <w:rPr>
          <w:b/>
          <w:bCs/>
        </w:rPr>
        <w:t xml:space="preserve"> </w:t>
      </w:r>
      <w:r>
        <w:rPr>
          <w:b/>
          <w:bCs/>
        </w:rPr>
        <w:t xml:space="preserve">style sheet, wasting no words and few letters.</w:t>
      </w:r>
      <w:r>
        <w:br/>
      </w:r>
      <w:r>
        <w:t xml:space="preserve">    (a) material wealth</w:t>
      </w:r>
      <w:r>
        <w:br/>
      </w:r>
      <w:r>
        <w:t xml:space="preserve">    (b) using few words</w:t>
      </w:r>
      <w:r>
        <w:br/>
      </w:r>
      <w:r>
        <w:t xml:space="preserve">    (c) strongly biased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Indeed the dismal downpour made my intended visit to Niagara Falls seem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redundant</w:t>
      </w:r>
      <w:r>
        <w:rPr>
          <w:b/>
          <w:bCs/>
        </w:rPr>
        <w:t xml:space="preserve">.</w:t>
      </w:r>
      <w:r>
        <w:br/>
      </w:r>
      <w:r>
        <w:t xml:space="preserve">    (a) more than is needed (by repeating one downpour with another)</w:t>
      </w:r>
      <w:r>
        <w:br/>
      </w:r>
      <w:r>
        <w:t xml:space="preserve">    (b) the quality or degree of being straightforward or clear (sometimes indicating that truth is not worded carefully to spare feelings or gain advantage)</w:t>
      </w:r>
      <w:r>
        <w:br/>
      </w:r>
      <w:r>
        <w:t xml:space="preserve">    (c) the degree to which a performance of or to someone else's work lends itself to the expression of personal artistic ideas or feelings by the performer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My voice took on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strident</w:t>
      </w:r>
      <w:r>
        <w:rPr>
          <w:b/>
          <w:bCs/>
        </w:rPr>
        <w:t xml:space="preserve"> </w:t>
      </w:r>
      <w:r>
        <w:rPr>
          <w:b/>
          <w:bCs/>
        </w:rPr>
        <w:t xml:space="preserve">tone of virtuous outrage which automatically arouses suspicion.</w:t>
      </w:r>
      <w:r>
        <w:br/>
      </w:r>
      <w:r>
        <w:t xml:space="preserve">    (a) clear, easily noticed, and/or identifiable as different or separate</w:t>
      </w:r>
      <w:r>
        <w:br/>
      </w:r>
      <w:r>
        <w:t xml:space="preserve">    (b) not capable of being better understood through detailed examination</w:t>
      </w:r>
      <w:r>
        <w:br/>
      </w:r>
      <w:r>
        <w:t xml:space="preserve">    (c) unpleasantly forceful when expressing opinions; or loud and harsh</w:t>
      </w:r>
      <w:r>
        <w:br/>
      </w:r>
      <w:r>
        <w:br/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Of course the deep south holds on by main strength to its regional expressions, just as it holds and treasures some other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anachronisms</w:t>
      </w:r>
      <w:r>
        <w:rPr>
          <w:b/>
          <w:bCs/>
        </w:rPr>
        <w:t xml:space="preserve">, but no region can hold out for long against the highway, the high-tension line, and the national television.</w:t>
      </w:r>
      <w:r>
        <w:br/>
      </w:r>
      <w:r>
        <w:t xml:space="preserve">    (a) substances that stimulate the production of antibodies to protect against a disease</w:t>
      </w:r>
      <w:r>
        <w:br/>
      </w:r>
      <w:r>
        <w:t xml:space="preserve">    (b) believers in the teachings of the Chinese philosopher, Confucius (circa 551-478 BC)</w:t>
      </w:r>
      <w:r>
        <w:br/>
      </w:r>
      <w:r>
        <w:t xml:space="preserve">    (c) something out of place for it's time - typically something that belongs in the past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On the second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supposition</w:t>
      </w:r>
      <w:r>
        <w:rPr>
          <w:b/>
          <w:bCs/>
        </w:rPr>
        <w:t xml:space="preserve"> </w:t>
      </w:r>
      <w:r>
        <w:rPr>
          <w:b/>
          <w:bCs/>
        </w:rPr>
        <w:t xml:space="preserve">I put out my hand and awakened him, but the dream must have been strong.</w:t>
      </w:r>
      <w:r>
        <w:br/>
      </w:r>
      <w:r>
        <w:t xml:space="preserve">    (a) something supposed (rather than something known to be so) -- such as a disputed belief or assumption</w:t>
      </w:r>
      <w:r>
        <w:br/>
      </w:r>
      <w:r>
        <w:t xml:space="preserve">    (b) nerve cells running from the base of the skull to the lower back and enclosed by vertebrae in adults</w:t>
      </w:r>
      <w:r>
        <w:br/>
      </w:r>
      <w:r>
        <w:t xml:space="preserve">    (c) a powerful stimulant drug that increases activity in the brain and nervous system -- often addictive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Even at his age he is a vain dog and loves to be beautified, but when he found he was to be left and in Chicago, his ordinary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aplomb</w:t>
      </w:r>
      <w:r>
        <w:rPr>
          <w:b/>
          <w:bCs/>
        </w:rPr>
        <w:t xml:space="preserve"> </w:t>
      </w:r>
      <w:r>
        <w:rPr>
          <w:b/>
          <w:bCs/>
        </w:rPr>
        <w:t xml:space="preserve">broke down and he cried out in rage and despair.</w:t>
      </w:r>
      <w:r>
        <w:br/>
      </w:r>
      <w:r>
        <w:t xml:space="preserve">    (a) continuation through time</w:t>
      </w:r>
      <w:r>
        <w:br/>
      </w:r>
      <w:r>
        <w:t xml:space="preserve">    (b) cheerfulness and optimism</w:t>
      </w:r>
      <w:r>
        <w:br/>
      </w:r>
      <w:r>
        <w:t xml:space="preserve">    (c) confidence and competence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Although it was only mid-morning, I cooked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sumptuous</w:t>
      </w:r>
      <w:r>
        <w:rPr>
          <w:b/>
          <w:bCs/>
        </w:rPr>
        <w:t xml:space="preserve"> </w:t>
      </w:r>
      <w:r>
        <w:rPr>
          <w:b/>
          <w:bCs/>
        </w:rPr>
        <w:t xml:space="preserve">dinner for myself, but I don't remember what it was.</w:t>
      </w:r>
      <w:r>
        <w:br/>
      </w:r>
      <w:r>
        <w:t xml:space="preserve">    (a) the quality of behaving in an instinctive, uninhibited, and unplanned manner</w:t>
      </w:r>
      <w:r>
        <w:br/>
      </w:r>
      <w:r>
        <w:t xml:space="preserve">    (b) the state or degree of having the ability to change for different situations</w:t>
      </w:r>
      <w:r>
        <w:br/>
      </w:r>
      <w:r>
        <w:t xml:space="preserve">    (c) magnificent (impressively wonderful) -- often indicating something expensive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was in trouble, his abdomen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distended</w:t>
      </w:r>
      <w:r>
        <w:rPr>
          <w:b/>
          <w:bCs/>
        </w:rPr>
        <w:t xml:space="preserve"> </w:t>
      </w:r>
      <w:r>
        <w:rPr>
          <w:b/>
          <w:bCs/>
        </w:rPr>
        <w:t xml:space="preserve">and his nose and ears hot.</w:t>
      </w:r>
      <w:r>
        <w:br/>
      </w:r>
      <w:r>
        <w:t xml:space="preserve">    (a) excessively excited</w:t>
      </w:r>
      <w:r>
        <w:br/>
      </w:r>
      <w:r>
        <w:t xml:space="preserve">    (b) swollen (sticking out)</w:t>
      </w:r>
      <w:r>
        <w:br/>
      </w:r>
      <w:r>
        <w:t xml:space="preserve">    (c) nervous or confused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is obvious that within a very short time a whole new method of taxation will have to be devised, else the burden on real estate will be so great that no one will be able to afford it; far from being a source of profit, ownership will be a penalty, and this will be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apex</w:t>
      </w:r>
      <w:r>
        <w:rPr>
          <w:b/>
          <w:bCs/>
        </w:rPr>
        <w:t xml:space="preserve"> </w:t>
      </w:r>
      <w:r>
        <w:rPr>
          <w:b/>
          <w:bCs/>
        </w:rPr>
        <w:t xml:space="preserve">of a pyramid of paradoxes.</w:t>
      </w:r>
      <w:r>
        <w:br/>
      </w:r>
      <w:r>
        <w:t xml:space="preserve">    (a) highest point</w:t>
      </w:r>
      <w:r>
        <w:br/>
      </w:r>
      <w:r>
        <w:t xml:space="preserve">    (b) use of reason</w:t>
      </w:r>
      <w:r>
        <w:br/>
      </w:r>
      <w:r>
        <w:t xml:space="preserve">    (c) determination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One quality of such places as I am trying to define is that a very large part of them is personal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subjective</w:t>
      </w:r>
      <w:r>
        <w:rPr>
          <w:b/>
          <w:bCs/>
        </w:rPr>
        <w:t xml:space="preserve">.</w:t>
      </w:r>
      <w:r>
        <w:br/>
      </w:r>
      <w:r>
        <w:t xml:space="preserve">    (a) influenced by personal belief, feelings, or preferences (rather than being based purely upon fact)</w:t>
      </w:r>
      <w:r>
        <w:br/>
      </w:r>
      <w:r>
        <w:t xml:space="preserve">    (b) the quality of bad circumstances for a particular purpose -- especially the circumstance of timing</w:t>
      </w:r>
      <w:r>
        <w:br/>
      </w:r>
      <w:r>
        <w:t xml:space="preserve">    (c) the state or quality of expressing or displaying sexual activity or violence with detailed clarity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only part of his formula I know is that he uses distilled water for his ice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distills</w:t>
      </w:r>
      <w:r>
        <w:rPr>
          <w:b/>
          <w:bCs/>
        </w:rPr>
        <w:t xml:space="preserve"> </w:t>
      </w:r>
      <w:r>
        <w:rPr>
          <w:b/>
          <w:bCs/>
        </w:rPr>
        <w:t xml:space="preserve">it himself to be sure.</w:t>
      </w:r>
      <w:r>
        <w:br/>
      </w:r>
      <w:r>
        <w:t xml:space="preserve">    (a) purified</w:t>
      </w:r>
      <w:r>
        <w:br/>
      </w:r>
      <w:r>
        <w:t xml:space="preserve">    (b) items characterized by narrower parallel folds when closed and wider when open -- such as a door or musical instrument with that characteristic</w:t>
      </w:r>
      <w:r>
        <w:br/>
      </w:r>
      <w:r>
        <w:t xml:space="preserve">    (c) (verb) intentionally angers, challenges, or upsets someone  OR  (noun) insults or other actions intended to anger, challenge, or upset someone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I've seen this kind bellow for blood at a prize fight, have orgasms when a man is gored in the bull ring, stare with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vicarious</w:t>
      </w:r>
      <w:r>
        <w:rPr>
          <w:b/>
          <w:bCs/>
        </w:rPr>
        <w:t xml:space="preserve"> </w:t>
      </w:r>
      <w:r>
        <w:rPr>
          <w:b/>
          <w:bCs/>
        </w:rPr>
        <w:t xml:space="preserve">lust at a highway accident, stand patiently in line for the privilege of watching any pain or any agony.</w:t>
      </w:r>
      <w:r>
        <w:br/>
      </w:r>
      <w:r>
        <w:t xml:space="preserve">    (a) the degree to which something can be translated</w:t>
      </w:r>
      <w:r>
        <w:br/>
      </w:r>
      <w:r>
        <w:t xml:space="preserve">    (b) experienced secondhand (through another person)</w:t>
      </w:r>
      <w:r>
        <w:br/>
      </w:r>
      <w:r>
        <w:t xml:space="preserve">    (c) the state or degree of being good or beneficial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"You've got a good ear," I said, I thought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facetiously</w:t>
      </w:r>
      <w:r>
        <w:rPr>
          <w:b/>
          <w:bCs/>
        </w:rPr>
        <w:t xml:space="preserve">.</w:t>
      </w:r>
      <w:r>
        <w:br/>
      </w:r>
      <w:r>
        <w:t xml:space="preserve">    (a) aka analytically -- in a manner that relates to a theory of psychiatry</w:t>
      </w:r>
      <w:r>
        <w:br/>
      </w:r>
      <w:r>
        <w:t xml:space="preserve">    (b) in a manner that impacts the natural world (life, air, water, land...)</w:t>
      </w:r>
      <w:r>
        <w:br/>
      </w:r>
      <w:r>
        <w:t xml:space="preserve">    (c) humorously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2026-07-31T18:18:30Z</dcterms:created>
  <dcterms:modified xsi:type="dcterms:W3CDTF">2026-07-31T18:18:30Z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