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2072968def8ba4027c231c7f2028e7006d7344e"/>
    <w:p>
      <w:pPr>
        <w:pStyle w:val="Heading1"/>
      </w:pPr>
      <w:r>
        <w:rPr>
          <w:b/>
          <w:bCs/>
        </w:rPr>
        <w:t xml:space="preserve">Touching Spirit Bear</w:t>
      </w:r>
      <w:r>
        <w:br/>
      </w:r>
      <w:r>
        <w:rPr>
          <w:i/>
          <w:iCs/>
        </w:rPr>
        <w:t xml:space="preserve">Ben Mikaeslen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acknowledged</w:t>
      </w:r>
      <w:r>
        <w:rPr>
          <w:b/>
          <w:bCs/>
        </w:rPr>
        <w:t xml:space="preserve"> </w:t>
      </w:r>
      <w:r>
        <w:rPr>
          <w:b/>
          <w:bCs/>
        </w:rPr>
        <w:t xml:space="preserve">her mistake and apologized.</w:t>
      </w:r>
      <w:r>
        <w:br/>
      </w:r>
      <w:r>
        <w:t xml:space="preserve">    (a) exaggerated</w:t>
      </w:r>
      <w:r>
        <w:br/>
      </w:r>
      <w:r>
        <w:t xml:space="preserve">    (b) minimized</w:t>
      </w:r>
      <w:r>
        <w:br/>
      </w:r>
      <w:r>
        <w:t xml:space="preserve">    (c) admitted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tried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banish</w:t>
      </w:r>
      <w:r>
        <w:rPr>
          <w:b/>
          <w:bCs/>
        </w:rPr>
        <w:t xml:space="preserve"> </w:t>
      </w:r>
      <w:r>
        <w:rPr>
          <w:b/>
          <w:bCs/>
        </w:rPr>
        <w:t xml:space="preserve">the thought from my mind.</w:t>
      </w:r>
      <w:r>
        <w:br/>
      </w:r>
      <w:r>
        <w:t xml:space="preserve">    (a) understand</w:t>
      </w:r>
      <w:r>
        <w:br/>
      </w:r>
      <w:r>
        <w:t xml:space="preserve">    (b) send away</w:t>
      </w:r>
      <w:r>
        <w:br/>
      </w:r>
      <w:r>
        <w:t xml:space="preserve">    (c) collect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job prospects are hindered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consequence</w:t>
      </w:r>
      <w:r>
        <w:rPr>
          <w:b/>
          <w:bCs/>
        </w:rPr>
        <w:t xml:space="preserve"> </w:t>
      </w:r>
      <w:r>
        <w:rPr>
          <w:b/>
          <w:bCs/>
        </w:rPr>
        <w:t xml:space="preserve">of the conviction.</w:t>
      </w:r>
      <w:r>
        <w:br/>
      </w:r>
      <w:r>
        <w:t xml:space="preserve">    (a) important part</w:t>
      </w:r>
      <w:r>
        <w:br/>
      </w:r>
      <w:r>
        <w:t xml:space="preserve">    (b) result</w:t>
      </w:r>
      <w:r>
        <w:br/>
      </w:r>
      <w:r>
        <w:t xml:space="preserve">    (c) unimportant part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lot of people get into trouble by signing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contracts</w:t>
      </w:r>
      <w:r>
        <w:rPr>
          <w:b/>
          <w:bCs/>
        </w:rPr>
        <w:t xml:space="preserve"> </w:t>
      </w:r>
      <w:r>
        <w:rPr>
          <w:b/>
          <w:bCs/>
        </w:rPr>
        <w:t xml:space="preserve">they don't understand.</w:t>
      </w:r>
      <w:r>
        <w:br/>
      </w:r>
      <w:r>
        <w:t xml:space="preserve">    (a) written agreement with much small print</w:t>
      </w:r>
      <w:r>
        <w:br/>
      </w:r>
      <w:r>
        <w:t xml:space="preserve">    (b) written agreements with terms that are not specified</w:t>
      </w:r>
      <w:r>
        <w:br/>
      </w:r>
      <w:r>
        <w:t xml:space="preserve">    (c) written agreements that is enforceable by law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medal is given only to a few who have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demonstrated</w:t>
      </w:r>
      <w:r>
        <w:rPr>
          <w:b/>
          <w:bCs/>
        </w:rPr>
        <w:t xml:space="preserve"> </w:t>
      </w:r>
      <w:r>
        <w:rPr>
          <w:b/>
          <w:bCs/>
        </w:rPr>
        <w:t xml:space="preserve">extraordinary courage while defending their country.</w:t>
      </w:r>
      <w:r>
        <w:br/>
      </w:r>
      <w:r>
        <w:t xml:space="preserve">    (a) shown</w:t>
      </w:r>
      <w:r>
        <w:br/>
      </w:r>
      <w:r>
        <w:t xml:space="preserve">    (b) encouraged</w:t>
      </w:r>
      <w:r>
        <w:br/>
      </w:r>
      <w:r>
        <w:t xml:space="preserve">    (c) protested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lions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the antelope.</w:t>
      </w:r>
      <w:r>
        <w:br/>
      </w:r>
      <w:r>
        <w:t xml:space="preserve">    (a) killed</w:t>
      </w:r>
      <w:r>
        <w:br/>
      </w:r>
      <w:r>
        <w:t xml:space="preserve">    (b) ate</w:t>
      </w:r>
      <w:r>
        <w:br/>
      </w:r>
      <w:r>
        <w:t xml:space="preserve">    (c) caught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Over a thousand acres of the forest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devoured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flames.</w:t>
      </w:r>
      <w:r>
        <w:br/>
      </w:r>
      <w:r>
        <w:t xml:space="preserve">    (a) spared</w:t>
      </w:r>
      <w:r>
        <w:br/>
      </w:r>
      <w:r>
        <w:t xml:space="preserve">    (b) endangered</w:t>
      </w:r>
      <w:r>
        <w:br/>
      </w:r>
      <w:r>
        <w:t xml:space="preserve">    (c) destroyed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Night and day we live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incessant</w:t>
      </w:r>
      <w:r>
        <w:rPr>
          <w:b/>
          <w:bCs/>
        </w:rPr>
        <w:t xml:space="preserve"> </w:t>
      </w:r>
      <w:r>
        <w:rPr>
          <w:b/>
          <w:bCs/>
        </w:rPr>
        <w:t xml:space="preserve">noise of the city.</w:t>
      </w:r>
      <w:r>
        <w:br/>
      </w:r>
      <w:r>
        <w:t xml:space="preserve">    (a) loud</w:t>
      </w:r>
      <w:r>
        <w:br/>
      </w:r>
      <w:r>
        <w:t xml:space="preserve">    (b) pleasant</w:t>
      </w:r>
      <w:r>
        <w:br/>
      </w:r>
      <w:r>
        <w:t xml:space="preserve">    (c) continuous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American's have a hard time understanding that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mock</w:t>
      </w:r>
      <w:r>
        <w:rPr>
          <w:b/>
          <w:bCs/>
        </w:rPr>
        <w:t xml:space="preserve"> </w:t>
      </w:r>
      <w:r>
        <w:rPr>
          <w:b/>
          <w:bCs/>
        </w:rPr>
        <w:t xml:space="preserve">Islam is to invite violence.</w:t>
      </w:r>
      <w:r>
        <w:br/>
      </w:r>
      <w:r>
        <w:t xml:space="preserve">    (a) not believe in</w:t>
      </w:r>
      <w:r>
        <w:br/>
      </w:r>
      <w:r>
        <w:t xml:space="preserve">    (b) make fun of</w:t>
      </w:r>
      <w:r>
        <w:br/>
      </w:r>
      <w:r>
        <w:t xml:space="preserve">    (c) discriminate against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imprisoned for life without the possibility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parole</w:t>
      </w:r>
      <w:r>
        <w:rPr>
          <w:b/>
          <w:bCs/>
        </w:rPr>
        <w:t xml:space="preserve">.</w:t>
      </w:r>
      <w:r>
        <w:br/>
      </w:r>
      <w:r>
        <w:t xml:space="preserve">    (a) appeal to a higher court</w:t>
      </w:r>
      <w:r>
        <w:br/>
      </w:r>
      <w:r>
        <w:t xml:space="preserve">    (b) early release from prison</w:t>
      </w:r>
      <w:r>
        <w:br/>
      </w:r>
      <w:r>
        <w:t xml:space="preserve">    (c) transfer to a new prison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persistent</w:t>
      </w:r>
      <w:r>
        <w:rPr>
          <w:b/>
          <w:bCs/>
        </w:rPr>
        <w:t xml:space="preserve"> </w:t>
      </w:r>
      <w:r>
        <w:rPr>
          <w:b/>
          <w:bCs/>
        </w:rPr>
        <w:t xml:space="preserve">rain finally stopped after flooding streets for a full week.</w:t>
      </w:r>
      <w:r>
        <w:br/>
      </w:r>
      <w:r>
        <w:t xml:space="preserve">    (a) suddenly starting</w:t>
      </w:r>
      <w:r>
        <w:br/>
      </w:r>
      <w:r>
        <w:t xml:space="preserve">    (b) continuing steadily</w:t>
      </w:r>
      <w:r>
        <w:br/>
      </w:r>
      <w:r>
        <w:t xml:space="preserve">    (c) quickly 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our team will win on Friday.</w:t>
      </w:r>
      <w:r>
        <w:br/>
      </w:r>
      <w:r>
        <w:t xml:space="preserve">    (a) certain</w:t>
      </w:r>
      <w:r>
        <w:br/>
      </w:r>
      <w:r>
        <w:t xml:space="preserve">    (b) pretty sure</w:t>
      </w:r>
      <w:r>
        <w:br/>
      </w:r>
      <w:r>
        <w:t xml:space="preserve">    (c) 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Volunteering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impact on the whole neighborhood.</w:t>
      </w:r>
      <w:r>
        <w:br/>
      </w:r>
      <w:r>
        <w:t xml:space="preserve">    (a) good or beneficial</w:t>
      </w:r>
      <w:r>
        <w:br/>
      </w:r>
      <w:r>
        <w:t xml:space="preserve">    (b) minor and unnoticed</w:t>
      </w:r>
      <w:r>
        <w:br/>
      </w:r>
      <w:r>
        <w:t xml:space="preserve">    (c) harmful or damaging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stifle</w:t>
      </w:r>
      <w:r>
        <w:rPr>
          <w:b/>
          <w:bCs/>
        </w:rPr>
        <w:t xml:space="preserve"> </w:t>
      </w:r>
      <w:r>
        <w:rPr>
          <w:b/>
          <w:bCs/>
        </w:rPr>
        <w:t xml:space="preserve">a laugh during the somber funeral service.</w:t>
      </w:r>
      <w:r>
        <w:br/>
      </w:r>
      <w:r>
        <w:t xml:space="preserve">    (a) let out freely</w:t>
      </w:r>
      <w:r>
        <w:br/>
      </w:r>
      <w:r>
        <w:t xml:space="preserve">    (b) hold back</w:t>
      </w:r>
      <w:r>
        <w:br/>
      </w:r>
      <w:r>
        <w:t xml:space="preserve">    (c) loudly announce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heat and humidity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stifling</w:t>
      </w:r>
      <w:r>
        <w:rPr>
          <w:b/>
          <w:bCs/>
        </w:rPr>
        <w:t xml:space="preserve">.</w:t>
      </w:r>
      <w:r>
        <w:br/>
      </w:r>
      <w:r>
        <w:t xml:space="preserve">    (a) uncomfortable</w:t>
      </w:r>
      <w:r>
        <w:br/>
      </w:r>
      <w:r>
        <w:t xml:space="preserve">    (b) not bad</w:t>
      </w:r>
      <w:r>
        <w:br/>
      </w:r>
      <w:r>
        <w:t xml:space="preserve">    (c) summertime events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sullen</w:t>
      </w:r>
      <w:r>
        <w:rPr>
          <w:b/>
          <w:bCs/>
        </w:rPr>
        <w:t xml:space="preserve"> </w:t>
      </w:r>
      <w:r>
        <w:rPr>
          <w:b/>
          <w:bCs/>
        </w:rPr>
        <w:t xml:space="preserve">crowd watched the execution.</w:t>
      </w:r>
      <w:r>
        <w:br/>
      </w:r>
      <w:r>
        <w:t xml:space="preserve">    (a) celebrating</w:t>
      </w:r>
      <w:r>
        <w:br/>
      </w:r>
      <w:r>
        <w:t xml:space="preserve">    (b) excited</w:t>
      </w:r>
      <w:r>
        <w:br/>
      </w:r>
      <w:r>
        <w:t xml:space="preserve">    (c) unhappy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study found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traces</w:t>
      </w:r>
      <w:r>
        <w:rPr>
          <w:b/>
          <w:bCs/>
        </w:rPr>
        <w:t xml:space="preserve"> </w:t>
      </w:r>
      <w:r>
        <w:rPr>
          <w:b/>
          <w:bCs/>
        </w:rPr>
        <w:t xml:space="preserve">of cocaine on most $20 bills used in large cities of the United States and Canada.</w:t>
      </w:r>
      <w:r>
        <w:br/>
      </w:r>
      <w:r>
        <w:t xml:space="preserve">    (a) large amounts</w:t>
      </w:r>
      <w:r>
        <w:br/>
      </w:r>
      <w:r>
        <w:t xml:space="preserve">    (b) tiny quantities</w:t>
      </w:r>
      <w:r>
        <w:br/>
      </w:r>
      <w:r>
        <w:t xml:space="preserve">    (c) various types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used a stick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trace</w:t>
      </w:r>
      <w:r>
        <w:rPr>
          <w:b/>
          <w:bCs/>
        </w:rPr>
        <w:t xml:space="preserve"> </w:t>
      </w:r>
      <w:r>
        <w:rPr>
          <w:b/>
          <w:bCs/>
        </w:rPr>
        <w:t xml:space="preserve">a mysterious symbol on the sand.</w:t>
      </w:r>
      <w:r>
        <w:br/>
      </w:r>
      <w:r>
        <w:t xml:space="preserve">    (a) uncover</w:t>
      </w:r>
      <w:r>
        <w:br/>
      </w:r>
      <w:r>
        <w:t xml:space="preserve">    (b) draw</w:t>
      </w:r>
      <w:r>
        <w:br/>
      </w:r>
      <w:r>
        <w:t xml:space="preserve">    (c) erase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a gorgeous beach, but the waves make swimming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treacherous</w:t>
      </w:r>
      <w:r>
        <w:rPr>
          <w:b/>
          <w:bCs/>
        </w:rPr>
        <w:t xml:space="preserve">.</w:t>
      </w:r>
      <w:r>
        <w:br/>
      </w:r>
      <w:r>
        <w:t xml:space="preserve">    (a) dangerous</w:t>
      </w:r>
      <w:r>
        <w:br/>
      </w:r>
      <w:r>
        <w:t xml:space="preserve">    (b) exciting</w:t>
      </w:r>
      <w:r>
        <w:br/>
      </w:r>
      <w:r>
        <w:t xml:space="preserve">    (c) impossible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will never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waver</w:t>
      </w:r>
      <w:r>
        <w:rPr>
          <w:b/>
          <w:bCs/>
        </w:rPr>
        <w:t xml:space="preserve"> </w:t>
      </w:r>
      <w:r>
        <w:rPr>
          <w:b/>
          <w:bCs/>
        </w:rPr>
        <w:t xml:space="preserve">in our commitment to provide the best education possible.</w:t>
      </w:r>
      <w:r>
        <w:br/>
      </w:r>
      <w:r>
        <w:t xml:space="preserve">    (a) grow rapidly</w:t>
      </w:r>
      <w:r>
        <w:br/>
      </w:r>
      <w:r>
        <w:t xml:space="preserve">    (b) speak forcefully</w:t>
      </w:r>
      <w:r>
        <w:br/>
      </w:r>
      <w:r>
        <w:t xml:space="preserve">    (c) be unsteady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2026-07-31T18:25:33Z</dcterms:created>
  <dcterms:modified xsi:type="dcterms:W3CDTF">2026-07-31T18:25:33Z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