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2c9b8bde61ae5cbbfb1b3b97c5a3e98416fd27"/>
    <w:p>
      <w:pPr>
        <w:pStyle w:val="Heading1"/>
      </w:pPr>
      <w:r>
        <w:rPr>
          <w:b/>
          <w:bCs/>
        </w:rPr>
        <w:t xml:space="preserve">Touching Spirit Bear</w:t>
      </w:r>
      <w:r>
        <w:br/>
      </w:r>
      <w:r>
        <w:rPr>
          <w:i/>
          <w:iCs/>
        </w:rPr>
        <w:t xml:space="preserve">Ben Mikaeslen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chased from the room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acrid</w:t>
      </w:r>
      <w:r>
        <w:rPr>
          <w:b/>
          <w:bCs/>
        </w:rPr>
        <w:t xml:space="preserve"> </w:t>
      </w:r>
      <w:r>
        <w:rPr>
          <w:b/>
          <w:bCs/>
        </w:rPr>
        <w:t xml:space="preserve">smoke.</w:t>
      </w:r>
      <w:r>
        <w:br/>
      </w:r>
      <w:r>
        <w:t xml:space="preserve">    (a) unhealthy</w:t>
      </w:r>
      <w:r>
        <w:br/>
      </w:r>
      <w:r>
        <w:t xml:space="preserve">    (b) harsh</w:t>
      </w:r>
      <w:r>
        <w:br/>
      </w:r>
      <w:r>
        <w:t xml:space="preserve">    (c) black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often see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amble</w:t>
      </w:r>
      <w:r>
        <w:rPr>
          <w:b/>
          <w:bCs/>
        </w:rPr>
        <w:t xml:space="preserve"> </w:t>
      </w:r>
      <w:r>
        <w:rPr>
          <w:b/>
          <w:bCs/>
        </w:rPr>
        <w:t xml:space="preserve">along the beach at sunset.</w:t>
      </w:r>
      <w:r>
        <w:br/>
      </w:r>
      <w:r>
        <w:t xml:space="preserve">    (a) walk leisurely</w:t>
      </w:r>
      <w:r>
        <w:br/>
      </w:r>
      <w:r>
        <w:t xml:space="preserve">    (b) power walk</w:t>
      </w:r>
      <w:r>
        <w:br/>
      </w:r>
      <w:r>
        <w:t xml:space="preserve">    (c) jog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brandished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gun in his direction.</w:t>
      </w:r>
      <w:r>
        <w:br/>
      </w:r>
      <w:r>
        <w:t xml:space="preserve">    (a) pointed to the floor</w:t>
      </w:r>
      <w:r>
        <w:br/>
      </w:r>
      <w:r>
        <w:t xml:space="preserve">    (b) fired</w:t>
      </w:r>
      <w:r>
        <w:br/>
      </w:r>
      <w:r>
        <w:t xml:space="preserve">    (c) waved aggressively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thief walked right into the store and stole a diamond necklace in broad daylight.</w:t>
      </w:r>
      <w:r>
        <w:br/>
      </w:r>
      <w:r>
        <w:t xml:space="preserve">    (a) bold and improper</w:t>
      </w:r>
      <w:r>
        <w:br/>
      </w:r>
      <w:r>
        <w:t xml:space="preserve">    (b) silent and smart</w:t>
      </w:r>
      <w:r>
        <w:br/>
      </w:r>
      <w:r>
        <w:t xml:space="preserve">    (c) disguised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graduated from college the job market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.</w:t>
      </w:r>
      <w:r>
        <w:br/>
      </w:r>
      <w:r>
        <w:t xml:space="preserve">    (a) promising but unusual</w:t>
      </w:r>
      <w:r>
        <w:br/>
      </w:r>
      <w:r>
        <w:t xml:space="preserve">    (b) especially good</w:t>
      </w:r>
      <w:r>
        <w:br/>
      </w:r>
      <w:r>
        <w:t xml:space="preserve">    (c) terrible or depressing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High achieving students often do well in jobs because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dogged</w:t>
      </w:r>
      <w:r>
        <w:rPr>
          <w:b/>
          <w:bCs/>
        </w:rPr>
        <w:t xml:space="preserve"> </w:t>
      </w:r>
      <w:r>
        <w:rPr>
          <w:b/>
          <w:bCs/>
        </w:rPr>
        <w:t xml:space="preserve">effort.</w:t>
      </w:r>
      <w:r>
        <w:br/>
      </w:r>
      <w:r>
        <w:t xml:space="preserve">    (a) organized</w:t>
      </w:r>
      <w:r>
        <w:br/>
      </w:r>
      <w:r>
        <w:t xml:space="preserve">    (b) persistent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Rumors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fester</w:t>
      </w:r>
      <w:r>
        <w:rPr>
          <w:b/>
          <w:bCs/>
        </w:rPr>
        <w:t xml:space="preserve"> </w:t>
      </w:r>
      <w:r>
        <w:rPr>
          <w:b/>
          <w:bCs/>
        </w:rPr>
        <w:t xml:space="preserve">in the absence of clear communication from leadership.</w:t>
      </w:r>
      <w:r>
        <w:br/>
      </w:r>
      <w:r>
        <w:t xml:space="preserve">    (a) grow worse over time</w:t>
      </w:r>
      <w:r>
        <w:br/>
      </w:r>
      <w:r>
        <w:t xml:space="preserve">    (b) fade away gradually</w:t>
      </w:r>
      <w:r>
        <w:br/>
      </w:r>
      <w:r>
        <w:t xml:space="preserve">    (c) started abruptly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files were stacked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haphazard</w:t>
      </w:r>
      <w:r>
        <w:rPr>
          <w:b/>
          <w:bCs/>
        </w:rPr>
        <w:t xml:space="preserve"> </w:t>
      </w:r>
      <w:r>
        <w:rPr>
          <w:b/>
          <w:bCs/>
        </w:rPr>
        <w:t xml:space="preserve">pile, with no order or labels.</w:t>
      </w:r>
      <w:r>
        <w:br/>
      </w:r>
      <w:r>
        <w:t xml:space="preserve">    (a) with strict rules</w:t>
      </w:r>
      <w:r>
        <w:br/>
      </w:r>
      <w:r>
        <w:t xml:space="preserve">    (b) with careful planning</w:t>
      </w:r>
      <w:r>
        <w:br/>
      </w:r>
      <w:r>
        <w:t xml:space="preserve">    (c) without clear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indicates that traffic accidents from falling asleep increase on long, straight,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 </w:t>
      </w:r>
      <w:r>
        <w:rPr>
          <w:b/>
          <w:bCs/>
        </w:rPr>
        <w:t xml:space="preserve">roads.</w:t>
      </w:r>
      <w:r>
        <w:br/>
      </w:r>
      <w:r>
        <w:t xml:space="preserve">    (a) dark</w:t>
      </w:r>
      <w:r>
        <w:br/>
      </w:r>
      <w:r>
        <w:t xml:space="preserve">    (b) narrow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Cactus is about all that will grow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parched</w:t>
      </w:r>
      <w:r>
        <w:rPr>
          <w:b/>
          <w:bCs/>
        </w:rPr>
        <w:t xml:space="preserve"> </w:t>
      </w:r>
      <w:r>
        <w:rPr>
          <w:b/>
          <w:bCs/>
        </w:rPr>
        <w:t xml:space="preserve">soil.</w:t>
      </w:r>
      <w:r>
        <w:br/>
      </w:r>
      <w:r>
        <w:t xml:space="preserve">    (a) rocky</w:t>
      </w:r>
      <w:r>
        <w:br/>
      </w:r>
      <w:r>
        <w:t xml:space="preserve">    (b) sandy</w:t>
      </w:r>
      <w:r>
        <w:br/>
      </w:r>
      <w:r>
        <w:t xml:space="preserve">    (c) dried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when the team argued loudly, Mia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passive</w:t>
      </w:r>
      <w:r>
        <w:rPr>
          <w:b/>
          <w:bCs/>
        </w:rPr>
        <w:t xml:space="preserve">, choosing not to get involved in the conflict</w:t>
      </w:r>
      <w:r>
        <w:br/>
      </w:r>
      <w:r>
        <w:t xml:space="preserve">    (a) the state or degree of having found a condition or substance to be present</w:t>
      </w:r>
      <w:r>
        <w:br/>
      </w:r>
      <w:r>
        <w:t xml:space="preserve">    (b) most extreme as in final, best, worst, most important, or most fundamental</w:t>
      </w:r>
      <w:r>
        <w:br/>
      </w:r>
      <w:r>
        <w:t xml:space="preserve">    (c) accepting what happens without trying to take control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adjust to college freedoms and now must pass academic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or be expelled in the Fall.</w:t>
      </w:r>
      <w:r>
        <w:br/>
      </w:r>
      <w:r>
        <w:t xml:space="preserve">    (a) scholarship offer</w:t>
      </w:r>
      <w:r>
        <w:br/>
      </w:r>
      <w:r>
        <w:t xml:space="preserve">    (b) honors recognition</w:t>
      </w:r>
      <w:r>
        <w:br/>
      </w:r>
      <w:r>
        <w:t xml:space="preserve">    (c) period of supervision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relinquishing</w:t>
      </w:r>
      <w:r>
        <w:rPr>
          <w:b/>
          <w:bCs/>
        </w:rPr>
        <w:t xml:space="preserve"> </w:t>
      </w:r>
      <w:r>
        <w:rPr>
          <w:b/>
          <w:bCs/>
        </w:rPr>
        <w:t xml:space="preserve">my bedroom to our house guest</w:t>
      </w:r>
      <w:r>
        <w:br/>
      </w:r>
      <w:r>
        <w:t xml:space="preserve">    (a) showing</w:t>
      </w:r>
      <w:r>
        <w:br/>
      </w:r>
      <w:r>
        <w:t xml:space="preserve">    (b) preventing entry to</w:t>
      </w:r>
      <w:r>
        <w:br/>
      </w:r>
      <w:r>
        <w:t xml:space="preserve">    (c) giving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hard workout, it's good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replenish</w:t>
      </w:r>
      <w:r>
        <w:rPr>
          <w:b/>
          <w:bCs/>
        </w:rPr>
        <w:t xml:space="preserve"> </w:t>
      </w:r>
      <w:r>
        <w:rPr>
          <w:b/>
          <w:bCs/>
        </w:rPr>
        <w:t xml:space="preserve">the water and nutrients your body used up.</w:t>
      </w:r>
      <w:r>
        <w:br/>
      </w:r>
      <w:r>
        <w:t xml:space="preserve">    (a) replace</w:t>
      </w:r>
      <w:r>
        <w:br/>
      </w:r>
      <w:r>
        <w:t xml:space="preserve">    (b) measure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went outside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stoke</w:t>
      </w:r>
      <w:r>
        <w:rPr>
          <w:b/>
          <w:bCs/>
        </w:rPr>
        <w:t xml:space="preserve"> </w:t>
      </w:r>
      <w:r>
        <w:rPr>
          <w:b/>
          <w:bCs/>
        </w:rPr>
        <w:t xml:space="preserve">the campfire before everyone gathered around.</w:t>
      </w:r>
      <w:r>
        <w:br/>
      </w:r>
      <w:r>
        <w:t xml:space="preserve">    (a) pour water on</w:t>
      </w:r>
      <w:r>
        <w:br/>
      </w:r>
      <w:r>
        <w:t xml:space="preserve">    (b) add fuel to</w:t>
      </w:r>
      <w:r>
        <w:br/>
      </w:r>
      <w:r>
        <w:t xml:space="preserve">    (c) back away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fever broke, she lay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stupor</w:t>
      </w:r>
      <w:r>
        <w:rPr>
          <w:b/>
          <w:bCs/>
        </w:rPr>
        <w:t xml:space="preserve"> </w:t>
      </w:r>
      <w:r>
        <w:rPr>
          <w:b/>
          <w:bCs/>
        </w:rPr>
        <w:t xml:space="preserve">and barely responded.</w:t>
      </w:r>
      <w:r>
        <w:br/>
      </w:r>
      <w:r>
        <w:t xml:space="preserve">    (a) dazed state</w:t>
      </w:r>
      <w:r>
        <w:br/>
      </w:r>
      <w:r>
        <w:t xml:space="preserve">    (b) angry outburst</w:t>
      </w:r>
      <w:r>
        <w:br/>
      </w:r>
      <w:r>
        <w:t xml:space="preserve">    (c) cheerful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plaza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teeming</w:t>
      </w:r>
      <w:r>
        <w:rPr>
          <w:b/>
          <w:bCs/>
        </w:rPr>
        <w:t xml:space="preserve"> </w:t>
      </w:r>
      <w:r>
        <w:rPr>
          <w:b/>
          <w:bCs/>
        </w:rPr>
        <w:t xml:space="preserve">with undercover policemen.</w:t>
      </w:r>
      <w:r>
        <w:br/>
      </w:r>
      <w:r>
        <w:t xml:space="preserve">    (a) slowly losing</w:t>
      </w:r>
      <w:r>
        <w:br/>
      </w:r>
      <w:r>
        <w:t xml:space="preserve">    (b) filled (has many)</w:t>
      </w:r>
      <w:r>
        <w:br/>
      </w:r>
      <w:r>
        <w:t xml:space="preserve">    (c) empty (has none)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plane jerked as it went through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turbulence</w:t>
      </w:r>
      <w:r>
        <w:rPr>
          <w:b/>
          <w:bCs/>
        </w:rPr>
        <w:t xml:space="preserve">.</w:t>
      </w:r>
      <w:r>
        <w:br/>
      </w:r>
      <w:r>
        <w:t xml:space="preserve">    (a) climb in altitude</w:t>
      </w:r>
      <w:r>
        <w:br/>
      </w:r>
      <w:r>
        <w:t xml:space="preserve">    (b) acceleration</w:t>
      </w:r>
      <w:r>
        <w:br/>
      </w:r>
      <w:r>
        <w:t xml:space="preserve">    (c) irregular wind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wallow</w:t>
      </w:r>
      <w:r>
        <w:rPr>
          <w:b/>
          <w:bCs/>
        </w:rPr>
        <w:t xml:space="preserve"> </w:t>
      </w:r>
      <w:r>
        <w:rPr>
          <w:b/>
          <w:bCs/>
        </w:rPr>
        <w:t xml:space="preserve">in your insecurities. Overcome them.</w:t>
      </w:r>
      <w:r>
        <w:br/>
      </w:r>
      <w:r>
        <w:t xml:space="preserve">    (a) indulge</w:t>
      </w:r>
      <w:r>
        <w:br/>
      </w:r>
      <w:r>
        <w:t xml:space="preserve">    (b) ignore</w:t>
      </w:r>
      <w:r>
        <w:br/>
      </w:r>
      <w:r>
        <w:t xml:space="preserve">    (c) laugh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made poor time as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wallowed</w:t>
      </w:r>
      <w:r>
        <w:rPr>
          <w:b/>
          <w:bCs/>
        </w:rPr>
        <w:t xml:space="preserve"> </w:t>
      </w:r>
      <w:r>
        <w:rPr>
          <w:b/>
          <w:bCs/>
        </w:rPr>
        <w:t xml:space="preserve">through the mud.</w:t>
      </w:r>
      <w:r>
        <w:br/>
      </w:r>
      <w:r>
        <w:t xml:space="preserve">    (a) moved with difficulty</w:t>
      </w:r>
      <w:r>
        <w:br/>
      </w:r>
      <w:r>
        <w:t xml:space="preserve">    (b) got dirty</w:t>
      </w:r>
      <w:r>
        <w:br/>
      </w:r>
      <w:r>
        <w:t xml:space="preserve">    (c) became stuck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2026-07-31T18:25:34Z</dcterms:created>
  <dcterms:modified xsi:type="dcterms:W3CDTF">2026-07-31T18:25:34Z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