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9167912c2846dcea203f7a2dfbddfc99c1cac2"/>
    <w:p>
      <w:pPr>
        <w:pStyle w:val="Heading1"/>
      </w:pPr>
      <w:r>
        <w:rPr>
          <w:b/>
          <w:bCs/>
        </w:rPr>
        <w:t xml:space="preserve">Touching Spirit Bear</w:t>
      </w:r>
      <w:r>
        <w:br/>
      </w:r>
      <w:r>
        <w:rPr>
          <w:i/>
          <w:iCs/>
        </w:rPr>
        <w:t xml:space="preserve">Ben Mikaeslen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jail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if you go in with a good heart.</w:t>
      </w:r>
      <w:r>
        <w:br/>
      </w:r>
      <w:r>
        <w:t xml:space="preserve">    (a) good or beneficial</w:t>
      </w:r>
      <w:r>
        <w:br/>
      </w:r>
      <w:r>
        <w:t xml:space="preserve">    (b) impossible to find</w:t>
      </w:r>
      <w:r>
        <w:br/>
      </w:r>
      <w:r>
        <w:t xml:space="preserve">    (c) not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be staying until we're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that he's safe.</w:t>
      </w:r>
      <w:r>
        <w:br/>
      </w:r>
      <w:r>
        <w:t xml:space="preserve">    (a) certain</w:t>
      </w:r>
      <w:r>
        <w:br/>
      </w:r>
      <w:r>
        <w:t xml:space="preserve">    (b) various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summer's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 </w:t>
      </w:r>
      <w:r>
        <w:rPr>
          <w:b/>
          <w:bCs/>
        </w:rPr>
        <w:t xml:space="preserve">heat, the room seemed airless and threatening.</w:t>
      </w:r>
      <w:r>
        <w:br/>
      </w:r>
      <w:r>
        <w:t xml:space="preserve">    (a) so hot and humid that breathing is more difficult</w:t>
      </w:r>
      <w:r>
        <w:br/>
      </w:r>
      <w:r>
        <w:t xml:space="preserve">    (b) developing or evolving from a latent or potential state  OR  (more rarely) determining by reasoning</w:t>
      </w:r>
      <w:r>
        <w:br/>
      </w:r>
      <w:r>
        <w:t xml:space="preserve">    (c) directing energy from a negative (unacceptable) impulse or urge into a positive or acceptable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Panicking, Cole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stifled</w:t>
      </w:r>
      <w:r>
        <w:rPr>
          <w:b/>
          <w:bCs/>
        </w:rPr>
        <w:t xml:space="preserve"> </w:t>
      </w:r>
      <w:r>
        <w:rPr>
          <w:b/>
          <w:bCs/>
        </w:rPr>
        <w:t xml:space="preserve">a cough—he didn't dare cough.</w:t>
      </w:r>
      <w:r>
        <w:br/>
      </w:r>
      <w:r>
        <w:t xml:space="preserve">    (a) wanting to do something; or made someone want to do something</w:t>
      </w:r>
      <w:r>
        <w:br/>
      </w:r>
      <w:r>
        <w:t xml:space="preserve">    (b) provided investment funds for something -- such as a business</w:t>
      </w:r>
      <w:r>
        <w:br/>
      </w:r>
      <w:r>
        <w:t xml:space="preserve">    (c) suppressed (held back)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Inch by inch the billowing flames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supplies and the shelter.</w:t>
      </w:r>
      <w:r>
        <w:br/>
      </w:r>
      <w:r>
        <w:t xml:space="preserve">    (a) played cheerful and lively music</w:t>
      </w:r>
      <w:r>
        <w:br/>
      </w:r>
      <w:r>
        <w:t xml:space="preserve">    (b) caused something to move forward</w:t>
      </w:r>
      <w:r>
        <w:br/>
      </w:r>
      <w:r>
        <w:t xml:space="preserve">    (c) destroyed (completely burned 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Cole squirted on a glob of ketchup, then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hot dog.</w:t>
      </w:r>
      <w:r>
        <w:br/>
      </w:r>
      <w:r>
        <w:t xml:space="preserve">    (a) ate rapidly and completely</w:t>
      </w:r>
      <w:r>
        <w:br/>
      </w:r>
      <w:r>
        <w:t xml:space="preserve">    (b) gradually added or removed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wild laughter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mocked</w:t>
      </w:r>
      <w:r>
        <w:rPr>
          <w:b/>
          <w:bCs/>
        </w:rPr>
        <w:t xml:space="preserve"> </w:t>
      </w:r>
      <w:r>
        <w:rPr>
          <w:b/>
          <w:bCs/>
        </w:rPr>
        <w:t xml:space="preserve">the world and everyone he had ever known.</w:t>
      </w:r>
      <w:r>
        <w:br/>
      </w:r>
      <w:r>
        <w:t xml:space="preserve">    (a) briefly saw</w:t>
      </w:r>
      <w:r>
        <w:br/>
      </w:r>
      <w:r>
        <w:t xml:space="preserve">    (b) made fun of</w:t>
      </w:r>
      <w:r>
        <w:br/>
      </w:r>
      <w:r>
        <w:t xml:space="preserve">    (c) hired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Circle sat down, the Keeper drew in a deep slow breath, looking around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</w:t>
      </w:r>
      <w:r>
        <w:rPr>
          <w:b/>
          <w:bCs/>
        </w:rPr>
        <w:t xml:space="preserve"> </w:t>
      </w:r>
      <w:r>
        <w:rPr>
          <w:b/>
          <w:bCs/>
        </w:rPr>
        <w:t xml:space="preserve">each person.</w:t>
      </w:r>
      <w:r>
        <w:br/>
      </w:r>
      <w:r>
        <w:t xml:space="preserve">    (a) give a warning look to</w:t>
      </w:r>
      <w:r>
        <w:br/>
      </w:r>
      <w:r>
        <w:t xml:space="preserve">    (b) remember</w:t>
      </w:r>
      <w:r>
        <w:br/>
      </w:r>
      <w:r>
        <w:t xml:space="preserve">    (c) express recognition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...we feel he should be released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parole</w:t>
      </w:r>
      <w:r>
        <w:rPr>
          <w:b/>
          <w:bCs/>
        </w:rPr>
        <w:t xml:space="preserve"> </w:t>
      </w:r>
      <w:r>
        <w:rPr>
          <w:b/>
          <w:bCs/>
        </w:rPr>
        <w:t xml:space="preserve">and to the supervision of one of his parents.</w:t>
      </w:r>
      <w:r>
        <w:br/>
      </w:r>
      <w:r>
        <w:t xml:space="preserve">    (a) "spiritually renew" (a person) in a Christian ceremony  OR  initiate or purify by a challenging experience</w:t>
      </w:r>
      <w:r>
        <w:br/>
      </w:r>
      <w:r>
        <w:t xml:space="preserve">    (b) early release from prison (as long as he complies with special conditions)</w:t>
      </w:r>
      <w:r>
        <w:br/>
      </w:r>
      <w:r>
        <w:t xml:space="preserve">    (c) treat something in an educated, intellectual way -- often excluding emotional or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wavered</w:t>
      </w:r>
      <w:r>
        <w:rPr>
          <w:b/>
          <w:bCs/>
        </w:rPr>
        <w:t xml:space="preserve"> </w:t>
      </w:r>
      <w:r>
        <w:rPr>
          <w:b/>
          <w:bCs/>
        </w:rPr>
        <w:t xml:space="preserve">on his weakened legs...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moved back and forth (from weakness or uncertainty)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 know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banishment</w:t>
      </w:r>
      <w:r>
        <w:rPr>
          <w:b/>
          <w:bCs/>
        </w:rPr>
        <w:t xml:space="preserve"> </w:t>
      </w:r>
      <w:r>
        <w:rPr>
          <w:b/>
          <w:bCs/>
        </w:rPr>
        <w:t xml:space="preserve">is much harder than any jail cell, don't you?</w:t>
      </w:r>
      <w:r>
        <w:br/>
      </w:r>
      <w:r>
        <w:t xml:space="preserve">    (a) freedom in uncertain times</w:t>
      </w:r>
      <w:r>
        <w:br/>
      </w:r>
      <w:r>
        <w:t xml:space="preserve">    (b) being forced to leave a community and not return</w:t>
      </w:r>
      <w:r>
        <w:br/>
      </w:r>
      <w:r>
        <w:t xml:space="preserve">    (c) hard labor required as punishment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</w:t>
      </w:r>
      <w:r>
        <w:rPr>
          <w:b/>
          <w:bCs/>
        </w:rPr>
        <w:t xml:space="preserve"> </w:t>
      </w:r>
      <w:r>
        <w:rPr>
          <w:b/>
          <w:bCs/>
        </w:rPr>
        <w:t xml:space="preserve">rain made the fire sputter and send up whiffs of smoke with a sweet burnt smell.</w:t>
      </w:r>
      <w:r>
        <w:br/>
      </w:r>
      <w:r>
        <w:t xml:space="preserve">    (a) poor ability to make a decision</w:t>
      </w:r>
      <w:r>
        <w:br/>
      </w:r>
      <w:r>
        <w:t xml:space="preserve">    (b) continuous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 is made up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, and you've sure made some bad choices.</w:t>
      </w:r>
      <w:r>
        <w:br/>
      </w:r>
      <w:r>
        <w:t xml:space="preserve">    (a) memories and dreams</w:t>
      </w:r>
      <w:r>
        <w:br/>
      </w:r>
      <w:r>
        <w:t xml:space="preserve">    (b) results from actions</w:t>
      </w:r>
      <w:r>
        <w:br/>
      </w:r>
      <w:r>
        <w:t xml:space="preserve">    (c) rules or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broke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Circle, and he violated our trust.</w:t>
      </w:r>
      <w:r>
        <w:br/>
      </w:r>
      <w:r>
        <w:t xml:space="preserve">    (a) view in a certain way so as to form a belief or opinion</w:t>
      </w:r>
      <w:r>
        <w:br/>
      </w:r>
      <w:r>
        <w:t xml:space="preserve">    (b) formal agreement</w:t>
      </w:r>
      <w:r>
        <w:br/>
      </w:r>
      <w:r>
        <w:t xml:space="preserve">    (c) suntanned; or reddish-brown or yellowish-brown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I ask Cole to help me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demonstration</w:t>
      </w:r>
      <w:r>
        <w:rPr>
          <w:b/>
          <w:bCs/>
        </w:rPr>
        <w:t xml:space="preserve">?</w:t>
      </w:r>
      <w:r>
        <w:br/>
      </w:r>
      <w:r>
        <w:t xml:space="preserve">    (a) untied or released</w:t>
      </w:r>
      <w:r>
        <w:br/>
      </w:r>
      <w:r>
        <w:t xml:space="preserve">    (b) display (of a principle)</w:t>
      </w:r>
      <w:r>
        <w:br/>
      </w:r>
      <w:r>
        <w:t xml:space="preserve">    (c)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picked up a small stick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dirt.</w:t>
      </w:r>
      <w:r>
        <w:br/>
      </w:r>
      <w:r>
        <w:t xml:space="preserve">    (a) paid</w:t>
      </w:r>
      <w:r>
        <w:br/>
      </w:r>
      <w:r>
        <w:t xml:space="preserve">    (b) quit</w:t>
      </w:r>
      <w:r>
        <w:br/>
      </w:r>
      <w:r>
        <w:t xml:space="preserve">    (c) drew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"Next year, 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of your existence here will be removed from the island," Edwin said.</w:t>
      </w:r>
      <w:r>
        <w:br/>
      </w:r>
      <w:r>
        <w:t xml:space="preserve">    (a) reason (for doing something)</w:t>
      </w:r>
      <w:r>
        <w:br/>
      </w:r>
      <w:r>
        <w:t xml:space="preserve">    (b) slight indication or sign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Walking over the frosty rocks along the streambed became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.</w:t>
      </w:r>
      <w:r>
        <w:br/>
      </w:r>
      <w:r>
        <w:t xml:space="preserve">    (a) painful</w:t>
      </w:r>
      <w:r>
        <w:br/>
      </w:r>
      <w:r>
        <w:t xml:space="preserve">    (b) dangerous</w:t>
      </w:r>
      <w:r>
        <w:br/>
      </w:r>
      <w:r>
        <w:t xml:space="preserve">    (c) slow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Peter returned to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, refusing to talk.</w:t>
      </w:r>
      <w:r>
        <w:br/>
      </w:r>
      <w:r>
        <w:t xml:space="preserve">    (a) not easily identified</w:t>
      </w:r>
      <w:r>
        <w:br/>
      </w:r>
      <w:r>
        <w:t xml:space="preserve">    (b) exactness or accuracy</w:t>
      </w:r>
      <w:r>
        <w:br/>
      </w:r>
      <w:r>
        <w:t xml:space="preserve">    (c) showing a gloomy or bad mood (often by not interacting with others in a friendly way)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"My mouse dance taught me that a mouse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and bold," he said.</w:t>
      </w:r>
      <w:r>
        <w:br/>
      </w:r>
      <w:r>
        <w:t xml:space="preserve">    (a) the degree or quality of being exactly vertical or straight</w:t>
      </w:r>
      <w:r>
        <w:br/>
      </w:r>
      <w:r>
        <w:t xml:space="preserve">    (b) (of a nature to) continue its efforts despite difficulties</w:t>
      </w:r>
      <w:r>
        <w:br/>
      </w:r>
      <w:r>
        <w:t xml:space="preserve">    (c) tendency to be direct in a disagreeable, insensitive manner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2026-07-31T18:25:33Z</dcterms:created>
  <dcterms:modified xsi:type="dcterms:W3CDTF">2026-07-31T18:25:33Z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