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a8a2817bdc80e945c663a5aad7a6e695c4a957"/>
    <w:p>
      <w:pPr>
        <w:pStyle w:val="Heading1"/>
      </w:pPr>
      <w:r>
        <w:rPr>
          <w:b/>
          <w:bCs/>
        </w:rPr>
        <w:t xml:space="preserve">Tom Jones</w:t>
      </w:r>
      <w:r>
        <w:br/>
      </w:r>
      <w:r>
        <w:rPr>
          <w:i/>
          <w:iCs/>
        </w:rPr>
        <w:t xml:space="preserve">Henry Fielding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fake mannerism</w:t>
      </w:r>
      <w:r>
        <w:br/>
      </w:r>
      <w:r>
        <w:t xml:space="preserve">    (b) honest trait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light-hearted</w:t>
      </w:r>
      <w:r>
        <w:br/>
      </w:r>
      <w:r>
        <w:t xml:space="preserve">    (b) logical or analytical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sympathy</w:t>
      </w:r>
      <w:r>
        <w:br/>
      </w:r>
      <w:r>
        <w:t xml:space="preserve">    (c) distrust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selfishness</w:t>
      </w:r>
      <w:r>
        <w:br/>
      </w:r>
      <w:r>
        <w:t xml:space="preserve">    (b) laziness</w:t>
      </w:r>
      <w:r>
        <w:br/>
      </w:r>
      <w:r>
        <w:t xml:space="preserve">    (c) 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record</w:t>
      </w:r>
      <w:r>
        <w:br/>
      </w:r>
      <w:r>
        <w:t xml:space="preserve">    (b) interpret</w:t>
      </w:r>
      <w:r>
        <w:br/>
      </w:r>
      <w:r>
        <w:t xml:space="preserve">    (c)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good (at pretending)</w:t>
      </w:r>
      <w:r>
        <w:br/>
      </w:r>
      <w:r>
        <w:t xml:space="preserve">    (b) unreliable</w:t>
      </w:r>
      <w:r>
        <w:br/>
      </w:r>
      <w:r>
        <w:t xml:space="preserve">    (c) deserving no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careful planning</w:t>
      </w:r>
      <w:r>
        <w:br/>
      </w:r>
      <w:r>
        <w:t xml:space="preserve">    (b) wild immoral behavior</w:t>
      </w:r>
      <w:r>
        <w:br/>
      </w:r>
      <w:r>
        <w:t xml:space="preserve">    (c) quiet reflection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confuse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to not do something</w:t>
      </w:r>
      <w:r>
        <w:br/>
      </w:r>
      <w:r>
        <w:t xml:space="preserve">    (b) gain advantage from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wander</w:t>
      </w:r>
      <w:r>
        <w:br/>
      </w:r>
      <w:r>
        <w:t xml:space="preserve">    (b) compete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discerning</w:t>
      </w:r>
      <w:r>
        <w:rPr>
          <w:b/>
          <w:bCs/>
        </w:rPr>
        <w:t xml:space="preserve"> </w:t>
      </w:r>
      <w:r>
        <w:rPr>
          <w:b/>
          <w:bCs/>
        </w:rPr>
        <w:t xml:space="preserve">eye for talent.</w:t>
      </w:r>
      <w:r>
        <w:br/>
      </w:r>
      <w:r>
        <w:t xml:space="preserve">    (a) having good energy</w:t>
      </w:r>
      <w:r>
        <w:br/>
      </w:r>
      <w:r>
        <w:t xml:space="preserve">    (b) having good judgment</w:t>
      </w:r>
      <w:r>
        <w:br/>
      </w:r>
      <w:r>
        <w:t xml:space="preserve">    (c) having good fun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owner/pet</w:t>
      </w:r>
      <w:r>
        <w:br/>
      </w:r>
      <w:r>
        <w:t xml:space="preserve">    (b) parent/child</w:t>
      </w:r>
      <w:r>
        <w:br/>
      </w:r>
      <w:r>
        <w:t xml:space="preserve">    (c) friend/friend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lecture</w:t>
      </w:r>
      <w:r>
        <w:br/>
      </w:r>
      <w:r>
        <w:t xml:space="preserve">    (b) delay</w:t>
      </w:r>
      <w:r>
        <w:br/>
      </w:r>
      <w:r>
        <w:t xml:space="preserve">    (c) assignment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dislikable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interest</w:t>
      </w:r>
      <w:r>
        <w:br/>
      </w:r>
      <w:r>
        <w:t xml:space="preserve">    (b) calm</w:t>
      </w:r>
      <w:r>
        <w:br/>
      </w:r>
      <w:r>
        <w:t xml:space="preserve">    (c) make sense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allowing contradiction or refusal</w:t>
      </w:r>
      <w:r>
        <w:br/>
      </w:r>
      <w:r>
        <w:t xml:space="preserve">    (b) not in line with her usual manner</w:t>
      </w:r>
      <w:r>
        <w:br/>
      </w:r>
      <w:r>
        <w:t xml:space="preserve">    (c) more rushed than 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says, "Cheaters never prosper," she is voicing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hope rather than a law of nature.</w:t>
      </w:r>
      <w:r>
        <w:br/>
      </w:r>
      <w:r>
        <w:t xml:space="preserve">    (a) sincerely felt, but highly unlikely</w:t>
      </w:r>
      <w:r>
        <w:br/>
      </w:r>
      <w:r>
        <w:t xml:space="preserve">    (b) saying one thing while meaning another</w:t>
      </w:r>
      <w:r>
        <w:br/>
      </w:r>
      <w:r>
        <w:t xml:space="preserve">    (c) self-righteous or</w:t>
      </w:r>
      <w:r>
        <w:t xml:space="preserve"> </w:t>
      </w:r>
      <w:r>
        <w:rPr>
          <w:i/>
          <w:iCs/>
        </w:rPr>
        <w:t xml:space="preserve">holier-than-thou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wastefully extravagant</w:t>
      </w:r>
      <w:r>
        <w:br/>
      </w:r>
      <w:r>
        <w:t xml:space="preserve">    (c) related to intelligence -- such as requiring, appealing to, or possessing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protest</w:t>
      </w:r>
      <w:r>
        <w:br/>
      </w:r>
      <w:r>
        <w:t xml:space="preserve">    (b) promise</w:t>
      </w:r>
      <w:r>
        <w:br/>
      </w:r>
      <w:r>
        <w:t xml:space="preserve">    (c) explain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2026-07-31T16:20:54Z</dcterms:created>
  <dcterms:modified xsi:type="dcterms:W3CDTF">2026-07-31T16:20:54Z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