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f91987d2c95c4c0d46b82a7a0138d6784c0263"/>
    <w:p>
      <w:pPr>
        <w:pStyle w:val="Heading1"/>
      </w:pPr>
      <w:r>
        <w:rPr>
          <w:b/>
          <w:bCs/>
        </w:rPr>
        <w:t xml:space="preserve">To Kill a Mockingbird</w:t>
      </w:r>
      <w:r>
        <w:br/>
      </w:r>
      <w:r>
        <w:rPr>
          <w:i/>
          <w:iCs/>
        </w:rPr>
        <w:t xml:space="preserve">Harper Lee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acquitted</w:t>
      </w:r>
      <w:r>
        <w:rPr>
          <w:b/>
          <w:bCs/>
        </w:rPr>
        <w:t xml:space="preserve"> </w:t>
      </w:r>
      <w:r>
        <w:rPr>
          <w:b/>
          <w:bCs/>
        </w:rPr>
        <w:t xml:space="preserve">of all charges.</w:t>
      </w:r>
      <w:r>
        <w:br/>
      </w:r>
      <w:r>
        <w:t xml:space="preserve">    (a) cleared</w:t>
      </w:r>
      <w:r>
        <w:br/>
      </w:r>
      <w:r>
        <w:t xml:space="preserve">    (b) convicted</w:t>
      </w:r>
      <w:r>
        <w:br/>
      </w:r>
      <w:r>
        <w:t xml:space="preserve">    (c) accused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detective had no concrete evidence, but he began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assume</w:t>
      </w:r>
      <w:r>
        <w:rPr>
          <w:b/>
          <w:bCs/>
        </w:rPr>
        <w:t xml:space="preserve"> </w:t>
      </w:r>
      <w:r>
        <w:rPr>
          <w:b/>
          <w:bCs/>
        </w:rPr>
        <w:t xml:space="preserve">the suspect was hiding something based on his evasive answers.</w:t>
      </w:r>
      <w:r>
        <w:br/>
      </w:r>
      <w:r>
        <w:t xml:space="preserve">    (a) wonder if</w:t>
      </w:r>
      <w:r>
        <w:br/>
      </w:r>
      <w:r>
        <w:t xml:space="preserve">    (b) prove</w:t>
      </w:r>
      <w:r>
        <w:br/>
      </w:r>
      <w:r>
        <w:t xml:space="preserve">    (c) believe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thinks the aliens 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assume</w:t>
      </w:r>
      <w:r>
        <w:rPr>
          <w:b/>
          <w:bCs/>
        </w:rPr>
        <w:t xml:space="preserve"> </w:t>
      </w:r>
      <w:r>
        <w:rPr>
          <w:b/>
          <w:bCs/>
        </w:rPr>
        <w:t xml:space="preserve">human form.</w:t>
      </w:r>
      <w:r>
        <w:br/>
      </w:r>
      <w:r>
        <w:t xml:space="preserve">    (a) believe</w:t>
      </w:r>
      <w:r>
        <w:br/>
      </w:r>
      <w:r>
        <w:t xml:space="preserve">    (b) sense</w:t>
      </w:r>
      <w:r>
        <w:br/>
      </w:r>
      <w:r>
        <w:t xml:space="preserve">    (c) take 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appeals court found that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circumstantial evidence</w:t>
      </w:r>
      <w:r>
        <w:rPr>
          <w:b/>
          <w:bCs/>
        </w:rPr>
        <w:t xml:space="preserve"> </w:t>
      </w:r>
      <w:r>
        <w:rPr>
          <w:b/>
          <w:bCs/>
        </w:rPr>
        <w:t xml:space="preserve">was not sufficient for a guilty verdict.</w:t>
      </w:r>
      <w:r>
        <w:br/>
      </w:r>
      <w:r>
        <w:t xml:space="preserve">    (a) proven</w:t>
      </w:r>
      <w:r>
        <w:br/>
      </w:r>
      <w:r>
        <w:t xml:space="preserve">    (b) suggestive</w:t>
      </w:r>
      <w:r>
        <w:br/>
      </w:r>
      <w:r>
        <w:t xml:space="preserve">    (c) planted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use an electronic keyboard to help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compose</w:t>
      </w:r>
      <w:r>
        <w:rPr>
          <w:b/>
          <w:bCs/>
        </w:rPr>
        <w:t xml:space="preserve"> </w:t>
      </w:r>
      <w:r>
        <w:rPr>
          <w:b/>
          <w:bCs/>
        </w:rPr>
        <w:t xml:space="preserve">music.</w:t>
      </w:r>
      <w:r>
        <w:br/>
      </w:r>
      <w:r>
        <w:t xml:space="preserve">    (a) write</w:t>
      </w:r>
      <w:r>
        <w:br/>
      </w:r>
      <w:r>
        <w:t xml:space="preserve">    (b) play</w:t>
      </w:r>
      <w:r>
        <w:br/>
      </w:r>
      <w:r>
        <w:t xml:space="preserve">    (c) listen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Before entering the interview room, she took a few deep breaths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compose</w:t>
      </w:r>
      <w:r>
        <w:rPr>
          <w:b/>
          <w:bCs/>
        </w:rPr>
        <w:t xml:space="preserve"> </w:t>
      </w:r>
      <w:r>
        <w:rPr>
          <w:b/>
          <w:bCs/>
        </w:rPr>
        <w:t xml:space="preserve">herself and steady his nerves.</w:t>
      </w:r>
      <w:r>
        <w:br/>
      </w:r>
      <w:r>
        <w:t xml:space="preserve">    (a) delay</w:t>
      </w:r>
      <w:r>
        <w:br/>
      </w:r>
      <w:r>
        <w:t xml:space="preserve">    (b) adjust</w:t>
      </w:r>
      <w:r>
        <w:br/>
      </w:r>
      <w:r>
        <w:t xml:space="preserve">    (c) calm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congregation</w:t>
      </w:r>
      <w:r>
        <w:rPr>
          <w:b/>
          <w:bCs/>
        </w:rPr>
        <w:t xml:space="preserve"> </w:t>
      </w:r>
      <w:r>
        <w:rPr>
          <w:b/>
          <w:bCs/>
        </w:rPr>
        <w:t xml:space="preserve">voted to approve appointment of the new minister.</w:t>
      </w:r>
      <w:r>
        <w:br/>
      </w:r>
      <w:r>
        <w:t xml:space="preserve">    (a) people who agree</w:t>
      </w:r>
      <w:r>
        <w:br/>
      </w:r>
      <w:r>
        <w:t xml:space="preserve">    (b) people who meet periodically</w:t>
      </w:r>
      <w:r>
        <w:br/>
      </w:r>
      <w:r>
        <w:t xml:space="preserve">    (c) people who worship together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Does the sentence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</w:t>
      </w:r>
      <w:r>
        <w:rPr>
          <w:b/>
          <w:bCs/>
        </w:rPr>
        <w:t xml:space="preserve"> </w:t>
      </w:r>
      <w:r>
        <w:rPr>
          <w:b/>
          <w:bCs/>
        </w:rPr>
        <w:t xml:space="preserve">what is said in the previous paragraph?</w:t>
      </w:r>
      <w:r>
        <w:br/>
      </w:r>
      <w:r>
        <w:t xml:space="preserve">    (a) reinforce</w:t>
      </w:r>
      <w:r>
        <w:br/>
      </w:r>
      <w:r>
        <w:t xml:space="preserve">    (b) disagree with</w:t>
      </w:r>
      <w:r>
        <w:br/>
      </w:r>
      <w:r>
        <w:t xml:space="preserve">    (c) expand upon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typical underlying beliefs of pro-life and pro-choice supporters.</w:t>
      </w:r>
      <w:r>
        <w:br/>
      </w:r>
      <w:r>
        <w:t xml:space="preserve">    (a) compare</w:t>
      </w:r>
      <w:r>
        <w:br/>
      </w:r>
      <w:r>
        <w:t xml:space="preserve">    (b) describe</w:t>
      </w:r>
      <w:r>
        <w:br/>
      </w:r>
      <w:r>
        <w:t xml:space="preserve">    (c) study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quite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styles of the two teachers.</w:t>
      </w:r>
      <w:r>
        <w:br/>
      </w:r>
      <w:r>
        <w:t xml:space="preserve">    (a) notable similarity</w:t>
      </w:r>
      <w:r>
        <w:br/>
      </w:r>
      <w:r>
        <w:t xml:space="preserve">    (b) notable difference</w:t>
      </w:r>
      <w:r>
        <w:br/>
      </w:r>
      <w:r>
        <w:t xml:space="preserve">    (c) covering of all styles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literary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critic</w:t>
      </w:r>
      <w:r>
        <w:rPr>
          <w:b/>
          <w:bCs/>
        </w:rPr>
        <w:t xml:space="preserve"> </w:t>
      </w:r>
      <w:r>
        <w:rPr>
          <w:b/>
          <w:bCs/>
        </w:rPr>
        <w:t xml:space="preserve">admired the novel's complex characters and insightful exploration of human nature.</w:t>
      </w:r>
      <w:r>
        <w:br/>
      </w:r>
      <w:r>
        <w:t xml:space="preserve">    (a) an expert evaluator</w:t>
      </w:r>
      <w:r>
        <w:br/>
      </w:r>
      <w:r>
        <w:t xml:space="preserve">    (b) someone who reads a lot</w:t>
      </w:r>
      <w:r>
        <w:br/>
      </w:r>
      <w:r>
        <w:t xml:space="preserve">    (c) a writer of novels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cross-examination</w:t>
      </w:r>
      <w:r>
        <w:rPr>
          <w:b/>
          <w:bCs/>
        </w:rPr>
        <w:t xml:space="preserve">, their expert witness seemed less like an expert.</w:t>
      </w:r>
      <w:r>
        <w:br/>
      </w:r>
      <w:r>
        <w:t xml:space="preserve">    (a) opposing questions</w:t>
      </w:r>
      <w:r>
        <w:br/>
      </w:r>
      <w:r>
        <w:t xml:space="preserve">    (b) complex questions</w:t>
      </w:r>
      <w:r>
        <w:br/>
      </w:r>
      <w:r>
        <w:t xml:space="preserve">    (c) important questions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jury did not know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defendant</w:t>
      </w:r>
      <w:r>
        <w:rPr>
          <w:b/>
          <w:bCs/>
        </w:rPr>
        <w:t xml:space="preserve"> </w:t>
      </w:r>
      <w:r>
        <w:rPr>
          <w:b/>
          <w:bCs/>
        </w:rPr>
        <w:t xml:space="preserve">had a long criminal history.</w:t>
      </w:r>
      <w:r>
        <w:br/>
      </w:r>
      <w:r>
        <w:t xml:space="preserve">    (a) person who is a witness</w:t>
      </w:r>
      <w:r>
        <w:br/>
      </w:r>
      <w:r>
        <w:t xml:space="preserve">    (b) person who is on trial</w:t>
      </w:r>
      <w:r>
        <w:br/>
      </w:r>
      <w:r>
        <w:t xml:space="preserve">    (c) person filing a complaint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the time, 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engaged</w:t>
      </w:r>
      <w:r>
        <w:rPr>
          <w:b/>
          <w:bCs/>
        </w:rPr>
        <w:t xml:space="preserve"> </w:t>
      </w:r>
      <w:r>
        <w:rPr>
          <w:b/>
          <w:bCs/>
        </w:rPr>
        <w:t xml:space="preserve">in a research project at Stanford.</w:t>
      </w:r>
      <w:r>
        <w:br/>
      </w:r>
      <w:r>
        <w:t xml:space="preserve">    (a) involved</w:t>
      </w:r>
      <w:r>
        <w:br/>
      </w:r>
      <w:r>
        <w:t xml:space="preserve">    (b) a candidate</w:t>
      </w:r>
      <w:r>
        <w:br/>
      </w:r>
      <w:r>
        <w:t xml:space="preserve">    (c) promised to marry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Hitler</w:t>
      </w:r>
      <w:r>
        <w:rPr>
          <w:b/>
          <w:bCs/>
        </w:rPr>
        <w:t xml:space="preserve"> </w:t>
      </w:r>
      <w:r>
        <w:rPr>
          <w:b/>
          <w:bCs/>
        </w:rPr>
        <w:t xml:space="preserve">convinced many Germans that they were better than other peoples.</w:t>
      </w:r>
      <w:r>
        <w:br/>
      </w:r>
      <w:r>
        <w:t xml:space="preserve">    (a) German general during World War II</w:t>
      </w:r>
      <w:r>
        <w:br/>
      </w:r>
      <w:r>
        <w:t xml:space="preserve">    (b) Nazi dictator during World War II</w:t>
      </w:r>
      <w:r>
        <w:br/>
      </w:r>
      <w:r>
        <w:t xml:space="preserve">    (c) German philosopher during World War II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indicate</w:t>
      </w:r>
      <w:r>
        <w:rPr>
          <w:b/>
          <w:bCs/>
        </w:rPr>
        <w:t xml:space="preserve"> </w:t>
      </w:r>
      <w:r>
        <w:rPr>
          <w:b/>
          <w:bCs/>
        </w:rPr>
        <w:t xml:space="preserve">which candidate she supports.</w:t>
      </w:r>
      <w:r>
        <w:br/>
      </w:r>
      <w:r>
        <w:t xml:space="preserve">    (a) decide</w:t>
      </w:r>
      <w:r>
        <w:br/>
      </w:r>
      <w:r>
        <w:t xml:space="preserve">    (b) hide or disguise</w:t>
      </w:r>
      <w:r>
        <w:br/>
      </w:r>
      <w:r>
        <w:t xml:space="preserve">    (c) express of show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that country people who are gay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persecuted</w:t>
      </w:r>
      <w:r>
        <w:rPr>
          <w:b/>
          <w:bCs/>
        </w:rPr>
        <w:t xml:space="preserve"> </w:t>
      </w:r>
      <w:r>
        <w:rPr>
          <w:b/>
          <w:bCs/>
        </w:rPr>
        <w:t xml:space="preserve">by law.</w:t>
      </w:r>
      <w:r>
        <w:br/>
      </w:r>
      <w:r>
        <w:t xml:space="preserve">    (a) ignored</w:t>
      </w:r>
      <w:r>
        <w:br/>
      </w:r>
      <w:r>
        <w:t xml:space="preserve">    (b) treated badly</w:t>
      </w:r>
      <w:r>
        <w:br/>
      </w:r>
      <w:r>
        <w:t xml:space="preserve">    (c) forced to leave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central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tenet</w:t>
      </w:r>
      <w:r>
        <w:rPr>
          <w:b/>
          <w:bCs/>
        </w:rPr>
        <w:t xml:space="preserve"> </w:t>
      </w:r>
      <w:r>
        <w:rPr>
          <w:b/>
          <w:bCs/>
        </w:rPr>
        <w:t xml:space="preserve">of the religion is non-violence and respect of all forms of life.</w:t>
      </w:r>
      <w:r>
        <w:br/>
      </w:r>
      <w:r>
        <w:t xml:space="preserve">    (a) principle belief</w:t>
      </w:r>
      <w:r>
        <w:br/>
      </w:r>
      <w:r>
        <w:t xml:space="preserve">    (b) opposing idea</w:t>
      </w:r>
      <w:r>
        <w:br/>
      </w:r>
      <w:r>
        <w:t xml:space="preserve">    (c) simplified idea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testified</w:t>
      </w:r>
      <w:r>
        <w:rPr>
          <w:b/>
          <w:bCs/>
        </w:rPr>
        <w:t xml:space="preserve"> </w:t>
      </w:r>
      <w:r>
        <w:rPr>
          <w:b/>
          <w:bCs/>
        </w:rPr>
        <w:t xml:space="preserve">that he struck her.</w:t>
      </w:r>
      <w:r>
        <w:br/>
      </w:r>
      <w:r>
        <w:t xml:space="preserve">    (a) lied</w:t>
      </w:r>
      <w:r>
        <w:br/>
      </w:r>
      <w:r>
        <w:t xml:space="preserve">    (b) hid</w:t>
      </w:r>
      <w:r>
        <w:br/>
      </w:r>
      <w:r>
        <w:t xml:space="preserve">    (c) said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Before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testimony</w:t>
      </w:r>
      <w:r>
        <w:rPr>
          <w:b/>
          <w:bCs/>
        </w:rPr>
        <w:t xml:space="preserve">, they will have you solemnly swear to tell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the truth, the whole truth and nothing but the truth</w:t>
      </w:r>
      <w:r>
        <w:rPr>
          <w:b/>
          <w:bCs/>
        </w:rPr>
        <w:t xml:space="preserve">.</w:t>
      </w:r>
      <w:r>
        <w:br/>
      </w:r>
      <w:r>
        <w:t xml:space="preserve">    (a) statements at a trial</w:t>
      </w:r>
      <w:r>
        <w:br/>
      </w:r>
      <w:r>
        <w:t xml:space="preserve">    (b) confession</w:t>
      </w:r>
      <w:r>
        <w:br/>
      </w:r>
      <w:r>
        <w:t xml:space="preserve">    (c) job interview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2026-07-31T14:21:11Z</dcterms:created>
  <dcterms:modified xsi:type="dcterms:W3CDTF">2026-07-31T14:21:11Z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