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dadb95403bf65c08c6f0b625c94c56406033ba"/>
    <w:p>
      <w:pPr>
        <w:pStyle w:val="Heading1"/>
      </w:pPr>
      <w:r>
        <w:rPr>
          <w:b/>
          <w:bCs/>
        </w:rPr>
        <w:t xml:space="preserve">To Kill a Mockingbird</w:t>
      </w:r>
      <w:r>
        <w:br/>
      </w:r>
      <w:r>
        <w:rPr>
          <w:i/>
          <w:iCs/>
        </w:rPr>
        <w:t xml:space="preserve">Harper Lee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go with</w:t>
      </w:r>
      <w:r>
        <w:br/>
      </w:r>
      <w:r>
        <w:t xml:space="preserve">    (b) precede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can make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acquiesce</w:t>
      </w:r>
      <w:r>
        <w:rPr>
          <w:b/>
          <w:bCs/>
        </w:rPr>
        <w:t xml:space="preserve">, but don't expect them to be happy about it.</w:t>
      </w:r>
      <w:r>
        <w:br/>
      </w:r>
      <w:r>
        <w:t xml:space="preserve">    (a) accept</w:t>
      </w:r>
      <w:r>
        <w:br/>
      </w:r>
      <w:r>
        <w:t xml:space="preserve">    (b) pay</w:t>
      </w:r>
      <w:r>
        <w:br/>
      </w:r>
      <w:r>
        <w:t xml:space="preserve">    (c) argue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time of intense partisan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acrimony</w:t>
      </w:r>
      <w:r>
        <w:rPr>
          <w:b/>
          <w:bCs/>
        </w:rPr>
        <w:t xml:space="preserve"> </w:t>
      </w:r>
      <w:r>
        <w:rPr>
          <w:b/>
          <w:bCs/>
        </w:rPr>
        <w:t xml:space="preserve">in Congress.</w:t>
      </w:r>
      <w:r>
        <w:br/>
      </w:r>
      <w:r>
        <w:t xml:space="preserve">    (a) cooperation</w:t>
      </w:r>
      <w:r>
        <w:br/>
      </w:r>
      <w:r>
        <w:t xml:space="preserve">    (b) good will</w:t>
      </w:r>
      <w:r>
        <w:br/>
      </w:r>
      <w:r>
        <w:t xml:space="preserve">    (c) ill will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begrudge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success. She's earned it.</w:t>
      </w:r>
      <w:r>
        <w:br/>
      </w:r>
      <w:r>
        <w:t xml:space="preserve">    (a) hope for luck for</w:t>
      </w:r>
      <w:r>
        <w:br/>
      </w:r>
      <w:r>
        <w:t xml:space="preserve">    (b) experience surprise at</w:t>
      </w:r>
      <w:r>
        <w:br/>
      </w:r>
      <w:r>
        <w:t xml:space="preserve">    (c) 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like Twitter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.</w:t>
      </w:r>
      <w:r>
        <w:br/>
      </w:r>
      <w:r>
        <w:t xml:space="preserve">    (a) clever texts</w:t>
      </w:r>
      <w:r>
        <w:br/>
      </w:r>
      <w:r>
        <w:t xml:space="preserve">    (b) short texts</w:t>
      </w:r>
      <w:r>
        <w:br/>
      </w:r>
      <w:r>
        <w:t xml:space="preserve">    (c) varied texts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 as quick, but she more than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compensates</w:t>
      </w:r>
      <w:r>
        <w:rPr>
          <w:b/>
          <w:bCs/>
        </w:rPr>
        <w:t xml:space="preserve"> </w:t>
      </w:r>
      <w:r>
        <w:rPr>
          <w:b/>
          <w:bCs/>
        </w:rPr>
        <w:t xml:space="preserve">with extra effort.</w:t>
      </w:r>
      <w:r>
        <w:br/>
      </w:r>
      <w:r>
        <w:t xml:space="preserve">    (a) makes up for it</w:t>
      </w:r>
      <w:r>
        <w:br/>
      </w:r>
      <w:r>
        <w:t xml:space="preserve">    (b) spreads confusion</w:t>
      </w:r>
      <w:r>
        <w:br/>
      </w:r>
      <w:r>
        <w:t xml:space="preserve">    (c) pays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contentious</w:t>
      </w:r>
      <w:r>
        <w:rPr>
          <w:b/>
          <w:bCs/>
        </w:rPr>
        <w:t xml:space="preserve"> </w:t>
      </w:r>
      <w:r>
        <w:rPr>
          <w:b/>
          <w:bCs/>
        </w:rPr>
        <w:t xml:space="preserve">and complicated issue that I think should be discussed at a separate meeting.</w:t>
      </w:r>
      <w:r>
        <w:br/>
      </w:r>
      <w:r>
        <w:t xml:space="preserve">    (a) complex</w:t>
      </w:r>
      <w:r>
        <w:br/>
      </w:r>
      <w:r>
        <w:t xml:space="preserve">    (b) philosophical</w:t>
      </w:r>
      <w:r>
        <w:br/>
      </w:r>
      <w:r>
        <w:t xml:space="preserve">    (c) controversial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express</w:t>
      </w:r>
      <w:r>
        <w:br/>
      </w:r>
      <w:r>
        <w:t xml:space="preserve">    (b) understand</w:t>
      </w:r>
      <w:r>
        <w:br/>
      </w:r>
      <w:r>
        <w:t xml:space="preserve">    (c)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bones in a bat's wing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to those in a human forearm.</w:t>
      </w:r>
      <w:r>
        <w:br/>
      </w:r>
      <w:r>
        <w:t xml:space="preserve">    (a) are unrelated</w:t>
      </w:r>
      <w:r>
        <w:br/>
      </w:r>
      <w:r>
        <w:t xml:space="preserve">    (b) are opposite</w:t>
      </w:r>
      <w:r>
        <w:br/>
      </w:r>
      <w:r>
        <w:t xml:space="preserve">    (c) are equivalent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teaches or instructs</w:t>
      </w:r>
      <w:r>
        <w:br/>
      </w:r>
      <w:r>
        <w:t xml:space="preserve">    (b) learns from others</w:t>
      </w:r>
      <w:r>
        <w:br/>
      </w:r>
      <w:r>
        <w:t xml:space="preserve">    (c) puzzles listeners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intentions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immaterial</w:t>
      </w:r>
      <w:r>
        <w:rPr>
          <w:b/>
          <w:bCs/>
        </w:rPr>
        <w:t xml:space="preserve"> </w:t>
      </w:r>
      <w:r>
        <w:rPr>
          <w:b/>
          <w:bCs/>
        </w:rPr>
        <w:t xml:space="preserve">to me. What is important to me is that your actions continue to hurt people.</w:t>
      </w:r>
      <w:r>
        <w:br/>
      </w:r>
      <w:r>
        <w:t xml:space="preserve">    (a) not important</w:t>
      </w:r>
      <w:r>
        <w:br/>
      </w:r>
      <w:r>
        <w:t xml:space="preserve">    (b) not moral</w:t>
      </w:r>
      <w:r>
        <w:br/>
      </w:r>
      <w:r>
        <w:t xml:space="preserve">    (c) not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writer should delete the sentence because it provides background information that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irrelevant</w:t>
      </w:r>
      <w:r>
        <w:rPr>
          <w:b/>
          <w:bCs/>
        </w:rPr>
        <w:t xml:space="preserve"> </w:t>
      </w:r>
      <w:r>
        <w:rPr>
          <w:b/>
          <w:bCs/>
        </w:rPr>
        <w:t xml:space="preserve">to the paragraph.</w:t>
      </w:r>
      <w:r>
        <w:br/>
      </w:r>
      <w:r>
        <w:t xml:space="preserve">    (a) too wordy</w:t>
      </w:r>
      <w:r>
        <w:br/>
      </w:r>
      <w:r>
        <w:t xml:space="preserve">    (b) unimportant</w:t>
      </w:r>
      <w:r>
        <w:br/>
      </w:r>
      <w:r>
        <w:t xml:space="preserve">    (c) confusing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story included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morbid</w:t>
      </w:r>
      <w:r>
        <w:rPr>
          <w:b/>
          <w:bCs/>
        </w:rPr>
        <w:t xml:space="preserve"> </w:t>
      </w:r>
      <w:r>
        <w:rPr>
          <w:b/>
          <w:bCs/>
        </w:rPr>
        <w:t xml:space="preserve">details.</w:t>
      </w:r>
      <w:r>
        <w:br/>
      </w:r>
      <w:r>
        <w:t xml:space="preserve">    (a) vivid</w:t>
      </w:r>
      <w:r>
        <w:br/>
      </w:r>
      <w:r>
        <w:t xml:space="preserve">    (b) cheerful</w:t>
      </w:r>
      <w:r>
        <w:br/>
      </w:r>
      <w:r>
        <w:t xml:space="preserve">    (c) disturbing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quoted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out of context</w:t>
      </w:r>
      <w:r>
        <w:rPr>
          <w:b/>
          <w:bCs/>
        </w:rPr>
        <w:t xml:space="preserve">.</w:t>
      </w:r>
      <w:r>
        <w:br/>
      </w:r>
      <w:r>
        <w:t xml:space="preserve">    (a) in a convincing manner</w:t>
      </w:r>
      <w:r>
        <w:br/>
      </w:r>
      <w:r>
        <w:t xml:space="preserve">    (b) in a respectful manner</w:t>
      </w:r>
      <w:r>
        <w:br/>
      </w:r>
      <w:r>
        <w:t xml:space="preserve">    (c) in a misleading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expressed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remorse</w:t>
      </w:r>
      <w:r>
        <w:rPr>
          <w:b/>
          <w:bCs/>
        </w:rPr>
        <w:t xml:space="preserve"> </w:t>
      </w:r>
      <w:r>
        <w:rPr>
          <w:b/>
          <w:bCs/>
        </w:rPr>
        <w:t xml:space="preserve">at having let them down.</w:t>
      </w:r>
      <w:r>
        <w:br/>
      </w:r>
      <w:r>
        <w:t xml:space="preserve">    (a) regret</w:t>
      </w:r>
      <w:r>
        <w:br/>
      </w:r>
      <w:r>
        <w:t xml:space="preserve">    (b) worry</w:t>
      </w:r>
      <w:r>
        <w:br/>
      </w:r>
      <w:r>
        <w:t xml:space="preserve">    (c) frustration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added some Gershwin to her piano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repertoire</w:t>
      </w:r>
      <w:r>
        <w:rPr>
          <w:b/>
          <w:bCs/>
        </w:rPr>
        <w:t xml:space="preserve">.</w:t>
      </w:r>
      <w:r>
        <w:br/>
      </w:r>
      <w:r>
        <w:t xml:space="preserve">    (a) capabilities</w:t>
      </w:r>
      <w:r>
        <w:br/>
      </w:r>
      <w:r>
        <w:t xml:space="preserve">    (b) recordings</w:t>
      </w:r>
      <w:r>
        <w:br/>
      </w:r>
      <w:r>
        <w:t xml:space="preserve">    (c) favorites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slum</w:t>
      </w:r>
      <w:r>
        <w:br/>
      </w:r>
      <w:r>
        <w:t xml:space="preserve">    (b) confusion</w:t>
      </w:r>
      <w:r>
        <w:br/>
      </w:r>
      <w:r>
        <w:t xml:space="preserve">    (c) cruelty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reasonable</w:t>
      </w:r>
      <w:r>
        <w:br/>
      </w:r>
      <w:r>
        <w:t xml:space="preserve">    (b) implied</w:t>
      </w:r>
      <w:r>
        <w:br/>
      </w:r>
      <w:r>
        <w:t xml:space="preserve">    (c)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wants to change the network's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vapid</w:t>
      </w:r>
      <w:r>
        <w:rPr>
          <w:b/>
          <w:bCs/>
        </w:rPr>
        <w:t xml:space="preserve"> </w:t>
      </w:r>
      <w:r>
        <w:rPr>
          <w:b/>
          <w:bCs/>
        </w:rPr>
        <w:t xml:space="preserve">daytime lineup.</w:t>
      </w:r>
      <w:r>
        <w:br/>
      </w:r>
      <w:r>
        <w:t xml:space="preserve">    (a) biased</w:t>
      </w:r>
      <w:r>
        <w:br/>
      </w:r>
      <w:r>
        <w:t xml:space="preserve">    (b) dull</w:t>
      </w:r>
      <w:r>
        <w:br/>
      </w:r>
      <w:r>
        <w:t xml:space="preserve">    (c) popular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slowed down</w:t>
      </w:r>
      <w:r>
        <w:br/>
      </w:r>
      <w:r>
        <w:t xml:space="preserve">    (b) produced</w:t>
      </w:r>
      <w:r>
        <w:br/>
      </w:r>
      <w:r>
        <w:t xml:space="preserve">    (c) destroyed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2026-07-31T14:21:12Z</dcterms:created>
  <dcterms:modified xsi:type="dcterms:W3CDTF">2026-07-31T14:21:12Z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