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c2d0a06d3d352216a0eb1def813664d8c8844f"/>
    <w:p>
      <w:pPr>
        <w:pStyle w:val="Heading1"/>
      </w:pPr>
      <w:r>
        <w:rPr>
          <w:b/>
          <w:bCs/>
        </w:rPr>
        <w:t xml:space="preserve">To Kill a Mockingbird</w:t>
      </w:r>
      <w:r>
        <w:br/>
      </w:r>
      <w:r>
        <w:rPr>
          <w:i/>
          <w:iCs/>
        </w:rPr>
        <w:t xml:space="preserve">Harper Lee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...he had thought that up to make me understand he wasn't afraid of Radleys in any shape or form,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his own fearless heroism with my cowardice.</w:t>
      </w:r>
      <w:r>
        <w:br/>
      </w:r>
      <w:r>
        <w:t xml:space="preserve">    (a) understand</w:t>
      </w:r>
      <w:r>
        <w:br/>
      </w:r>
      <w:r>
        <w:t xml:space="preserve">    (b) compare</w:t>
      </w:r>
      <w:r>
        <w:br/>
      </w:r>
      <w:r>
        <w:t xml:space="preserve">    (c) shrug off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Atticus's fists went to his hips, so did Jem's, and as they faced each other I could see little resemblance between them: Jem's soft brown hair and eyes, his oval face and snug-fitting ears were our mother's,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contrasting</w:t>
      </w:r>
      <w:r>
        <w:rPr>
          <w:b/>
          <w:bCs/>
        </w:rPr>
        <w:t xml:space="preserve"> </w:t>
      </w:r>
      <w:r>
        <w:rPr>
          <w:b/>
          <w:bCs/>
        </w:rPr>
        <w:t xml:space="preserve">oddly with Atticus's graying black hair and square-cut features, but they were somehow alike.</w:t>
      </w:r>
      <w:r>
        <w:br/>
      </w:r>
      <w:r>
        <w:t xml:space="preserve">    (a) thinking</w:t>
      </w:r>
      <w:r>
        <w:br/>
      </w:r>
      <w:r>
        <w:t xml:space="preserve">    (b) confusing</w:t>
      </w:r>
      <w:r>
        <w:br/>
      </w:r>
      <w:r>
        <w:t xml:space="preserve">    (c) comparing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by one,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 </w:t>
      </w:r>
      <w:r>
        <w:rPr>
          <w:b/>
          <w:bCs/>
        </w:rPr>
        <w:t xml:space="preserve">came forward and dropped nickels and dimes into a black enameled coffee can.</w:t>
      </w:r>
      <w:r>
        <w:br/>
      </w:r>
      <w:r>
        <w:t xml:space="preserve">    (a) court audience</w:t>
      </w:r>
      <w:r>
        <w:br/>
      </w:r>
      <w:r>
        <w:t xml:space="preserve">    (b) volunteers</w:t>
      </w:r>
      <w:r>
        <w:br/>
      </w:r>
      <w:r>
        <w:t xml:space="preserve">    (c) church members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Aunt Alexandra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composed</w:t>
      </w:r>
      <w:r>
        <w:rPr>
          <w:b/>
          <w:bCs/>
        </w:rPr>
        <w:t xml:space="preserve"> </w:t>
      </w:r>
      <w:r>
        <w:rPr>
          <w:b/>
          <w:bCs/>
        </w:rPr>
        <w:t xml:space="preserve">herself for a two-hour nap and dared us to make any noise in the yard, the neighborhood was resting.</w:t>
      </w:r>
      <w:r>
        <w:br/>
      </w:r>
      <w:r>
        <w:t xml:space="preserve">    (a) settled or calmed</w:t>
      </w:r>
      <w:r>
        <w:br/>
      </w:r>
      <w:r>
        <w:t xml:space="preserve">    (b) withdrew</w:t>
      </w:r>
      <w:r>
        <w:br/>
      </w:r>
      <w:r>
        <w:t xml:space="preserve">    (c) wrote or created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Mrs. Grace Merriweather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composed</w:t>
      </w:r>
      <w:r>
        <w:rPr>
          <w:b/>
          <w:bCs/>
        </w:rPr>
        <w:t xml:space="preserve"> </w:t>
      </w:r>
      <w:r>
        <w:rPr>
          <w:b/>
          <w:bCs/>
        </w:rPr>
        <w:t xml:space="preserve">an original pageant entitled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Maycomb County: Ad Astra Per Aspera</w:t>
      </w:r>
      <w:r>
        <w:rPr>
          <w:b/>
          <w:bCs/>
        </w:rPr>
        <w:t xml:space="preserve">, and I was to be a ham.</w:t>
      </w:r>
      <w:r>
        <w:br/>
      </w:r>
      <w:r>
        <w:t xml:space="preserve">    (a) written</w:t>
      </w:r>
      <w:r>
        <w:br/>
      </w:r>
      <w:r>
        <w:t xml:space="preserve">    (b) calmed</w:t>
      </w:r>
      <w:r>
        <w:br/>
      </w:r>
      <w:r>
        <w:t xml:space="preserve">    (c) read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Attentive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critics</w:t>
      </w:r>
      <w:r>
        <w:rPr>
          <w:b/>
          <w:bCs/>
        </w:rPr>
        <w:t xml:space="preserve"> </w:t>
      </w:r>
      <w:r>
        <w:rPr>
          <w:b/>
          <w:bCs/>
        </w:rPr>
        <w:t xml:space="preserve">of courthouse business, Atticus said they knew as much law as the Chief Justice, from long years of observation.</w:t>
      </w:r>
      <w:r>
        <w:br/>
      </w:r>
      <w:r>
        <w:t xml:space="preserve">    (a) lawyers</w:t>
      </w:r>
      <w:r>
        <w:br/>
      </w:r>
      <w:r>
        <w:t xml:space="preserve">    (b) commentors</w:t>
      </w:r>
      <w:r>
        <w:br/>
      </w:r>
      <w:r>
        <w:t xml:space="preserve">    (c) defendants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testified</w:t>
      </w:r>
      <w:r>
        <w:rPr>
          <w:b/>
          <w:bCs/>
        </w:rPr>
        <w:t xml:space="preserve"> </w:t>
      </w:r>
      <w:r>
        <w:rPr>
          <w:b/>
          <w:bCs/>
        </w:rPr>
        <w:t xml:space="preserve">that her right eye was blackened, that she was beaten around the...</w:t>
      </w:r>
      <w:r>
        <w:br/>
      </w:r>
      <w:r>
        <w:t xml:space="preserve">    (a) showed</w:t>
      </w:r>
      <w:r>
        <w:br/>
      </w:r>
      <w:r>
        <w:t xml:space="preserve">    (b) denied</w:t>
      </w:r>
      <w:r>
        <w:br/>
      </w:r>
      <w:r>
        <w:t xml:space="preserve">    (c)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Never, never, never,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cross-examination</w:t>
      </w:r>
      <w:r>
        <w:rPr>
          <w:b/>
          <w:bCs/>
        </w:rPr>
        <w:t xml:space="preserve"> </w:t>
      </w:r>
      <w:r>
        <w:rPr>
          <w:b/>
          <w:bCs/>
        </w:rPr>
        <w:t xml:space="preserve">ask a witness a question you don't already know the answer to, was a tenet I absorbed with my baby-food.</w:t>
      </w:r>
      <w:r>
        <w:br/>
      </w:r>
      <w:r>
        <w:t xml:space="preserve">    (a) purpose</w:t>
      </w:r>
      <w:r>
        <w:br/>
      </w:r>
      <w:r>
        <w:t xml:space="preserve">    (b) accident</w:t>
      </w:r>
      <w:r>
        <w:br/>
      </w:r>
      <w:r>
        <w:t xml:space="preserve">    (c) questioning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Never, never, never, on cross-examination ask a witness a question you don't already know the answer to,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tenet</w:t>
      </w:r>
      <w:r>
        <w:rPr>
          <w:b/>
          <w:bCs/>
        </w:rPr>
        <w:t xml:space="preserve"> </w:t>
      </w:r>
      <w:r>
        <w:rPr>
          <w:b/>
          <w:bCs/>
        </w:rPr>
        <w:t xml:space="preserve">I absorbed with my baby-food.</w:t>
      </w:r>
      <w:r>
        <w:br/>
      </w:r>
      <w:r>
        <w:t xml:space="preserve">    (a) important belief</w:t>
      </w:r>
      <w:r>
        <w:br/>
      </w:r>
      <w:r>
        <w:t xml:space="preserve">    (b) source of confusion</w:t>
      </w:r>
      <w:r>
        <w:br/>
      </w:r>
      <w:r>
        <w:t xml:space="preserve">    (c) nutrient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has relied instead upon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testimony</w:t>
      </w:r>
      <w:r>
        <w:rPr>
          <w:b/>
          <w:bCs/>
        </w:rPr>
        <w:t xml:space="preserve"> </w:t>
      </w:r>
      <w:r>
        <w:rPr>
          <w:b/>
          <w:bCs/>
        </w:rPr>
        <w:t xml:space="preserve">of two witnesses whose evidence has not only been called into serious question on cross-examination, but has been flatly contradicted by the defendant.</w:t>
      </w:r>
      <w:r>
        <w:br/>
      </w:r>
      <w:r>
        <w:t xml:space="preserve">    (a) witness statements</w:t>
      </w:r>
      <w:r>
        <w:br/>
      </w:r>
      <w:r>
        <w:t xml:space="preserve">    (b) judge's statements</w:t>
      </w:r>
      <w:r>
        <w:br/>
      </w:r>
      <w:r>
        <w:t xml:space="preserve">    (c) lawyer's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has relied instead upon the testimony of two witnesses whose evidence has not only been called into serious question on cross-examination, but has been flatly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defendant.</w:t>
      </w:r>
      <w:r>
        <w:br/>
      </w:r>
      <w:r>
        <w:t xml:space="preserve">    (a) confessed</w:t>
      </w:r>
      <w:r>
        <w:br/>
      </w:r>
      <w:r>
        <w:t xml:space="preserve">    (b) remembered</w:t>
      </w:r>
      <w:r>
        <w:br/>
      </w:r>
      <w:r>
        <w:t xml:space="preserve">    (c) disagreed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defendant</w:t>
      </w:r>
      <w:r>
        <w:rPr>
          <w:b/>
          <w:bCs/>
        </w:rPr>
        <w:t xml:space="preserve"> </w:t>
      </w:r>
      <w:r>
        <w:rPr>
          <w:b/>
          <w:bCs/>
        </w:rPr>
        <w:t xml:space="preserve">is not guilty, but somebody in this courtroom is.</w:t>
      </w:r>
      <w:r>
        <w:br/>
      </w:r>
      <w:r>
        <w:t xml:space="preserve">    (a) person accused</w:t>
      </w:r>
      <w:r>
        <w:br/>
      </w:r>
      <w:r>
        <w:t xml:space="preserve">    (b) defense attorney</w:t>
      </w:r>
      <w:r>
        <w:br/>
      </w:r>
      <w:r>
        <w:t xml:space="preserve">    (c) judge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don't know, but there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circumstantial evidence</w:t>
      </w:r>
      <w:r>
        <w:rPr>
          <w:b/>
          <w:bCs/>
        </w:rPr>
        <w:t xml:space="preserve"> </w:t>
      </w:r>
      <w:r>
        <w:rPr>
          <w:b/>
          <w:bCs/>
        </w:rPr>
        <w:t xml:space="preserve">to indicate that Mayella Ewell was beaten savagely by someone who led almost exclusively with his left.</w:t>
      </w:r>
      <w:r>
        <w:br/>
      </w:r>
      <w:r>
        <w:t xml:space="preserve">    (a) a lot of evidence</w:t>
      </w:r>
      <w:r>
        <w:br/>
      </w:r>
      <w:r>
        <w:t xml:space="preserve">    (b) indirect evidence (suggesting, but not proving)</w:t>
      </w:r>
      <w:r>
        <w:br/>
      </w:r>
      <w:r>
        <w:t xml:space="preserve">    (c) direct evidence (proving)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don't know, but there is circumstantial evidence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indicate</w:t>
      </w:r>
      <w:r>
        <w:rPr>
          <w:b/>
          <w:bCs/>
        </w:rPr>
        <w:t xml:space="preserve"> </w:t>
      </w:r>
      <w:r>
        <w:rPr>
          <w:b/>
          <w:bCs/>
        </w:rPr>
        <w:t xml:space="preserve">that Mayella Ewell was beaten savagely by someone who led almost exclusively with his left.</w:t>
      </w:r>
      <w:r>
        <w:br/>
      </w:r>
      <w:r>
        <w:t xml:space="preserve">    (a) prove</w:t>
      </w:r>
      <w:r>
        <w:br/>
      </w:r>
      <w:r>
        <w:t xml:space="preserve">    (b) disprove</w:t>
      </w:r>
      <w:r>
        <w:br/>
      </w:r>
      <w:r>
        <w:t xml:space="preserve">    (c) suggest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 think they'll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acquit</w:t>
      </w:r>
      <w:r>
        <w:rPr>
          <w:b/>
          <w:bCs/>
        </w:rPr>
        <w:t xml:space="preserve"> </w:t>
      </w:r>
      <w:r>
        <w:rPr>
          <w:b/>
          <w:bCs/>
        </w:rPr>
        <w:t xml:space="preserve">him that fast?" asked Jem.</w:t>
      </w:r>
      <w:r>
        <w:br/>
      </w:r>
      <w:r>
        <w:t xml:space="preserve">    (a) declare "not guilty"</w:t>
      </w:r>
      <w:r>
        <w:br/>
      </w:r>
      <w:r>
        <w:t xml:space="preserve">    (b) bring before a court</w:t>
      </w:r>
      <w:r>
        <w:br/>
      </w:r>
      <w:r>
        <w:t xml:space="preserve">    (c) declare "guilty"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Mrs. Merriweather was one of those childless adults who find it necessary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assume</w:t>
      </w:r>
      <w:r>
        <w:rPr>
          <w:b/>
          <w:bCs/>
        </w:rPr>
        <w:t xml:space="preserve"> </w:t>
      </w:r>
      <w:r>
        <w:rPr>
          <w:b/>
          <w:bCs/>
        </w:rPr>
        <w:t xml:space="preserve">a different tone of voice when speaking to children.</w:t>
      </w:r>
      <w:r>
        <w:br/>
      </w:r>
      <w:r>
        <w:t xml:space="preserve">    (a) take on</w:t>
      </w:r>
      <w:r>
        <w:br/>
      </w:r>
      <w:r>
        <w:t xml:space="preserve">    (b) believe</w:t>
      </w:r>
      <w:r>
        <w:br/>
      </w:r>
      <w:r>
        <w:t xml:space="preserve">    (c) hear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Halloween came,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assumed</w:t>
      </w:r>
      <w:r>
        <w:rPr>
          <w:b/>
          <w:bCs/>
        </w:rPr>
        <w:t xml:space="preserve"> </w:t>
      </w:r>
      <w:r>
        <w:rPr>
          <w:b/>
          <w:bCs/>
        </w:rPr>
        <w:t xml:space="preserve">that the whole family would be present to watch me perform, but I was disappointed.</w:t>
      </w:r>
      <w:r>
        <w:br/>
      </w:r>
      <w:r>
        <w:t xml:space="preserve">    (a) believed</w:t>
      </w:r>
      <w:r>
        <w:br/>
      </w:r>
      <w:r>
        <w:t xml:space="preserve">    (b) knew</w:t>
      </w:r>
      <w:r>
        <w:br/>
      </w:r>
      <w:r>
        <w:t xml:space="preserve">    (c) hoped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Aunt Alexandra got up from the table and swiftly passed more refreshments, neatly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engaging</w:t>
      </w:r>
      <w:r>
        <w:rPr>
          <w:b/>
          <w:bCs/>
        </w:rPr>
        <w:t xml:space="preserve"> </w:t>
      </w:r>
      <w:r>
        <w:rPr>
          <w:b/>
          <w:bCs/>
        </w:rPr>
        <w:t xml:space="preserve">Mrs. Merriweather and Mrs. Gates in brisk conversation.</w:t>
      </w:r>
      <w:r>
        <w:br/>
      </w:r>
      <w:r>
        <w:t xml:space="preserve">    (a) hiring</w:t>
      </w:r>
      <w:r>
        <w:br/>
      </w:r>
      <w:r>
        <w:t xml:space="preserve">    (b) involving</w:t>
      </w:r>
      <w:r>
        <w:br/>
      </w:r>
      <w:r>
        <w:t xml:space="preserve">    (c) fighting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Persecution</w:t>
      </w:r>
      <w:r>
        <w:rPr>
          <w:b/>
          <w:bCs/>
        </w:rPr>
        <w:t xml:space="preserve"> </w:t>
      </w:r>
      <w:r>
        <w:rPr>
          <w:b/>
          <w:bCs/>
        </w:rPr>
        <w:t xml:space="preserve">comes from people who are prejudiced.</w:t>
      </w:r>
      <w:r>
        <w:br/>
      </w:r>
      <w:r>
        <w:t xml:space="preserve">    (a) foolish decisions</w:t>
      </w:r>
      <w:r>
        <w:br/>
      </w:r>
      <w:r>
        <w:t xml:space="preserve">    (b) unfair treatment</w:t>
      </w:r>
      <w:r>
        <w:br/>
      </w:r>
      <w:r>
        <w:t xml:space="preserve">    (c) ignorance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it's okay to hate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Hitler</w:t>
      </w:r>
      <w:r>
        <w:rPr>
          <w:b/>
          <w:bCs/>
        </w:rPr>
        <w:t xml:space="preserve">?</w:t>
      </w:r>
      <w:r>
        <w:br/>
      </w:r>
      <w:r>
        <w:t xml:space="preserve">    (a) founder of Ku Klux Clan</w:t>
      </w:r>
      <w:r>
        <w:br/>
      </w:r>
      <w:r>
        <w:t xml:space="preserve">    (b) Nazi dictator who murdered millions</w:t>
      </w:r>
      <w:r>
        <w:br/>
      </w:r>
      <w:r>
        <w:t xml:space="preserve">    (c) Russian dictator who starved millions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2026-05-20T00:54:39Z</dcterms:created>
  <dcterms:modified xsi:type="dcterms:W3CDTF">2026-05-20T00:54:39Z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