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678e4e3bd3ffa8fb0f097279de232153f45841"/>
    <w:p>
      <w:pPr>
        <w:pStyle w:val="Heading1"/>
      </w:pPr>
      <w:r>
        <w:rPr>
          <w:b/>
          <w:bCs/>
        </w:rPr>
        <w:t xml:space="preserve">To Kill a Mockingbird</w:t>
      </w:r>
      <w:r>
        <w:br/>
      </w:r>
      <w:r>
        <w:rPr>
          <w:i/>
          <w:iCs/>
        </w:rPr>
        <w:t xml:space="preserve">Harper Lee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...running through our list of dramas... But by the end of August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repertoire</w:t>
      </w:r>
      <w:r>
        <w:rPr>
          <w:b/>
          <w:bCs/>
        </w:rPr>
        <w:t xml:space="preserve"> </w:t>
      </w:r>
      <w:r>
        <w:rPr>
          <w:b/>
          <w:bCs/>
        </w:rPr>
        <w:t xml:space="preserve">was vapid from countless reproductions, and it was then that Dill gave us the idea of making Boo Radley come out.</w:t>
      </w:r>
      <w:r>
        <w:br/>
      </w:r>
      <w:r>
        <w:t xml:space="preserve">    (a) things that can be understood</w:t>
      </w:r>
      <w:r>
        <w:br/>
      </w:r>
      <w:r>
        <w:t xml:space="preserve">    (b) things that have been repeated</w:t>
      </w:r>
      <w:r>
        <w:br/>
      </w:r>
      <w:r>
        <w:t xml:space="preserve">    (c) things that can be performed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by the end of August our repertoire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vapid</w:t>
      </w:r>
      <w:r>
        <w:rPr>
          <w:b/>
          <w:bCs/>
        </w:rPr>
        <w:t xml:space="preserve"> </w:t>
      </w:r>
      <w:r>
        <w:rPr>
          <w:b/>
          <w:bCs/>
        </w:rPr>
        <w:t xml:space="preserve">from countless reproductions, and it was then that Dill gave us the idea of making Boo Radley come out.</w:t>
      </w:r>
      <w:r>
        <w:br/>
      </w:r>
      <w:r>
        <w:t xml:space="preserve">    (a) well-practiced</w:t>
      </w:r>
      <w:r>
        <w:br/>
      </w:r>
      <w:r>
        <w:t xml:space="preserve">    (b) uninteresting</w:t>
      </w:r>
      <w:r>
        <w:br/>
      </w:r>
      <w:r>
        <w:t xml:space="preserve">    (c) refined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Once the town was terrorized by a series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morbid</w:t>
      </w:r>
      <w:r>
        <w:rPr>
          <w:b/>
          <w:bCs/>
        </w:rPr>
        <w:t xml:space="preserve"> </w:t>
      </w:r>
      <w:r>
        <w:rPr>
          <w:b/>
          <w:bCs/>
        </w:rPr>
        <w:t xml:space="preserve">nocturnal events: people's chickens and household pets were found mutilated;</w:t>
      </w:r>
      <w:r>
        <w:br/>
      </w:r>
      <w:r>
        <w:t xml:space="preserve">    (a) late-night</w:t>
      </w:r>
      <w:r>
        <w:br/>
      </w:r>
      <w:r>
        <w:t xml:space="preserve">    (b) disturbing</w:t>
      </w:r>
      <w:r>
        <w:br/>
      </w:r>
      <w:r>
        <w:t xml:space="preserve">    (c) illegal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"Ain't got no mother," was the answer, "and their paw's right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contentious</w:t>
      </w:r>
      <w:r>
        <w:rPr>
          <w:b/>
          <w:bCs/>
        </w:rPr>
        <w:t xml:space="preserve">."</w:t>
      </w:r>
      <w:r>
        <w:br/>
      </w:r>
      <w:r>
        <w:t xml:space="preserve">    (a) often absent</w:t>
      </w:r>
      <w:r>
        <w:br/>
      </w:r>
      <w:r>
        <w:t xml:space="preserve">    (b) uncaring</w:t>
      </w:r>
      <w:r>
        <w:br/>
      </w:r>
      <w:r>
        <w:t xml:space="preserve">    (c) argumentative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of any landowner around here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begrudges</w:t>
      </w:r>
      <w:r>
        <w:rPr>
          <w:b/>
          <w:bCs/>
        </w:rPr>
        <w:t xml:space="preserve"> </w:t>
      </w:r>
      <w:r>
        <w:rPr>
          <w:b/>
          <w:bCs/>
        </w:rPr>
        <w:t xml:space="preserve">those children any game their father can hit.</w:t>
      </w:r>
      <w:r>
        <w:br/>
      </w:r>
      <w:r>
        <w:t xml:space="preserve">    (a) gives unwillingly to</w:t>
      </w:r>
      <w:r>
        <w:br/>
      </w:r>
      <w:r>
        <w:t xml:space="preserve">    (b) excessively charges</w:t>
      </w:r>
      <w:r>
        <w:br/>
      </w:r>
      <w:r>
        <w:t xml:space="preserve">    (c) hides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following week the knot-hole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a tarnished medal.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hid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fact that Aunty was a good cook was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compensation</w:t>
      </w:r>
      <w:r>
        <w:rPr>
          <w:b/>
          <w:bCs/>
        </w:rPr>
        <w:t xml:space="preserve"> </w:t>
      </w:r>
      <w:r>
        <w:rPr>
          <w:b/>
          <w:bCs/>
        </w:rPr>
        <w:t xml:space="preserve">for being forced to spend a religious holiday with Francis Hancock.</w:t>
      </w:r>
      <w:r>
        <w:br/>
      </w:r>
      <w:r>
        <w:t xml:space="preserve">    (a) something that makes up for something else</w:t>
      </w:r>
      <w:r>
        <w:br/>
      </w:r>
      <w:r>
        <w:t xml:space="preserve">    (b) something caused by something else</w:t>
      </w:r>
      <w:r>
        <w:br/>
      </w:r>
      <w:r>
        <w:t xml:space="preserve">    (c) something that causes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Aunt Alexandra managed to smile in a way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a gentle apology to Cousin Lily and firm disapproval to me.</w:t>
      </w:r>
      <w:r>
        <w:br/>
      </w:r>
      <w:r>
        <w:t xml:space="preserve">    (a) prevented</w:t>
      </w:r>
      <w:r>
        <w:br/>
      </w:r>
      <w:r>
        <w:t xml:space="preserve">    (b) hid</w:t>
      </w:r>
      <w:r>
        <w:br/>
      </w:r>
      <w:r>
        <w:t xml:space="preserve">    (c) communicated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...when Jem permitted 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him (he was now positively allergic to my presence when in public), ...</w:t>
      </w:r>
      <w:r>
        <w:br/>
      </w:r>
      <w:r>
        <w:t xml:space="preserve">    (a) question</w:t>
      </w:r>
      <w:r>
        <w:br/>
      </w:r>
      <w:r>
        <w:t xml:space="preserve">    (b) help</w:t>
      </w:r>
      <w:r>
        <w:br/>
      </w:r>
      <w:r>
        <w:t xml:space="preserve">    (c) travel along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Still, everything he read he passed along to me, but with this difference: formerly, because he thought I'd like it; now, for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edification</w:t>
      </w:r>
      <w:r>
        <w:rPr>
          <w:b/>
          <w:bCs/>
        </w:rPr>
        <w:t xml:space="preserve"> </w:t>
      </w:r>
      <w:r>
        <w:rPr>
          <w:b/>
          <w:bCs/>
        </w:rPr>
        <w:t xml:space="preserve">and instruction.</w:t>
      </w:r>
      <w:r>
        <w:br/>
      </w:r>
      <w:r>
        <w:t xml:space="preserve">    (a) punishment</w:t>
      </w:r>
      <w:r>
        <w:br/>
      </w:r>
      <w:r>
        <w:t xml:space="preserve">    (b) enjoyment</w:t>
      </w:r>
      <w:r>
        <w:br/>
      </w:r>
      <w:r>
        <w:t xml:space="preserve">    (c) 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accustomed to prompt, if not always cheerful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acquiescence</w:t>
      </w:r>
      <w:r>
        <w:rPr>
          <w:b/>
          <w:bCs/>
        </w:rPr>
        <w:t xml:space="preserve"> </w:t>
      </w:r>
      <w:r>
        <w:rPr>
          <w:b/>
          <w:bCs/>
        </w:rPr>
        <w:t xml:space="preserve">to Atticus's instructions, but from the way he stood Jem was not thinking of budging.</w:t>
      </w:r>
      <w:r>
        <w:br/>
      </w:r>
      <w:r>
        <w:t xml:space="preserve">    (a) partial understanding</w:t>
      </w:r>
      <w:r>
        <w:br/>
      </w:r>
      <w:r>
        <w:t xml:space="preserve">    (b) doing what is asked</w:t>
      </w:r>
      <w:r>
        <w:br/>
      </w:r>
      <w:r>
        <w:t xml:space="preserve">    (c) unkind teasing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drew in his breath suddenly. Glancing below, I saw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corresponding</w:t>
      </w:r>
      <w:r>
        <w:rPr>
          <w:b/>
          <w:bCs/>
        </w:rPr>
        <w:t xml:space="preserve"> </w:t>
      </w:r>
      <w:r>
        <w:rPr>
          <w:b/>
          <w:bCs/>
        </w:rPr>
        <w:t xml:space="preserve">reaction, and wondered if Jem was trying to be dramatic.</w:t>
      </w:r>
      <w:r>
        <w:br/>
      </w:r>
      <w:r>
        <w:t xml:space="preserve">    (a) matching</w:t>
      </w:r>
      <w:r>
        <w:br/>
      </w:r>
      <w:r>
        <w:t xml:space="preserve">    (b) sudden</w:t>
      </w:r>
      <w:r>
        <w:br/>
      </w:r>
      <w:r>
        <w:t xml:space="preserve">    (c) written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could tell, however, when debate became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acrimonious</w:t>
      </w:r>
      <w:r>
        <w:rPr>
          <w:b/>
          <w:bCs/>
        </w:rPr>
        <w:t xml:space="preserve"> </w:t>
      </w:r>
      <w:r>
        <w:rPr>
          <w:b/>
          <w:bCs/>
        </w:rPr>
        <w:t xml:space="preserve">than professional, but this was from watching lawyers other than our father. I never heard Atticus raise his voice in my life, except to a deaf witness.</w:t>
      </w:r>
      <w:r>
        <w:br/>
      </w:r>
      <w:r>
        <w:t xml:space="preserve">    (a) unprofessional</w:t>
      </w:r>
      <w:r>
        <w:br/>
      </w:r>
      <w:r>
        <w:t xml:space="preserve">    (b) angry</w:t>
      </w:r>
      <w:r>
        <w:br/>
      </w:r>
      <w:r>
        <w:t xml:space="preserve">    (c) thoughtless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Can't see what witness's literacy has to do with the case,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irrelevant</w:t>
      </w:r>
      <w:r>
        <w:rPr>
          <w:b/>
          <w:bCs/>
        </w:rPr>
        <w:t xml:space="preserve"> </w:t>
      </w:r>
      <w:r>
        <w:rPr>
          <w:b/>
          <w:bCs/>
        </w:rPr>
        <w:t xml:space="preserve">'n' immaterial.</w:t>
      </w:r>
      <w:r>
        <w:br/>
      </w:r>
      <w:r>
        <w:t xml:space="preserve">    (a) not clear in this situation</w:t>
      </w:r>
      <w:r>
        <w:br/>
      </w:r>
      <w:r>
        <w:t xml:space="preserve">    (b) not sensible in this situation</w:t>
      </w:r>
      <w:r>
        <w:br/>
      </w:r>
      <w:r>
        <w:t xml:space="preserve">    (c) not important in this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"Can't see what witness's literacy has to do with the case, irrelevant 'n'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immaterial</w:t>
      </w:r>
      <w:r>
        <w:rPr>
          <w:b/>
          <w:bCs/>
        </w:rPr>
        <w:t xml:space="preserve">."</w:t>
      </w:r>
      <w:r>
        <w:br/>
      </w:r>
      <w:r>
        <w:t xml:space="preserve">    (a) unimportant</w:t>
      </w:r>
      <w:r>
        <w:br/>
      </w:r>
      <w:r>
        <w:t xml:space="preserve">    (b) favorable</w:t>
      </w:r>
      <w:r>
        <w:br/>
      </w:r>
      <w:r>
        <w:t xml:space="preserve">    (c) unfavorable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</w:t>
      </w:r>
      <w:r>
        <w:rPr>
          <w:b/>
          <w:bCs/>
          <w:i/>
          <w:iCs/>
        </w:rPr>
        <w:t xml:space="preserve">all men are created equal</w:t>
      </w:r>
      <w:r>
        <w:rPr>
          <w:b/>
          <w:bCs/>
        </w:rPr>
        <w:t xml:space="preserve"> </w:t>
      </w:r>
      <w:r>
        <w:rPr>
          <w:b/>
          <w:bCs/>
        </w:rPr>
        <w:t xml:space="preserve">... There is a tendency ... for certain people to use this phrase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out of context</w:t>
      </w:r>
      <w:r>
        <w:rPr>
          <w:b/>
          <w:bCs/>
        </w:rPr>
        <w:t xml:space="preserve">, to satisfy all conditions. [This is as Atticus explains that all people are treated equally in the court.]</w:t>
      </w:r>
      <w:r>
        <w:br/>
      </w:r>
      <w:r>
        <w:t xml:space="preserve">    (a) in a way that treats people unfairly</w:t>
      </w:r>
      <w:r>
        <w:br/>
      </w:r>
      <w:r>
        <w:t xml:space="preserve">    (b) in a way that makes things clear</w:t>
      </w:r>
      <w:r>
        <w:br/>
      </w:r>
      <w:r>
        <w:t xml:space="preserve">    (c) in a way that doesn't' fit the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Jem went in grinning, and Calpurnia nodded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consent to having Dill in to supper.</w:t>
      </w:r>
      <w:r>
        <w:br/>
      </w:r>
      <w:r>
        <w:t xml:space="preserve">    (a) implied</w:t>
      </w:r>
      <w:r>
        <w:br/>
      </w:r>
      <w:r>
        <w:t xml:space="preserve">    (b) reasonable</w:t>
      </w:r>
      <w:r>
        <w:br/>
      </w:r>
      <w:r>
        <w:t xml:space="preserve">    (c) unreasonable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 there in J. Grimes Everett's land there's nothing but sin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squalor</w:t>
      </w:r>
      <w:r>
        <w:rPr>
          <w:b/>
          <w:bCs/>
        </w:rPr>
        <w:t xml:space="preserve">.</w:t>
      </w:r>
      <w:r>
        <w:br/>
      </w:r>
      <w:r>
        <w:t xml:space="preserve">    (a) dirtiness and unpleasantness</w:t>
      </w:r>
      <w:r>
        <w:br/>
      </w:r>
      <w:r>
        <w:t xml:space="preserve">    (b) a good time</w:t>
      </w:r>
      <w:r>
        <w:br/>
      </w:r>
      <w:r>
        <w:t xml:space="preserve">    (c) suffering for sin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Miss Maudie was angry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 </w:t>
      </w:r>
      <w:r>
        <w:rPr>
          <w:b/>
          <w:bCs/>
        </w:rPr>
        <w:t xml:space="preserve">was icy.</w:t>
      </w:r>
      <w:r>
        <w:br/>
      </w:r>
      <w:r>
        <w:t xml:space="preserve">    (a) tone of voice</w:t>
      </w:r>
      <w:r>
        <w:br/>
      </w:r>
      <w:r>
        <w:t xml:space="preserve">    (b) facial expression</w:t>
      </w:r>
      <w:r>
        <w:br/>
      </w:r>
      <w:r>
        <w:t xml:space="preserve">    (c) use of few words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sometimes felt a twinge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remorse</w:t>
      </w:r>
      <w:r>
        <w:rPr>
          <w:b/>
          <w:bCs/>
        </w:rPr>
        <w:t xml:space="preserve">, when passing by the old place, at ever having taken part in what must have been sheer torment to Arthur Radley—</w:t>
      </w:r>
      <w:r>
        <w:br/>
      </w:r>
      <w:r>
        <w:t xml:space="preserve">    (a) regret</w:t>
      </w:r>
      <w:r>
        <w:br/>
      </w:r>
      <w:r>
        <w:t xml:space="preserve">    (b) nervousness</w:t>
      </w:r>
      <w:r>
        <w:br/>
      </w:r>
      <w:r>
        <w:t xml:space="preserve">    (c) anger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2026-07-31T14:21:12Z</dcterms:created>
  <dcterms:modified xsi:type="dcterms:W3CDTF">2026-07-31T14:21:12Z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