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9ccc0fd74a1861b73057852699094e90f3753e"/>
    <w:p>
      <w:pPr>
        <w:pStyle w:val="Heading1"/>
      </w:pPr>
      <w:r>
        <w:rPr>
          <w:b/>
          <w:bCs/>
        </w:rPr>
        <w:t xml:space="preserve">To Build a Fire</w:t>
      </w:r>
      <w:r>
        <w:br/>
      </w:r>
      <w:r>
        <w:rPr>
          <w:i/>
          <w:iCs/>
        </w:rPr>
        <w:t xml:space="preserve">Jack London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gets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 </w:t>
      </w:r>
      <w:r>
        <w:rPr>
          <w:b/>
          <w:bCs/>
        </w:rPr>
        <w:t xml:space="preserve">whenever the topic comes up.</w:t>
      </w:r>
      <w:r>
        <w:br/>
      </w:r>
      <w:r>
        <w:t xml:space="preserve">    (a) calm and thoughtful</w:t>
      </w:r>
      <w:r>
        <w:br/>
      </w:r>
      <w:r>
        <w:t xml:space="preserve">    (b) emotionally disturbed</w:t>
      </w:r>
      <w:r>
        <w:br/>
      </w:r>
      <w:r>
        <w:t xml:space="preserve">    (c) gloomy (sad)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lack of ability</w:t>
      </w:r>
      <w:r>
        <w:br/>
      </w:r>
      <w:r>
        <w:t xml:space="preserve">    (b) lack of interest</w:t>
      </w:r>
      <w:r>
        <w:br/>
      </w:r>
      <w:r>
        <w:t xml:space="preserve">    (c) distraction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 fail English because I didn't do my homework, there will be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appeasing</w:t>
      </w:r>
      <w:r>
        <w:rPr>
          <w:b/>
          <w:bCs/>
        </w:rPr>
        <w:t xml:space="preserve"> </w:t>
      </w:r>
      <w:r>
        <w:rPr>
          <w:b/>
          <w:bCs/>
        </w:rPr>
        <w:t xml:space="preserve">my mother.</w:t>
      </w:r>
      <w:r>
        <w:br/>
      </w:r>
      <w:r>
        <w:t xml:space="preserve">    (a) hiding from</w:t>
      </w:r>
      <w:r>
        <w:br/>
      </w:r>
      <w:r>
        <w:t xml:space="preserve">    (b) calming</w:t>
      </w:r>
      <w:r>
        <w:br/>
      </w:r>
      <w:r>
        <w:t xml:space="preserve">    (c) talking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forward to meeting his parents, but not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.</w:t>
      </w:r>
      <w:r>
        <w:br/>
      </w:r>
      <w:r>
        <w:t xml:space="preserve">    (a) excitement</w:t>
      </w:r>
      <w:r>
        <w:br/>
      </w:r>
      <w:r>
        <w:t xml:space="preserve">    (b) nervousness</w:t>
      </w:r>
      <w:r>
        <w:br/>
      </w:r>
      <w:r>
        <w:t xml:space="preserve">    (c) preparation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asserts</w:t>
      </w:r>
      <w:r>
        <w:rPr>
          <w:b/>
          <w:bCs/>
        </w:rPr>
        <w:t xml:space="preserve"> </w:t>
      </w:r>
      <w:r>
        <w:rPr>
          <w:b/>
          <w:bCs/>
        </w:rPr>
        <w:t xml:space="preserve">that her opponent lacks managerial experience.</w:t>
      </w:r>
      <w:r>
        <w:br/>
      </w:r>
      <w:r>
        <w:t xml:space="preserve">    (a) proves</w:t>
      </w:r>
      <w:r>
        <w:br/>
      </w:r>
      <w:r>
        <w:t xml:space="preserve">    (b) demonstrates</w:t>
      </w:r>
      <w:r>
        <w:br/>
      </w:r>
      <w:r>
        <w:t xml:space="preserve">    (c) says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rescued me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poverty</w:t>
      </w:r>
      <w:r>
        <w:br/>
      </w:r>
      <w:r>
        <w:t xml:space="preserve">    (b) hopelessness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consider</w:t>
      </w:r>
      <w:r>
        <w:br/>
      </w:r>
      <w:r>
        <w:t xml:space="preserve">    (b) save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incident, support for the policy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ebbed</w:t>
      </w:r>
      <w:r>
        <w:rPr>
          <w:b/>
          <w:bCs/>
        </w:rPr>
        <w:t xml:space="preserve">.</w:t>
      </w:r>
      <w:r>
        <w:br/>
      </w:r>
      <w:r>
        <w:t xml:space="preserve">    (a) disappeared</w:t>
      </w:r>
      <w:r>
        <w:br/>
      </w:r>
      <w:r>
        <w:t xml:space="preserve">    (b) increased</w:t>
      </w:r>
      <w:r>
        <w:br/>
      </w:r>
      <w:r>
        <w:t xml:space="preserve">    (c) declined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require</w:t>
      </w:r>
      <w:r>
        <w:br/>
      </w:r>
      <w:r>
        <w:t xml:space="preserve">    (b) allow</w:t>
      </w:r>
      <w:r>
        <w:br/>
      </w:r>
      <w:r>
        <w:t xml:space="preserve">    (c) remind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floundered</w:t>
      </w:r>
      <w:r>
        <w:rPr>
          <w:b/>
          <w:bCs/>
        </w:rPr>
        <w:t xml:space="preserve"> </w:t>
      </w:r>
      <w:r>
        <w:rPr>
          <w:b/>
          <w:bCs/>
        </w:rPr>
        <w:t xml:space="preserve">my first week on the job.</w:t>
      </w:r>
      <w:r>
        <w:br/>
      </w:r>
      <w:r>
        <w:t xml:space="preserve">    (a) enjoyed</w:t>
      </w:r>
      <w:r>
        <w:br/>
      </w:r>
      <w:r>
        <w:t xml:space="preserve">    (b) excelled</w:t>
      </w:r>
      <w:r>
        <w:br/>
      </w:r>
      <w:r>
        <w:t xml:space="preserve">    (c) struggled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becoming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that we get that national deficit under control.</w:t>
      </w:r>
      <w:r>
        <w:br/>
      </w:r>
      <w:r>
        <w:t xml:space="preserve">    (a) a popular belief</w:t>
      </w:r>
      <w:r>
        <w:br/>
      </w:r>
      <w:r>
        <w:t xml:space="preserve">    (b) essential and urgent</w:t>
      </w:r>
      <w:r>
        <w:br/>
      </w:r>
      <w:r>
        <w:t xml:space="preserve">    (c) an excuse for ignoring other problems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small reading group became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nucleus</w:t>
      </w:r>
      <w:r>
        <w:rPr>
          <w:b/>
          <w:bCs/>
        </w:rPr>
        <w:t xml:space="preserve"> </w:t>
      </w:r>
      <w:r>
        <w:rPr>
          <w:b/>
          <w:bCs/>
        </w:rPr>
        <w:t xml:space="preserve">of a schoolwide book club.</w:t>
      </w:r>
      <w:r>
        <w:br/>
      </w:r>
      <w:r>
        <w:t xml:space="preserve">    (a) critics</w:t>
      </w:r>
      <w:r>
        <w:br/>
      </w:r>
      <w:r>
        <w:t xml:space="preserve">    (b) center</w:t>
      </w:r>
      <w:r>
        <w:br/>
      </w:r>
      <w:r>
        <w:t xml:space="preserve">    (c) 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die</w:t>
      </w:r>
      <w:r>
        <w:br/>
      </w:r>
      <w:r>
        <w:t xml:space="preserve">    (b) work</w:t>
      </w:r>
      <w:r>
        <w:br/>
      </w:r>
      <w:r>
        <w:t xml:space="preserve">    (c) fail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read MLK's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"Letter from Birmingham Jail"?</w:t>
      </w:r>
      <w:r>
        <w:br/>
      </w:r>
      <w:r>
        <w:t xml:space="preserve">    (a) logically compelling</w:t>
      </w:r>
      <w:r>
        <w:br/>
      </w:r>
      <w:r>
        <w:t xml:space="preserve">    (b) arousing deep emotion</w:t>
      </w:r>
      <w:r>
        <w:br/>
      </w:r>
      <w:r>
        <w:t xml:space="preserve">    (c) long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described in writing</w:t>
      </w:r>
      <w:r>
        <w:br/>
      </w:r>
      <w:r>
        <w:t xml:space="preserve">    (b) provided or supplied</w:t>
      </w:r>
      <w:r>
        <w:br/>
      </w:r>
      <w:r>
        <w:t xml:space="preserve">    (c) to be performed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good eye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differences in color.</w:t>
      </w:r>
      <w:r>
        <w:br/>
      </w:r>
      <w:r>
        <w:t xml:space="preserve">    (a) complementary</w:t>
      </w:r>
      <w:r>
        <w:br/>
      </w:r>
      <w:r>
        <w:t xml:space="preserve">    (b) minor</w:t>
      </w:r>
      <w:r>
        <w:br/>
      </w:r>
      <w:r>
        <w:t xml:space="preserve">    (c) contrasting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cause for a search warrant?</w:t>
      </w:r>
      <w:r>
        <w:br/>
      </w:r>
      <w:r>
        <w:t xml:space="preserve">    (a) clear or obvious</w:t>
      </w:r>
      <w:r>
        <w:br/>
      </w:r>
      <w:r>
        <w:t xml:space="preserve">    (b) adequate (enough)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awakened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twilight</w:t>
      </w:r>
      <w:r>
        <w:rPr>
          <w:b/>
          <w:bCs/>
        </w:rPr>
        <w:t xml:space="preserve"> </w:t>
      </w:r>
      <w:r>
        <w:rPr>
          <w:b/>
          <w:bCs/>
        </w:rPr>
        <w:t xml:space="preserve">sky but did not know if the sun was setting or rising.</w:t>
      </w:r>
      <w:r>
        <w:br/>
      </w:r>
      <w:r>
        <w:t xml:space="preserve">    (a) the light from the sky just after sunset</w:t>
      </w:r>
      <w:r>
        <w:br/>
      </w:r>
      <w:r>
        <w:t xml:space="preserve">    (b) the light from the sky between daylight and darkness</w:t>
      </w:r>
      <w:r>
        <w:br/>
      </w:r>
      <w:r>
        <w:t xml:space="preserve">    (c) the light from the sky just before sunrise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, dreamy look as she thought about how life would change if she could get a good job.</w:t>
      </w:r>
      <w:r>
        <w:br/>
      </w:r>
      <w:r>
        <w:t xml:space="preserve">    (a) showing determination</w:t>
      </w:r>
      <w:r>
        <w:br/>
      </w:r>
      <w:r>
        <w:t xml:space="preserve">    (b) showing optimism</w:t>
      </w:r>
      <w:r>
        <w:br/>
      </w:r>
      <w:r>
        <w:t xml:space="preserve">    (c) showing longing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independence.</w:t>
      </w:r>
      <w:r>
        <w:br/>
      </w:r>
      <w:r>
        <w:t xml:space="preserve">    (a) fear</w:t>
      </w:r>
      <w:r>
        <w:br/>
      </w:r>
      <w:r>
        <w:t xml:space="preserve">    (b) desire</w:t>
      </w:r>
      <w:r>
        <w:br/>
      </w:r>
      <w:r>
        <w:t xml:space="preserve">    (c) work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2026-07-31T16:20:46Z</dcterms:created>
  <dcterms:modified xsi:type="dcterms:W3CDTF">2026-07-31T16:20:46Z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