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a8f38354fc377fc442d1a5aee66040912cc7323"/>
    <w:p>
      <w:pPr>
        <w:pStyle w:val="Heading1"/>
      </w:pPr>
      <w:r>
        <w:rPr>
          <w:b/>
          <w:bCs/>
        </w:rPr>
        <w:t xml:space="preserve">To Build a Fire</w:t>
      </w:r>
      <w:r>
        <w:br/>
      </w:r>
      <w:r>
        <w:rPr>
          <w:i/>
          <w:iCs/>
        </w:rPr>
        <w:t xml:space="preserve">Jack London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subtle</w:t>
      </w:r>
      <w:r>
        <w:rPr>
          <w:b/>
          <w:bCs/>
        </w:rPr>
        <w:t xml:space="preserve"> </w:t>
      </w:r>
      <w:r>
        <w:rPr>
          <w:b/>
          <w:bCs/>
        </w:rPr>
        <w:t xml:space="preserve">gloom</w:t>
      </w:r>
      <w:r>
        <w:br/>
      </w:r>
      <w:r>
        <w:t xml:space="preserve">    (a) of an organism in the early stages of development prior to birth, hatching, or sprouting  OR  of anything in an early stage of development</w:t>
      </w:r>
      <w:r>
        <w:br/>
      </w:r>
      <w:r>
        <w:t xml:space="preserve">    (b) (adjective) of low quality, or of lower quality or rank than something else  OR  (more rarely as a noun) a person of lower rank or status</w:t>
      </w:r>
      <w:r>
        <w:br/>
      </w:r>
      <w:r>
        <w:t xml:space="preserve">    (c) slightly noticeable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So the dog made no effort to communicate its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apprehension</w:t>
      </w:r>
      <w:r>
        <w:rPr>
          <w:b/>
          <w:bCs/>
        </w:rPr>
        <w:t xml:space="preserve"> </w:t>
      </w:r>
      <w:r>
        <w:rPr>
          <w:b/>
          <w:bCs/>
        </w:rPr>
        <w:t xml:space="preserve">to the man.</w:t>
      </w:r>
      <w:r>
        <w:br/>
      </w:r>
      <w:r>
        <w:t xml:space="preserve">    (a) vaccination (to protect from a disease)</w:t>
      </w:r>
      <w:r>
        <w:br/>
      </w:r>
      <w:r>
        <w:t xml:space="preserve">    (b) worry or concern about what will happen</w:t>
      </w:r>
      <w:r>
        <w:br/>
      </w:r>
      <w:r>
        <w:t xml:space="preserve">    (c) able to generate electricity from light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was not concerned in the welfare of the man; it was for its own sake that it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yearned</w:t>
      </w:r>
      <w:r>
        <w:rPr>
          <w:b/>
          <w:bCs/>
        </w:rPr>
        <w:t xml:space="preserve"> </w:t>
      </w:r>
      <w:r>
        <w:rPr>
          <w:b/>
          <w:bCs/>
        </w:rPr>
        <w:t xml:space="preserve">back toward the fire.</w:t>
      </w:r>
      <w:r>
        <w:br/>
      </w:r>
      <w:r>
        <w:t xml:space="preserve">    (a) strongly desired</w:t>
      </w:r>
      <w:r>
        <w:br/>
      </w:r>
      <w:r>
        <w:t xml:space="preserve">    (b) not concentrated</w:t>
      </w:r>
      <w:r>
        <w:br/>
      </w:r>
      <w:r>
        <w:t xml:space="preserve">    (c) stopped fighting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This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imperative</w:t>
      </w:r>
      <w:r>
        <w:rPr>
          <w:b/>
          <w:bCs/>
        </w:rPr>
        <w:t xml:space="preserve"> </w:t>
      </w:r>
      <w:r>
        <w:rPr>
          <w:b/>
          <w:bCs/>
        </w:rPr>
        <w:t xml:space="preserve">at that low temperature—he knew that much; and he turned aside to the bank, which he climbed.</w:t>
      </w:r>
      <w:r>
        <w:br/>
      </w:r>
      <w:r>
        <w:t xml:space="preserve">    (a) sincerity (realness)</w:t>
      </w:r>
      <w:r>
        <w:br/>
      </w:r>
      <w:r>
        <w:t xml:space="preserve">    (b) essential and urgent</w:t>
      </w:r>
      <w:r>
        <w:br/>
      </w:r>
      <w:r>
        <w:t xml:space="preserve">    (c) not demonstrative of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So long as he walked four miles an hour, he pumped that blood, willy-nilly, to the surface; but now it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ebbed</w:t>
      </w:r>
      <w:r>
        <w:rPr>
          <w:b/>
          <w:bCs/>
        </w:rPr>
        <w:t xml:space="preserve"> </w:t>
      </w:r>
      <w:r>
        <w:rPr>
          <w:b/>
          <w:bCs/>
        </w:rPr>
        <w:t xml:space="preserve">away and sank down into the recesses of his body.</w:t>
      </w:r>
      <w:r>
        <w:br/>
      </w:r>
      <w:r>
        <w:t xml:space="preserve">    (a) encouraged growth or excitement, or caused something to happen</w:t>
      </w:r>
      <w:r>
        <w:br/>
      </w:r>
      <w:r>
        <w:t xml:space="preserve">    (b) gradually declined</w:t>
      </w:r>
      <w:r>
        <w:br/>
      </w:r>
      <w:r>
        <w:t xml:space="preserve">    (c) ignored someone's wishes or caused inconvenience or discomfort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Each time he had pulled a twig he had communicated a slight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agitation</w:t>
      </w:r>
      <w:r>
        <w:rPr>
          <w:b/>
          <w:bCs/>
        </w:rPr>
        <w:t xml:space="preserve"> </w:t>
      </w:r>
      <w:r>
        <w:rPr>
          <w:b/>
          <w:bCs/>
        </w:rPr>
        <w:t xml:space="preserve">to the tree—an imperceptible ----------, so far as he was concerned, but an ---------- sufficient to bring about the disaster.</w:t>
      </w:r>
      <w:r>
        <w:br/>
      </w:r>
      <w:r>
        <w:t xml:space="preserve">    (a) formula (a mathematical expression that describe a relationship between variables)</w:t>
      </w:r>
      <w:r>
        <w:br/>
      </w:r>
      <w:r>
        <w:t xml:space="preserve">    (b) officially telling someone about something; or something that contains the message</w:t>
      </w:r>
      <w:r>
        <w:br/>
      </w:r>
      <w:r>
        <w:t xml:space="preserve">    (c) shaking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...an agitation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sufficient</w:t>
      </w:r>
      <w:r>
        <w:rPr>
          <w:b/>
          <w:bCs/>
        </w:rPr>
        <w:t xml:space="preserve"> </w:t>
      </w:r>
      <w:r>
        <w:rPr>
          <w:b/>
          <w:bCs/>
        </w:rPr>
        <w:t xml:space="preserve">to bring about the disaster.</w:t>
      </w:r>
      <w:r>
        <w:br/>
      </w:r>
      <w:r>
        <w:t xml:space="preserve">    (a) producing a stream of atomic particles through nuclear decay</w:t>
      </w:r>
      <w:r>
        <w:br/>
      </w:r>
      <w:r>
        <w:t xml:space="preserve">    (b) in a manner of taking on or adopting power or responsibility</w:t>
      </w:r>
      <w:r>
        <w:br/>
      </w:r>
      <w:r>
        <w:t xml:space="preserve">    (c) adequate (enough -- often without being more than is needed)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all the while the dog sat and watched him, a certain yearning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wistfulness</w:t>
      </w:r>
      <w:r>
        <w:rPr>
          <w:b/>
          <w:bCs/>
        </w:rPr>
        <w:t xml:space="preserve"> </w:t>
      </w:r>
      <w:r>
        <w:rPr>
          <w:b/>
          <w:bCs/>
        </w:rPr>
        <w:t xml:space="preserve">in its eyes, for it looked upon him as the fire-provider, and the fire was slow in coming.</w:t>
      </w:r>
      <w:r>
        <w:br/>
      </w:r>
      <w:r>
        <w:t xml:space="preserve">    (a) able to be restored to good condition</w:t>
      </w:r>
      <w:r>
        <w:br/>
      </w:r>
      <w:r>
        <w:t xml:space="preserve">    (b) full of longing or unfulfilled desire</w:t>
      </w:r>
      <w:r>
        <w:br/>
      </w:r>
      <w:r>
        <w:t xml:space="preserve">    (c) not bouncing back light/heat/sound...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Then 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devised</w:t>
      </w:r>
      <w:r>
        <w:rPr>
          <w:b/>
          <w:bCs/>
        </w:rPr>
        <w:t xml:space="preserve"> </w:t>
      </w:r>
      <w:r>
        <w:rPr>
          <w:b/>
          <w:bCs/>
        </w:rPr>
        <w:t xml:space="preserve">a way.</w:t>
      </w:r>
      <w:r>
        <w:br/>
      </w:r>
      <w:r>
        <w:t xml:space="preserve">    (a) stopped (something from happening)</w:t>
      </w:r>
      <w:r>
        <w:br/>
      </w:r>
      <w:r>
        <w:t xml:space="preserve">    (b) not provided with investment funds</w:t>
      </w:r>
      <w:r>
        <w:br/>
      </w:r>
      <w:r>
        <w:t xml:space="preserve">    (c) came up with (invented or created)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old-timer on Sulphur Creek was right, he thought in the moment of controlled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despair</w:t>
      </w:r>
      <w:r>
        <w:rPr>
          <w:b/>
          <w:bCs/>
        </w:rPr>
        <w:t xml:space="preserve"> </w:t>
      </w:r>
      <w:r>
        <w:rPr>
          <w:b/>
          <w:bCs/>
        </w:rPr>
        <w:t xml:space="preserve">that ensued:</w:t>
      </w:r>
      <w:r>
        <w:br/>
      </w:r>
      <w:r>
        <w:t xml:space="preserve">    (a) distress (at inability to fix a bad situation)</w:t>
      </w:r>
      <w:r>
        <w:br/>
      </w:r>
      <w:r>
        <w:t xml:space="preserve">    (b) not creating disagreement or struggle</w:t>
      </w:r>
      <w:r>
        <w:br/>
      </w:r>
      <w:r>
        <w:t xml:space="preserve">    (c) adjusts a lens to make an image clear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His arm-muscles not being frozen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enabled</w:t>
      </w:r>
      <w:r>
        <w:rPr>
          <w:b/>
          <w:bCs/>
        </w:rPr>
        <w:t xml:space="preserve"> </w:t>
      </w:r>
      <w:r>
        <w:rPr>
          <w:b/>
          <w:bCs/>
        </w:rPr>
        <w:t xml:space="preserve">him to press the hand-heels tightly against the matches.</w:t>
      </w:r>
      <w:r>
        <w:br/>
      </w:r>
      <w:r>
        <w:t xml:space="preserve">    (a) made possible</w:t>
      </w:r>
      <w:r>
        <w:br/>
      </w:r>
      <w:r>
        <w:t xml:space="preserve">    (b) not satisfied</w:t>
      </w:r>
      <w:r>
        <w:br/>
      </w:r>
      <w:r>
        <w:t xml:space="preserve">    (c) got closer to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meant life, and it must not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perish</w:t>
      </w:r>
      <w:r>
        <w:rPr>
          <w:b/>
          <w:bCs/>
        </w:rPr>
        <w:t xml:space="preserve">.</w:t>
      </w:r>
      <w:r>
        <w:br/>
      </w:r>
      <w:r>
        <w:t xml:space="preserve">    (a) to spread to other parts of the body</w:t>
      </w:r>
      <w:r>
        <w:br/>
      </w:r>
      <w:r>
        <w:t xml:space="preserve">    (b) move into position to work; or start</w:t>
      </w:r>
      <w:r>
        <w:br/>
      </w:r>
      <w:r>
        <w:t xml:space="preserve">    (c) die, be destroyed, or cease to exist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tried to poke it out with his fingers, but his shivering frame made him poke too far, and he disrupted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nucleus</w:t>
      </w:r>
      <w:r>
        <w:rPr>
          <w:b/>
          <w:bCs/>
        </w:rPr>
        <w:t xml:space="preserve"> </w:t>
      </w:r>
      <w:r>
        <w:rPr>
          <w:b/>
          <w:bCs/>
        </w:rPr>
        <w:t xml:space="preserve">of the little fire, the burning grasses and tiny twigs separating and scattering.</w:t>
      </w:r>
      <w:r>
        <w:br/>
      </w:r>
      <w:r>
        <w:t xml:space="preserve">    (a) the center (or most important part) of something</w:t>
      </w:r>
      <w:r>
        <w:br/>
      </w:r>
      <w:r>
        <w:t xml:space="preserve">    (b) the act, process, or instance of telling a story</w:t>
      </w:r>
      <w:r>
        <w:br/>
      </w:r>
      <w:r>
        <w:t xml:space="preserve">    (c) a general feeling of not being as good as others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As he looked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apathetically</w:t>
      </w:r>
      <w:r>
        <w:rPr>
          <w:b/>
          <w:bCs/>
        </w:rPr>
        <w:t xml:space="preserve"> </w:t>
      </w:r>
      <w:r>
        <w:rPr>
          <w:b/>
          <w:bCs/>
        </w:rPr>
        <w:t xml:space="preserve">about him, his eyes chanced on the dog, sitting across the ruins of the fire from him,</w:t>
      </w:r>
      <w:r>
        <w:br/>
      </w:r>
      <w:r>
        <w:t xml:space="preserve">    (a) in a manner that is misleading</w:t>
      </w:r>
      <w:r>
        <w:br/>
      </w:r>
      <w:r>
        <w:t xml:space="preserve">    (b) without interest or enthusiasm</w:t>
      </w:r>
      <w:r>
        <w:br/>
      </w:r>
      <w:r>
        <w:t xml:space="preserve">    (c) in a good or beneficial manner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...the dog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rendered</w:t>
      </w:r>
      <w:r>
        <w:rPr>
          <w:b/>
          <w:bCs/>
        </w:rPr>
        <w:t xml:space="preserve"> </w:t>
      </w:r>
      <w:r>
        <w:rPr>
          <w:b/>
          <w:bCs/>
        </w:rPr>
        <w:t xml:space="preserve">its customary allegiance and came to him.</w:t>
      </w:r>
      <w:r>
        <w:br/>
      </w:r>
      <w:r>
        <w:t xml:space="preserve">    (a) started (a fire)</w:t>
      </w:r>
      <w:r>
        <w:br/>
      </w:r>
      <w:r>
        <w:t xml:space="preserve">    (b) gave</w:t>
      </w:r>
      <w:r>
        <w:br/>
      </w:r>
      <w:r>
        <w:t xml:space="preserve">    (c) restart (a fire)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This fear quickly became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poignant</w:t>
      </w:r>
      <w:r>
        <w:rPr>
          <w:b/>
          <w:bCs/>
        </w:rPr>
        <w:t xml:space="preserve"> </w:t>
      </w:r>
      <w:r>
        <w:rPr>
          <w:b/>
          <w:bCs/>
        </w:rPr>
        <w:t xml:space="preserve">as he realized that it was no longer a mere matter of freezing his fingers and toes, or of losing his hands and feet, but that it was a matter of life and death with the chances against him.</w:t>
      </w:r>
      <w:r>
        <w:br/>
      </w:r>
      <w:r>
        <w:t xml:space="preserve">    (a) sharp or intense</w:t>
      </w:r>
      <w:r>
        <w:br/>
      </w:r>
      <w:r>
        <w:t xml:space="preserve">    (b) likely to change</w:t>
      </w:r>
      <w:r>
        <w:br/>
      </w:r>
      <w:r>
        <w:t xml:space="preserve">    (c) able to be found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Slowly, as he ploughed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floundered</w:t>
      </w:r>
      <w:r>
        <w:rPr>
          <w:b/>
          <w:bCs/>
        </w:rPr>
        <w:t xml:space="preserve"> </w:t>
      </w:r>
      <w:r>
        <w:rPr>
          <w:b/>
          <w:bCs/>
        </w:rPr>
        <w:t xml:space="preserve">through the snow,</w:t>
      </w:r>
      <w:r>
        <w:br/>
      </w:r>
      <w:r>
        <w:t xml:space="preserve">    (a) (verb) created, started, settled, or set in a place  OR  (adjective) existing, or familiar</w:t>
      </w:r>
      <w:r>
        <w:br/>
      </w:r>
      <w:r>
        <w:t xml:space="preserve">    (b) persuaded someone to want something (often sex or love) by tempting with something desired</w:t>
      </w:r>
      <w:r>
        <w:br/>
      </w:r>
      <w:r>
        <w:t xml:space="preserve">    (c) moved awkwardly on unsure footing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the thought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asserted</w:t>
      </w:r>
      <w:r>
        <w:rPr>
          <w:b/>
          <w:bCs/>
        </w:rPr>
        <w:t xml:space="preserve"> </w:t>
      </w:r>
      <w:r>
        <w:rPr>
          <w:b/>
          <w:bCs/>
        </w:rPr>
        <w:t xml:space="preserve">itself, and persisted, until it produced a vision of his body totally frozen.</w:t>
      </w:r>
      <w:r>
        <w:br/>
      </w:r>
      <w:r>
        <w:t xml:space="preserve">    (a) ignored someone's wishes or caused inconvenience or discomfort</w:t>
      </w:r>
      <w:r>
        <w:br/>
      </w:r>
      <w:r>
        <w:t xml:space="preserve">    (b) presented itself forcefully (as though to say it was true)</w:t>
      </w:r>
      <w:r>
        <w:br/>
      </w:r>
      <w:r>
        <w:t xml:space="preserve">    (c) encouraged growth or excitement, or caused something to happen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warmth and security of the animal angered him, and he cursed it till it flattened down its ears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appeasingly</w:t>
      </w:r>
      <w:r>
        <w:rPr>
          <w:b/>
          <w:bCs/>
        </w:rPr>
        <w:t xml:space="preserve">.</w:t>
      </w:r>
      <w:r>
        <w:br/>
      </w:r>
      <w:r>
        <w:t xml:space="preserve">    (a) in a manner that is satisfying or pacifying</w:t>
      </w:r>
      <w:r>
        <w:br/>
      </w:r>
      <w:r>
        <w:t xml:space="preserve">    (b) in a manner involving only one part or side</w:t>
      </w:r>
      <w:r>
        <w:br/>
      </w:r>
      <w:r>
        <w:t xml:space="preserve">    (c) in a manner that stops or hinders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brief day drew to a close in a long, slow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twilight</w:t>
      </w:r>
      <w:r>
        <w:rPr>
          <w:b/>
          <w:bCs/>
        </w:rPr>
        <w:t xml:space="preserve">.</w:t>
      </w:r>
      <w:r>
        <w:br/>
      </w:r>
      <w:r>
        <w:t xml:space="preserve">    (a) fall into sleep</w:t>
      </w:r>
      <w:r>
        <w:br/>
      </w:r>
      <w:r>
        <w:t xml:space="preserve">    (b) journey</w:t>
      </w:r>
      <w:r>
        <w:br/>
      </w:r>
      <w:r>
        <w:t xml:space="preserve">    (c) the time of day between daylight and darkness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2026-07-31T16:20:46Z</dcterms:created>
  <dcterms:modified xsi:type="dcterms:W3CDTF">2026-07-31T16:20:46Z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