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73df6966f444861623df6b71bafa5a718fa48f"/>
    <w:p>
      <w:pPr>
        <w:pStyle w:val="Heading1"/>
      </w:pPr>
      <w:r>
        <w:rPr>
          <w:b/>
          <w:bCs/>
        </w:rPr>
        <w:t xml:space="preserve">Through My Eyes</w:t>
      </w:r>
      <w:r>
        <w:br/>
      </w:r>
      <w:r>
        <w:rPr>
          <w:i/>
          <w:iCs/>
        </w:rPr>
        <w:t xml:space="preserve">Tim Tebow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 sure—no I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positive</w:t>
      </w:r>
      <w:r>
        <w:rPr>
          <w:b/>
          <w:bCs/>
        </w:rPr>
        <w:t xml:space="preserve">—that wasn't how you do it.</w:t>
      </w:r>
      <w:r>
        <w:br/>
      </w:r>
      <w:r>
        <w:t xml:space="preserve">    (a) various</w:t>
      </w:r>
      <w:r>
        <w:br/>
      </w:r>
      <w:r>
        <w:t xml:space="preserve">    (b) certain</w:t>
      </w:r>
      <w:r>
        <w:br/>
      </w:r>
      <w:r>
        <w:t xml:space="preserve">    (c) outside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Along the way, they also have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positive</w:t>
      </w:r>
      <w:r>
        <w:rPr>
          <w:b/>
          <w:bCs/>
        </w:rPr>
        <w:t xml:space="preserve"> </w:t>
      </w:r>
      <w:r>
        <w:rPr>
          <w:b/>
          <w:bCs/>
        </w:rPr>
        <w:t xml:space="preserve">influence on one another.</w:t>
      </w:r>
      <w:r>
        <w:br/>
      </w:r>
      <w:r>
        <w:t xml:space="preserve">    (a) good or beneficial</w:t>
      </w:r>
      <w:r>
        <w:br/>
      </w:r>
      <w:r>
        <w:t xml:space="preserve">    (b) not representative</w:t>
      </w:r>
      <w:r>
        <w:br/>
      </w:r>
      <w:r>
        <w:t xml:space="preserve">    (c) impossible to find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parents were able to design the structure, schedule, and content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they wanted.</w:t>
      </w:r>
      <w:r>
        <w:br/>
      </w:r>
      <w:r>
        <w:t xml:space="preserve">    (a) starts fighting</w:t>
      </w:r>
      <w:r>
        <w:br/>
      </w:r>
      <w:r>
        <w:t xml:space="preserve">    (b) in whatever way</w:t>
      </w:r>
      <w:r>
        <w:br/>
      </w:r>
      <w:r>
        <w:t xml:space="preserve">    (c) starts (a fire)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Arkansas,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, had different plans, and in the second half they came back to take the lead from us.</w:t>
      </w:r>
      <w:r>
        <w:br/>
      </w:r>
      <w:r>
        <w:t xml:space="preserve">    (a) a word used to connect contrasting ideas as when using</w:t>
      </w:r>
      <w:r>
        <w:t xml:space="preserve"> </w:t>
      </w:r>
      <w:r>
        <w:rPr>
          <w:i/>
          <w:iCs/>
        </w:rPr>
        <w:t xml:space="preserve">though</w:t>
      </w:r>
      <w:r>
        <w:t xml:space="preserve">,</w:t>
      </w:r>
      <w:r>
        <w:t xml:space="preserve"> </w:t>
      </w:r>
      <w:r>
        <w:rPr>
          <w:i/>
          <w:iCs/>
        </w:rPr>
        <w:t xml:space="preserve">in spite of that</w:t>
      </w:r>
      <w:r>
        <w:t xml:space="preserve">,</w:t>
      </w:r>
      <w:r>
        <w:t xml:space="preserve"> </w:t>
      </w:r>
      <w:r>
        <w:rPr>
          <w:i/>
          <w:iCs/>
        </w:rPr>
        <w:t xml:space="preserve">in contrast</w:t>
      </w:r>
      <w:r>
        <w:t xml:space="preserve">,</w:t>
      </w:r>
      <w:r>
        <w:t xml:space="preserve"> </w:t>
      </w:r>
      <w:r>
        <w:rPr>
          <w:i/>
          <w:iCs/>
        </w:rPr>
        <w:t xml:space="preserve">nevertheless</w:t>
      </w:r>
      <w:r>
        <w:t xml:space="preserve">, etc.</w:t>
      </w:r>
      <w:r>
        <w:br/>
      </w:r>
      <w:r>
        <w:t xml:space="preserve">    (b) in keeping with or in agreement with what was just stated</w:t>
      </w:r>
      <w:r>
        <w:br/>
      </w:r>
      <w:r>
        <w:t xml:space="preserve">    (c) therefore (for that reason)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Through the wisdom of estate planning, Uncle Dick has had a great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legacy</w:t>
      </w:r>
      <w:r>
        <w:rPr>
          <w:b/>
          <w:bCs/>
        </w:rPr>
        <w:t xml:space="preserve"> </w:t>
      </w:r>
      <w:r>
        <w:rPr>
          <w:b/>
          <w:bCs/>
        </w:rPr>
        <w:t xml:space="preserve">of impacting many needy children.</w:t>
      </w:r>
      <w:r>
        <w:br/>
      </w:r>
      <w:r>
        <w:t xml:space="preserve">    (a) something that helps clarify or demonstrate</w:t>
      </w:r>
      <w:r>
        <w:br/>
      </w:r>
      <w:r>
        <w:t xml:space="preserve">    (b) something left behind after death</w:t>
      </w:r>
      <w:r>
        <w:br/>
      </w:r>
      <w:r>
        <w:t xml:space="preserve">    (c) the act of taking something on as one's 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Waiting on the Lord, as referenced in the passage from Isaiah that my mom always quoted, doesn't mean being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complacent</w:t>
      </w:r>
      <w:r>
        <w:rPr>
          <w:b/>
          <w:bCs/>
        </w:rPr>
        <w:t xml:space="preserve">.</w:t>
      </w:r>
      <w:r>
        <w:br/>
      </w:r>
      <w:r>
        <w:t xml:space="preserve">    (a) not sensible or careful</w:t>
      </w:r>
      <w:r>
        <w:br/>
      </w:r>
      <w:r>
        <w:t xml:space="preserve">    (b) unworried and satisfied</w:t>
      </w:r>
      <w:r>
        <w:br/>
      </w:r>
      <w:r>
        <w:t xml:space="preserve">    (c) unable to get closer to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Along the way I also tried other exercise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regimens</w:t>
      </w:r>
      <w:r>
        <w:rPr>
          <w:b/>
          <w:bCs/>
        </w:rPr>
        <w:t xml:space="preserve"> </w:t>
      </w:r>
      <w:r>
        <w:rPr>
          <w:b/>
          <w:bCs/>
        </w:rPr>
        <w:t xml:space="preserve">too.</w:t>
      </w:r>
      <w:r>
        <w:br/>
      </w:r>
      <w:r>
        <w:t xml:space="preserve">    (a) acts of betrayal</w:t>
      </w:r>
      <w:r>
        <w:br/>
      </w:r>
      <w:r>
        <w:t xml:space="preserve">    (b) systematic plans</w:t>
      </w:r>
      <w:r>
        <w:br/>
      </w:r>
      <w:r>
        <w:t xml:space="preserve">    (c) relative amounts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1996, Mrs. Dickinson, now a Florida homeschool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lobbyist</w:t>
      </w:r>
      <w:r>
        <w:rPr>
          <w:b/>
          <w:bCs/>
        </w:rPr>
        <w:t xml:space="preserve">, wrote the legislation that allows homeschoolers to participate in extracurricular activities.</w:t>
      </w:r>
      <w:r>
        <w:br/>
      </w:r>
      <w:r>
        <w:t xml:space="preserve">    (a) someone who is paid to influence legislation through persuasion of public officials</w:t>
      </w:r>
      <w:r>
        <w:br/>
      </w:r>
      <w:r>
        <w:t xml:space="preserve">    (b) someone who roughly calculates or guesses a value, quantity, or extent of something</w:t>
      </w:r>
      <w:r>
        <w:br/>
      </w:r>
      <w:r>
        <w:t xml:space="preserve">    (c) someone responsible for making a judgment after thinking carefully about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 real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integral</w:t>
      </w:r>
      <w:r>
        <w:rPr>
          <w:b/>
          <w:bCs/>
        </w:rPr>
        <w:t xml:space="preserve"> </w:t>
      </w:r>
      <w:r>
        <w:rPr>
          <w:b/>
          <w:bCs/>
        </w:rPr>
        <w:t xml:space="preserve">verse within the life of our family.</w:t>
      </w:r>
      <w:r>
        <w:br/>
      </w:r>
      <w:r>
        <w:t xml:space="preserve">    (a) unimportant</w:t>
      </w:r>
      <w:r>
        <w:br/>
      </w:r>
      <w:r>
        <w:t xml:space="preserve">    (b) extra</w:t>
      </w:r>
      <w:r>
        <w:br/>
      </w:r>
      <w:r>
        <w:t xml:space="preserve">    (c) an essential part or characteristic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it turned out, it was only a high ankle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sprain</w:t>
      </w:r>
      <w:r>
        <w:rPr>
          <w:b/>
          <w:bCs/>
        </w:rPr>
        <w:t xml:space="preserve">.</w:t>
      </w:r>
      <w:r>
        <w:br/>
      </w:r>
      <w:r>
        <w:t xml:space="preserve">    (a) (verb) to intentionally anger, challenge, or upset someone -- especially by mocking them or hurling insults  OR  (noun) an insult or other action intended to anger, challenge, or upset someone</w:t>
      </w:r>
      <w:r>
        <w:br/>
      </w:r>
      <w:r>
        <w:t xml:space="preserve">    (b) injury to the ligaments of a joint caused by stretching them too far -- most commonly injuring the ankle</w:t>
      </w:r>
      <w:r>
        <w:br/>
      </w:r>
      <w:r>
        <w:br/>
      </w:r>
      <w:r>
        <w:t xml:space="preserve">(ligaments are the tough, fibrous bands that connect bones across joints)</w:t>
      </w:r>
      <w:r>
        <w:br/>
      </w:r>
      <w:r>
        <w:t xml:space="preserve">    (c) treat in a manner that demonstrates a sense of superiority, but is supposed to seem kind  OR  the actions of a patron (to support someone or something; or to be a customer)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 the other hand, at some schools you'd be surrounded by girls who would be throwing themselves at you—I was surprised at how effective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approach</w:t>
      </w:r>
      <w:r>
        <w:rPr>
          <w:b/>
          <w:bCs/>
        </w:rPr>
        <w:t xml:space="preserve"> </w:t>
      </w:r>
      <w:r>
        <w:rPr>
          <w:b/>
          <w:bCs/>
        </w:rPr>
        <w:t xml:space="preserve">that was with certain recruits, but I guess I shouldn't have been all that surprised.</w:t>
      </w:r>
      <w:r>
        <w:br/>
      </w:r>
      <w:r>
        <w:t xml:space="preserve">    (a) change the direction of something or the purpose for which it is used</w:t>
      </w:r>
      <w:r>
        <w:br/>
      </w:r>
      <w:r>
        <w:t xml:space="preserve">    (b) to stick out, attract more attention than desired, or impose on others</w:t>
      </w:r>
      <w:r>
        <w:br/>
      </w:r>
      <w:r>
        <w:t xml:space="preserve">    (c) way of doing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Unfortunately, I wasn't feeling any of that direction as the time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approached</w:t>
      </w:r>
      <w:r>
        <w:rPr>
          <w:b/>
          <w:bCs/>
        </w:rPr>
        <w:t xml:space="preserve">.</w:t>
      </w:r>
      <w:r>
        <w:br/>
      </w:r>
      <w:r>
        <w:t xml:space="preserve">    (a) made possible</w:t>
      </w:r>
      <w:r>
        <w:br/>
      </w:r>
      <w:r>
        <w:t xml:space="preserve">    (b) not satisfied</w:t>
      </w:r>
      <w:r>
        <w:br/>
      </w:r>
      <w:r>
        <w:t xml:space="preserve">    (c) got near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 one could help me decide—my family understood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dilemma</w:t>
      </w:r>
      <w:r>
        <w:rPr>
          <w:b/>
          <w:bCs/>
        </w:rPr>
        <w:t xml:space="preserve">.</w:t>
      </w:r>
      <w:r>
        <w:br/>
      </w:r>
      <w:r>
        <w:t xml:space="preserve">    (a) a situation in which a difficult choice must be made between imperfect alternatives</w:t>
      </w:r>
      <w:r>
        <w:br/>
      </w:r>
      <w:r>
        <w:t xml:space="preserve">    (b) relating to the south Asian Muslim republic that is the fifth most populous country</w:t>
      </w:r>
      <w:r>
        <w:br/>
      </w:r>
      <w:r>
        <w:t xml:space="preserve">    (c) connected by blood or marriage; or a  plant or animal related by origin or grouping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was one of the most memorable times of my college career, spending time and listening to him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reminisce</w:t>
      </w:r>
      <w:r>
        <w:rPr>
          <w:b/>
          <w:bCs/>
        </w:rPr>
        <w:t xml:space="preserve"> </w:t>
      </w:r>
      <w:r>
        <w:rPr>
          <w:b/>
          <w:bCs/>
        </w:rPr>
        <w:t xml:space="preserve">about how he came to attend Georgia and describe some of the highlights of his long and spectacular college and professional football career.</w:t>
      </w:r>
      <w:r>
        <w:br/>
      </w:r>
      <w:r>
        <w:t xml:space="preserve">    (a) something that is necessary for something else</w:t>
      </w:r>
      <w:r>
        <w:br/>
      </w:r>
      <w:r>
        <w:t xml:space="preserve">    (b) to talk or think fondly about past experiences</w:t>
      </w:r>
      <w:r>
        <w:br/>
      </w:r>
      <w:r>
        <w:t xml:space="preserve">    (c) a slight amount; or to contain a slight amount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it left a lot of reasons for all of us to move into the next off-season with a brand-new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motivation</w:t>
      </w:r>
      <w:r>
        <w:rPr>
          <w:b/>
          <w:bCs/>
        </w:rPr>
        <w:t xml:space="preserve"> </w:t>
      </w:r>
      <w:r>
        <w:rPr>
          <w:b/>
          <w:bCs/>
        </w:rPr>
        <w:t xml:space="preserve">to be the best that we could possibly be.</w:t>
      </w:r>
      <w:r>
        <w:br/>
      </w:r>
      <w:r>
        <w:t xml:space="preserve">    (a) the reason for doing something; or the level of desire to do something</w:t>
      </w:r>
      <w:r>
        <w:br/>
      </w:r>
      <w:r>
        <w:t xml:space="preserve">    (b) a drug that calms or puts to sleep; or describing something as calming</w:t>
      </w:r>
      <w:r>
        <w:br/>
      </w:r>
      <w:r>
        <w:t xml:space="preserve">    (c) a serious mental disorder in which people interpret reality abnormally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you can probably guess, my view leads to constantly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evaluating</w:t>
      </w:r>
      <w:r>
        <w:rPr>
          <w:b/>
          <w:bCs/>
        </w:rPr>
        <w:t xml:space="preserve"> </w:t>
      </w:r>
      <w:r>
        <w:rPr>
          <w:b/>
          <w:bCs/>
        </w:rPr>
        <w:t xml:space="preserve">my performance and the performances of those I count on.</w:t>
      </w:r>
      <w:r>
        <w:br/>
      </w:r>
      <w:r>
        <w:t xml:space="preserve">    (a) moving back and forth; or being unsure or weak</w:t>
      </w:r>
      <w:r>
        <w:br/>
      </w:r>
      <w:r>
        <w:t xml:space="preserve">    (b) returning to an undesirable previous condition</w:t>
      </w:r>
      <w:r>
        <w:br/>
      </w:r>
      <w:r>
        <w:t xml:space="preserve">    (c) thinking carefully and making a judgment about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Take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yoke</w:t>
      </w:r>
      <w:r>
        <w:rPr>
          <w:b/>
          <w:bCs/>
        </w:rPr>
        <w:t xml:space="preserve"> </w:t>
      </w:r>
      <w:r>
        <w:rPr>
          <w:b/>
          <w:bCs/>
        </w:rPr>
        <w:t xml:space="preserve">upon you and learn from Me, for I am gentle and humble in heart, and you will find rest for your souls.</w:t>
      </w:r>
      <w:r>
        <w:br/>
      </w:r>
      <w:r>
        <w:t xml:space="preserve">    (a) restarts (a fire)</w:t>
      </w:r>
      <w:r>
        <w:br/>
      </w:r>
      <w:r>
        <w:t xml:space="preserve">    (b) burden</w:t>
      </w:r>
      <w:r>
        <w:br/>
      </w:r>
      <w:r>
        <w:t xml:space="preserve">    (c) not concentrating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All we needed to do was follow Him—the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yoke</w:t>
      </w:r>
      <w:r>
        <w:rPr>
          <w:b/>
          <w:bCs/>
        </w:rPr>
        <w:t xml:space="preserve"> </w:t>
      </w:r>
      <w:r>
        <w:rPr>
          <w:b/>
          <w:bCs/>
        </w:rPr>
        <w:t xml:space="preserve">was used for leading cattle or oxen, plowing or pulling a cart.</w:t>
      </w:r>
      <w:r>
        <w:br/>
      </w:r>
      <w:r>
        <w:t xml:space="preserve">    (a) computers that use subatomic particles to tackle some problems that would take ordinary computers thousands of years</w:t>
      </w:r>
      <w:r>
        <w:br/>
      </w:r>
      <w:r>
        <w:t xml:space="preserve">    (b) Henry David Thoreau, U.S. writer best remembered for his book,</w:t>
      </w:r>
      <w:r>
        <w:t xml:space="preserve"> </w:t>
      </w:r>
      <w:r>
        <w:rPr>
          <w:i/>
          <w:iCs/>
        </w:rPr>
        <w:t xml:space="preserve">Walden</w:t>
      </w:r>
      <w:r>
        <w:t xml:space="preserve"> </w:t>
      </w:r>
      <w:r>
        <w:t xml:space="preserve">and his essay</w:t>
      </w:r>
      <w:r>
        <w:t xml:space="preserve"> </w:t>
      </w:r>
      <w:r>
        <w:rPr>
          <w:i/>
          <w:iCs/>
        </w:rPr>
        <w:t xml:space="preserve">Civil Disobedience</w:t>
      </w:r>
      <w:r>
        <w:br/>
      </w:r>
      <w:r>
        <w:t xml:space="preserve">    (c) a wooden frame used to control beasts of burden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relationship was a major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factor</w:t>
      </w:r>
      <w:r>
        <w:rPr>
          <w:b/>
          <w:bCs/>
        </w:rPr>
        <w:t xml:space="preserve"> </w:t>
      </w:r>
      <w:r>
        <w:rPr>
          <w:b/>
          <w:bCs/>
        </w:rPr>
        <w:t xml:space="preserve">in my decision.</w:t>
      </w:r>
      <w:r>
        <w:br/>
      </w:r>
      <w:r>
        <w:t xml:space="preserve">    (a) thing that affects a result or outcome</w:t>
      </w:r>
      <w:r>
        <w:br/>
      </w:r>
      <w:r>
        <w:t xml:space="preserve">    (b) something that is made or manufactured</w:t>
      </w:r>
      <w:r>
        <w:br/>
      </w:r>
      <w:r>
        <w:t xml:space="preserve">    (c) job, reservation, booking, or activity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many ways, the things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motivating</w:t>
      </w:r>
      <w:r>
        <w:rPr>
          <w:b/>
          <w:bCs/>
        </w:rPr>
        <w:t xml:space="preserve"> </w:t>
      </w:r>
      <w:r>
        <w:rPr>
          <w:b/>
          <w:bCs/>
        </w:rPr>
        <w:t xml:space="preserve">me now are the same as they were back when I was playing Pop Warner.</w:t>
      </w:r>
      <w:r>
        <w:br/>
      </w:r>
      <w:r>
        <w:t xml:space="preserve">    (a) making someone want to do something</w:t>
      </w:r>
      <w:r>
        <w:br/>
      </w:r>
      <w:r>
        <w:t xml:space="preserve">    (b) stopping (something from happening)</w:t>
      </w:r>
      <w:r>
        <w:br/>
      </w:r>
      <w:r>
        <w:t xml:space="preserve">    (c) concentrating, looking, or pointing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2026-07-31T19:21:44Z</dcterms:created>
  <dcterms:modified xsi:type="dcterms:W3CDTF">2026-07-31T19:21:44Z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