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e3e386f38e2e71ba607e0fc66c05e47c3649496"/>
    <w:p>
      <w:pPr>
        <w:pStyle w:val="Heading1"/>
      </w:pPr>
      <w:r>
        <w:rPr>
          <w:b/>
          <w:bCs/>
        </w:rPr>
        <w:t xml:space="preserve">Three Cups of Tea</w:t>
      </w:r>
      <w:r>
        <w:br/>
      </w:r>
      <w:r>
        <w:rPr>
          <w:i/>
          <w:iCs/>
        </w:rPr>
        <w:t xml:space="preserve">Greg Mortenson &amp; David Oliver Relin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Flying was different before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9/11</w:t>
      </w:r>
      <w:r>
        <w:rPr>
          <w:b/>
          <w:bCs/>
        </w:rPr>
        <w:t xml:space="preserve">.</w:t>
      </w:r>
      <w:r>
        <w:br/>
      </w:r>
      <w:r>
        <w:t xml:space="preserve">    (a) terrorist attacks (9/11/2001)</w:t>
      </w:r>
      <w:r>
        <w:br/>
      </w:r>
      <w:r>
        <w:t xml:space="preserve">    (b) Los Angeles riots (9/11/2001)</w:t>
      </w:r>
      <w:r>
        <w:br/>
      </w:r>
      <w:r>
        <w:t xml:space="preserve">    (c) Pearl Harbor attack (9/11/2001)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passage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adapted</w:t>
      </w:r>
      <w:r>
        <w:rPr>
          <w:b/>
          <w:bCs/>
        </w:rPr>
        <w:t xml:space="preserve"> </w:t>
      </w:r>
      <w:r>
        <w:rPr>
          <w:b/>
          <w:bCs/>
        </w:rPr>
        <w:t xml:space="preserve">from Ralph Ellison,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Invisible Man</w:t>
      </w:r>
      <w:r>
        <w:rPr>
          <w:b/>
          <w:bCs/>
        </w:rPr>
        <w:t xml:space="preserve"> </w:t>
      </w:r>
      <w:r>
        <w:rPr>
          <w:b/>
          <w:bCs/>
        </w:rPr>
        <w:t xml:space="preserve">©1952.</w:t>
      </w:r>
      <w:r>
        <w:br/>
      </w:r>
      <w:r>
        <w:t xml:space="preserve">    (a) copied</w:t>
      </w:r>
      <w:r>
        <w:br/>
      </w:r>
      <w:r>
        <w:t xml:space="preserve">    (b) changed</w:t>
      </w:r>
      <w:r>
        <w:br/>
      </w:r>
      <w:r>
        <w:t xml:space="preserve">    (c) read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understands the shifting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alliances</w:t>
      </w:r>
      <w:r>
        <w:rPr>
          <w:b/>
          <w:bCs/>
        </w:rPr>
        <w:t xml:space="preserve"> </w:t>
      </w:r>
      <w:r>
        <w:rPr>
          <w:b/>
          <w:bCs/>
        </w:rPr>
        <w:t xml:space="preserve">in the Middle East.</w:t>
      </w:r>
      <w:r>
        <w:br/>
      </w:r>
      <w:r>
        <w:t xml:space="preserve">    (a) associations formed to support common interests</w:t>
      </w:r>
      <w:r>
        <w:br/>
      </w:r>
      <w:r>
        <w:t xml:space="preserve">    (b) sets of competing interests amongst neighbors</w:t>
      </w:r>
      <w:r>
        <w:br/>
      </w:r>
      <w:r>
        <w:t xml:space="preserve">    (c) borders between countries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Congress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appropriated</w:t>
      </w:r>
      <w:r>
        <w:rPr>
          <w:b/>
          <w:bCs/>
        </w:rPr>
        <w:t xml:space="preserve"> </w:t>
      </w:r>
      <w:r>
        <w:rPr>
          <w:b/>
          <w:bCs/>
        </w:rPr>
        <w:t xml:space="preserve">additional funds for airport improvement.</w:t>
      </w:r>
      <w:r>
        <w:br/>
      </w:r>
      <w:r>
        <w:t xml:space="preserve">    (a) raised through taxes</w:t>
      </w:r>
      <w:r>
        <w:br/>
      </w:r>
      <w:r>
        <w:t xml:space="preserve">    (b) set aside</w:t>
      </w:r>
      <w:r>
        <w:br/>
      </w:r>
      <w:r>
        <w:t xml:space="preserve">    (c) discussed spending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Let's see if we can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coax</w:t>
      </w:r>
      <w:r>
        <w:rPr>
          <w:b/>
          <w:bCs/>
        </w:rPr>
        <w:t xml:space="preserve"> </w:t>
      </w:r>
      <w:r>
        <w:rPr>
          <w:b/>
          <w:bCs/>
        </w:rPr>
        <w:t xml:space="preserve">her into coming with us.</w:t>
      </w:r>
      <w:r>
        <w:br/>
      </w:r>
      <w:r>
        <w:t xml:space="preserve">    (a) trick</w:t>
      </w:r>
      <w:r>
        <w:br/>
      </w:r>
      <w:r>
        <w:t xml:space="preserve">    (b) gently persuade</w:t>
      </w:r>
      <w:r>
        <w:br/>
      </w:r>
      <w:r>
        <w:t xml:space="preserve">    (c) drag forcefully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challenge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formidable</w:t>
      </w:r>
      <w:r>
        <w:rPr>
          <w:b/>
          <w:bCs/>
        </w:rPr>
        <w:t xml:space="preserve">.</w:t>
      </w:r>
      <w:r>
        <w:br/>
      </w:r>
      <w:r>
        <w:t xml:space="preserve">    (a) intimidating</w:t>
      </w:r>
      <w:r>
        <w:br/>
      </w:r>
      <w:r>
        <w:t xml:space="preserve">    (b) understood</w:t>
      </w:r>
      <w:r>
        <w:br/>
      </w:r>
      <w:r>
        <w:t xml:space="preserve">    (c) trivial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hotel staff was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hospitable</w:t>
      </w:r>
      <w:r>
        <w:rPr>
          <w:b/>
          <w:bCs/>
        </w:rPr>
        <w:t xml:space="preserve"> </w:t>
      </w:r>
      <w:r>
        <w:rPr>
          <w:b/>
          <w:bCs/>
        </w:rPr>
        <w:t xml:space="preserve">that many guests returned year after year.</w:t>
      </w:r>
      <w:r>
        <w:br/>
      </w:r>
      <w:r>
        <w:t xml:space="preserve">    (a) important</w:t>
      </w:r>
      <w:r>
        <w:br/>
      </w:r>
      <w:r>
        <w:t xml:space="preserve">    (b) friendly and welcoming</w:t>
      </w:r>
      <w:r>
        <w:br/>
      </w:r>
      <w:r>
        <w:t xml:space="preserve">    (c) disbelief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Bad investments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impoverished</w:t>
      </w:r>
      <w:r>
        <w:rPr>
          <w:b/>
          <w:bCs/>
        </w:rPr>
        <w:t xml:space="preserve"> </w:t>
      </w:r>
      <w:r>
        <w:rPr>
          <w:b/>
          <w:bCs/>
        </w:rPr>
        <w:t xml:space="preserve">the family within just a few years.</w:t>
      </w:r>
      <w:r>
        <w:br/>
      </w:r>
      <w:r>
        <w:t xml:space="preserve">    (a) made famous</w:t>
      </w:r>
      <w:r>
        <w:br/>
      </w:r>
      <w:r>
        <w:t xml:space="preserve">    (b) made rich</w:t>
      </w:r>
      <w:r>
        <w:br/>
      </w:r>
      <w:r>
        <w:t xml:space="preserve">    (c) made poor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will defeat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infidels</w:t>
      </w:r>
      <w:r>
        <w:rPr>
          <w:b/>
          <w:bCs/>
        </w:rPr>
        <w:t xml:space="preserve"> </w:t>
      </w:r>
      <w:r>
        <w:rPr>
          <w:b/>
          <w:bCs/>
        </w:rPr>
        <w:t xml:space="preserve">in a holy war.</w:t>
      </w:r>
      <w:r>
        <w:br/>
      </w:r>
      <w:r>
        <w:t xml:space="preserve">    (a) aggressors</w:t>
      </w:r>
      <w:r>
        <w:br/>
      </w:r>
      <w:r>
        <w:t xml:space="preserve">    (b) unbelievers</w:t>
      </w:r>
      <w:r>
        <w:br/>
      </w:r>
      <w:r>
        <w:t xml:space="preserve">    (c) cowards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showed great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initiative</w:t>
      </w:r>
      <w:r>
        <w:rPr>
          <w:b/>
          <w:bCs/>
        </w:rPr>
        <w:t xml:space="preserve"> </w:t>
      </w:r>
      <w:r>
        <w:rPr>
          <w:b/>
          <w:bCs/>
        </w:rPr>
        <w:t xml:space="preserve">by organizing the project without being asked.</w:t>
      </w:r>
      <w:r>
        <w:br/>
      </w:r>
      <w:r>
        <w:t xml:space="preserve">    (a) lengthy hesitation</w:t>
      </w:r>
      <w:r>
        <w:br/>
      </w:r>
      <w:r>
        <w:t xml:space="preserve">    (b) reluctant obedience</w:t>
      </w:r>
      <w:r>
        <w:br/>
      </w:r>
      <w:r>
        <w:t xml:space="preserve">    (c) self-starting drive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urged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jihad</w:t>
      </w:r>
      <w:r>
        <w:rPr>
          <w:b/>
          <w:bCs/>
        </w:rPr>
        <w:t xml:space="preserve"> </w:t>
      </w:r>
      <w:r>
        <w:rPr>
          <w:b/>
          <w:bCs/>
        </w:rPr>
        <w:t xml:space="preserve">against Jews and crusaders.</w:t>
      </w:r>
      <w:r>
        <w:br/>
      </w:r>
      <w:r>
        <w:t xml:space="preserve">    (a) economic boycott</w:t>
      </w:r>
      <w:r>
        <w:br/>
      </w:r>
      <w:r>
        <w:t xml:space="preserve">    (b) propaganda</w:t>
      </w:r>
      <w:r>
        <w:br/>
      </w:r>
      <w:r>
        <w:t xml:space="preserve">    (c) holy war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you're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literate</w:t>
      </w:r>
      <w:r>
        <w:rPr>
          <w:b/>
          <w:bCs/>
        </w:rPr>
        <w:t xml:space="preserve"> </w:t>
      </w:r>
      <w:r>
        <w:rPr>
          <w:b/>
          <w:bCs/>
        </w:rPr>
        <w:t xml:space="preserve">and can access the Internet, you can get answers to millions of questions.</w:t>
      </w:r>
      <w:r>
        <w:br/>
      </w:r>
      <w:r>
        <w:t xml:space="preserve">    (a) able to read</w:t>
      </w:r>
      <w:r>
        <w:br/>
      </w:r>
      <w:r>
        <w:t xml:space="preserve">    (b) patient</w:t>
      </w:r>
      <w:r>
        <w:br/>
      </w:r>
      <w:r>
        <w:t xml:space="preserve">    (c) curious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mullah</w:t>
      </w:r>
      <w:r>
        <w:rPr>
          <w:b/>
          <w:bCs/>
        </w:rPr>
        <w:t xml:space="preserve"> </w:t>
      </w:r>
      <w:r>
        <w:rPr>
          <w:b/>
          <w:bCs/>
        </w:rPr>
        <w:t xml:space="preserve">from Iran.</w:t>
      </w:r>
      <w:r>
        <w:br/>
      </w:r>
      <w:r>
        <w:t xml:space="preserve">    (a) religious teacher</w:t>
      </w:r>
      <w:r>
        <w:br/>
      </w:r>
      <w:r>
        <w:t xml:space="preserve">    (b) tribal leader</w:t>
      </w:r>
      <w:r>
        <w:br/>
      </w:r>
      <w:r>
        <w:t xml:space="preserve">    (c) business person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called the story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A Space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  <w:u w:val="single"/>
        </w:rPr>
        <w:t xml:space="preserve">Odyssey</w:t>
      </w:r>
      <w:r>
        <w:rPr>
          <w:b/>
          <w:bCs/>
        </w:rPr>
        <w:t xml:space="preserve">.</w:t>
      </w:r>
      <w:r>
        <w:br/>
      </w:r>
      <w:r>
        <w:t xml:space="preserve">    (a) eventful, love story</w:t>
      </w:r>
      <w:r>
        <w:br/>
      </w:r>
      <w:r>
        <w:t xml:space="preserve">    (b) long, eventful journey</w:t>
      </w:r>
      <w:r>
        <w:br/>
      </w:r>
      <w:r>
        <w:t xml:space="preserve">    (c) long, eventful war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illegal trade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opium</w:t>
      </w:r>
      <w:r>
        <w:rPr>
          <w:b/>
          <w:bCs/>
        </w:rPr>
        <w:t xml:space="preserve"> </w:t>
      </w:r>
      <w:r>
        <w:rPr>
          <w:b/>
          <w:bCs/>
        </w:rPr>
        <w:t xml:space="preserve">has been a major source of conflict in some regions.</w:t>
      </w:r>
      <w:r>
        <w:br/>
      </w:r>
      <w:r>
        <w:t xml:space="preserve">    (a) a powerful narcotic</w:t>
      </w:r>
      <w:r>
        <w:br/>
      </w:r>
      <w:r>
        <w:t xml:space="preserve">    (b) a powerful herbal remedy</w:t>
      </w:r>
      <w:r>
        <w:br/>
      </w:r>
      <w:r>
        <w:t xml:space="preserve">    (c) a powerful cooking additive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positive</w:t>
      </w:r>
      <w:r>
        <w:rPr>
          <w:b/>
          <w:bCs/>
        </w:rPr>
        <w:t xml:space="preserve"> </w:t>
      </w:r>
      <w:r>
        <w:rPr>
          <w:b/>
          <w:bCs/>
        </w:rPr>
        <w:t xml:space="preserve">our team will win on Friday.</w:t>
      </w:r>
      <w:r>
        <w:br/>
      </w:r>
      <w:r>
        <w:t xml:space="preserve">    (a) certain</w:t>
      </w:r>
      <w:r>
        <w:br/>
      </w:r>
      <w:r>
        <w:t xml:space="preserve">    (b) pretty sure</w:t>
      </w:r>
      <w:r>
        <w:br/>
      </w:r>
      <w:r>
        <w:t xml:space="preserve">    (c) happy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Volunteering had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positive</w:t>
      </w:r>
      <w:r>
        <w:rPr>
          <w:b/>
          <w:bCs/>
        </w:rPr>
        <w:t xml:space="preserve"> </w:t>
      </w:r>
      <w:r>
        <w:rPr>
          <w:b/>
          <w:bCs/>
        </w:rPr>
        <w:t xml:space="preserve">impact on the whole neighborhood.</w:t>
      </w:r>
      <w:r>
        <w:br/>
      </w:r>
      <w:r>
        <w:t xml:space="preserve">    (a) harmful or damaging</w:t>
      </w:r>
      <w:r>
        <w:br/>
      </w:r>
      <w:r>
        <w:t xml:space="preserve">    (b) good or beneficial</w:t>
      </w:r>
      <w:r>
        <w:br/>
      </w:r>
      <w:r>
        <w:t xml:space="preserve">    (c) minor and unnoticed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a Tutsi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refugee</w:t>
      </w:r>
      <w:r>
        <w:rPr>
          <w:b/>
          <w:bCs/>
        </w:rPr>
        <w:t xml:space="preserve"> </w:t>
      </w:r>
      <w:r>
        <w:rPr>
          <w:b/>
          <w:bCs/>
        </w:rPr>
        <w:t xml:space="preserve">from Rwanda.</w:t>
      </w:r>
      <w:r>
        <w:br/>
      </w:r>
      <w:r>
        <w:t xml:space="preserve">    (a) someone who immigrated</w:t>
      </w:r>
      <w:r>
        <w:br/>
      </w:r>
      <w:r>
        <w:t xml:space="preserve">    (b) someone who suffered</w:t>
      </w:r>
      <w:r>
        <w:br/>
      </w:r>
      <w:r>
        <w:t xml:space="preserve">    (c) someone who fled their homeland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republic</w:t>
      </w:r>
      <w:r>
        <w:rPr>
          <w:b/>
          <w:bCs/>
        </w:rPr>
        <w:t xml:space="preserve"> </w:t>
      </w:r>
      <w:r>
        <w:rPr>
          <w:b/>
          <w:bCs/>
        </w:rPr>
        <w:t xml:space="preserve">is a particular type of democracy.</w:t>
      </w:r>
      <w:r>
        <w:br/>
      </w:r>
      <w:r>
        <w:t xml:space="preserve">    (a) weak monarchy</w:t>
      </w:r>
      <w:r>
        <w:br/>
      </w:r>
      <w:r>
        <w:t xml:space="preserve">    (b) representative government</w:t>
      </w:r>
      <w:r>
        <w:br/>
      </w:r>
      <w:r>
        <w:t xml:space="preserve">    (c) oligarchy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hate to talk about such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unsavory</w:t>
      </w:r>
      <w:r>
        <w:rPr>
          <w:b/>
          <w:bCs/>
        </w:rPr>
        <w:t xml:space="preserve"> </w:t>
      </w:r>
      <w:r>
        <w:rPr>
          <w:b/>
          <w:bCs/>
        </w:rPr>
        <w:t xml:space="preserve">scandal.</w:t>
      </w:r>
      <w:r>
        <w:br/>
      </w:r>
      <w:r>
        <w:t xml:space="preserve">    (a) unpleasant</w:t>
      </w:r>
      <w:r>
        <w:br/>
      </w:r>
      <w:r>
        <w:t xml:space="preserve">    (b) secretive</w:t>
      </w:r>
      <w:r>
        <w:br/>
      </w:r>
      <w:r>
        <w:t xml:space="preserve">    (c) well-known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2026-07-31T17:17:48Z</dcterms:created>
  <dcterms:modified xsi:type="dcterms:W3CDTF">2026-07-31T17:17:48Z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