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814eabf93549673d2a7374ad0afbde885c11c6"/>
    <w:p>
      <w:pPr>
        <w:pStyle w:val="Heading1"/>
      </w:pPr>
      <w:r>
        <w:rPr>
          <w:b/>
          <w:bCs/>
        </w:rPr>
        <w:t xml:space="preserve">This Side of Paradise</w:t>
      </w:r>
      <w:r>
        <w:br/>
      </w:r>
      <w:r>
        <w:rPr>
          <w:i/>
          <w:iCs/>
        </w:rPr>
        <w:t xml:space="preserve">F. Scott Fitzgerald</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BOOK ONE—The Romantic</w:t>
      </w:r>
      <w:r>
        <w:rPr>
          <w:b/>
          <w:bCs/>
        </w:rPr>
        <w:t xml:space="preserve"> </w:t>
      </w:r>
      <w:r>
        <w:rPr>
          <w:b/>
          <w:bCs/>
          <w:u w:val="single"/>
        </w:rPr>
        <w:t xml:space="preserve">Egotist</w:t>
      </w:r>
      <w:r>
        <w:rPr>
          <w:b/>
          <w:bCs/>
        </w:rPr>
        <w:t xml:space="preserve"> </w:t>
      </w:r>
      <w:r>
        <w:rPr>
          <w:b/>
          <w:bCs/>
        </w:rPr>
        <w:t xml:space="preserve">CHAPTER 1.</w:t>
      </w:r>
      <w:r>
        <w:br/>
      </w:r>
      <w:r>
        <w:t xml:space="preserve">    (a) something accepted as true (without proof)</w:t>
      </w:r>
      <w:r>
        <w:br/>
      </w:r>
      <w:r>
        <w:t xml:space="preserve">    (b) relating to properties of sound or hearing</w:t>
      </w:r>
      <w:r>
        <w:br/>
      </w:r>
      <w:r>
        <w:t xml:space="preserve">    (c) someone who is conceited and self-centered</w:t>
      </w:r>
    </w:p>
    <w:p>
      <w:pPr>
        <w:pStyle w:val="Compact"/>
        <w:numPr>
          <w:ilvl w:val="0"/>
          <w:numId w:val="1001"/>
        </w:numPr>
      </w:pPr>
      <w:r>
        <w:rPr>
          <w:b/>
          <w:bCs/>
        </w:rPr>
        <w:t xml:space="preserve">This was fun for a while, but he essayed a cigarette in his exaltation, and succumbed to a vulgar,</w:t>
      </w:r>
      <w:r>
        <w:rPr>
          <w:b/>
          <w:bCs/>
        </w:rPr>
        <w:t xml:space="preserve"> </w:t>
      </w:r>
      <w:r>
        <w:rPr>
          <w:b/>
          <w:bCs/>
          <w:u w:val="single"/>
        </w:rPr>
        <w:t xml:space="preserve">plebeian</w:t>
      </w:r>
      <w:r>
        <w:rPr>
          <w:b/>
          <w:bCs/>
        </w:rPr>
        <w:t xml:space="preserve"> </w:t>
      </w:r>
      <w:r>
        <w:rPr>
          <w:b/>
          <w:bCs/>
        </w:rPr>
        <w:t xml:space="preserve">reaction.</w:t>
      </w:r>
      <w:r>
        <w:br/>
      </w:r>
      <w:r>
        <w:t xml:space="preserve">    (a) of or belonging to common people -- often implying a lack of refinement</w:t>
      </w:r>
      <w:r>
        <w:br/>
      </w:r>
      <w:r>
        <w:br/>
      </w:r>
      <w:r>
        <w:t xml:space="preserve">or:</w:t>
      </w:r>
      <w:r>
        <w:br/>
      </w:r>
      <w:r>
        <w:br/>
      </w:r>
      <w:r>
        <w:t xml:space="preserve">an ordinary citizen of ancient Rome</w:t>
      </w:r>
      <w:r>
        <w:br/>
      </w:r>
      <w:r>
        <w:t xml:space="preserve">    (b) related to the branch of medicine that deals with the diseases of women -- especially those of the reproductive organs</w:t>
      </w:r>
      <w:r>
        <w:br/>
      </w:r>
      <w:r>
        <w:t xml:space="preserve">    (c) the quality of being characterized by fantastic imagery, or combinations of things and events that don't go together</w:t>
      </w:r>
    </w:p>
    <w:p>
      <w:pPr>
        <w:pStyle w:val="Compact"/>
        <w:numPr>
          <w:ilvl w:val="0"/>
          <w:numId w:val="1001"/>
        </w:numPr>
      </w:pPr>
      <w:r>
        <w:rPr>
          <w:b/>
          <w:bCs/>
        </w:rPr>
        <w:t xml:space="preserve">His uncertain fifteen-year-old voice broke in in a</w:t>
      </w:r>
      <w:r>
        <w:rPr>
          <w:b/>
          <w:bCs/>
        </w:rPr>
        <w:t xml:space="preserve"> </w:t>
      </w:r>
      <w:r>
        <w:rPr>
          <w:b/>
          <w:bCs/>
          <w:u w:val="single"/>
        </w:rPr>
        <w:t xml:space="preserve">melancholy</w:t>
      </w:r>
      <w:r>
        <w:rPr>
          <w:b/>
          <w:bCs/>
        </w:rPr>
        <w:t xml:space="preserve"> </w:t>
      </w:r>
      <w:r>
        <w:rPr>
          <w:b/>
          <w:bCs/>
        </w:rPr>
        <w:t xml:space="preserve">strain on Amory's musings: "I'd marry that girl to-night."</w:t>
      </w:r>
      <w:r>
        <w:br/>
      </w:r>
      <w:r>
        <w:t xml:space="preserve">    (a) relating to the outside</w:t>
      </w:r>
      <w:r>
        <w:br/>
      </w:r>
      <w:r>
        <w:t xml:space="preserve">    (b) about (but not exactly)</w:t>
      </w:r>
      <w:r>
        <w:br/>
      </w:r>
      <w:r>
        <w:t xml:space="preserve">    (c) a sad feeling or manner</w:t>
      </w:r>
    </w:p>
    <w:p>
      <w:pPr>
        <w:pStyle w:val="Compact"/>
        <w:numPr>
          <w:ilvl w:val="0"/>
          <w:numId w:val="1001"/>
        </w:numPr>
      </w:pPr>
      <w:r>
        <w:rPr>
          <w:b/>
          <w:bCs/>
        </w:rPr>
        <w:t xml:space="preserve">The slicker was a definite element of success, differing</w:t>
      </w:r>
      <w:r>
        <w:rPr>
          <w:b/>
          <w:bCs/>
        </w:rPr>
        <w:t xml:space="preserve"> </w:t>
      </w:r>
      <w:r>
        <w:rPr>
          <w:b/>
          <w:bCs/>
          <w:u w:val="single"/>
        </w:rPr>
        <w:t xml:space="preserve">intrinsically</w:t>
      </w:r>
      <w:r>
        <w:rPr>
          <w:b/>
          <w:bCs/>
        </w:rPr>
        <w:t xml:space="preserve"> </w:t>
      </w:r>
      <w:r>
        <w:rPr>
          <w:b/>
          <w:bCs/>
        </w:rPr>
        <w:t xml:space="preserve">from the prep school "big man."</w:t>
      </w:r>
      <w:r>
        <w:br/>
      </w:r>
      <w:r>
        <w:t xml:space="preserve">    (a) in a manner that spreads to other parts of the body</w:t>
      </w:r>
      <w:r>
        <w:br/>
      </w:r>
      <w:r>
        <w:t xml:space="preserve">    (b) in a manner that is very bad (deserving no respect)</w:t>
      </w:r>
      <w:r>
        <w:br/>
      </w:r>
      <w:r>
        <w:t xml:space="preserve">    (c) in a manner related to the very nature of something</w:t>
      </w:r>
    </w:p>
    <w:p>
      <w:pPr>
        <w:pStyle w:val="Compact"/>
        <w:numPr>
          <w:ilvl w:val="0"/>
          <w:numId w:val="1001"/>
        </w:numPr>
      </w:pPr>
      <w:r>
        <w:rPr>
          <w:b/>
          <w:bCs/>
        </w:rPr>
        <w:t xml:space="preserve">...he scrutinized his room</w:t>
      </w:r>
      <w:r>
        <w:rPr>
          <w:b/>
          <w:bCs/>
        </w:rPr>
        <w:t xml:space="preserve"> </w:t>
      </w:r>
      <w:r>
        <w:rPr>
          <w:b/>
          <w:bCs/>
          <w:u w:val="single"/>
        </w:rPr>
        <w:t xml:space="preserve">resignedly</w:t>
      </w:r>
      <w:r>
        <w:rPr>
          <w:b/>
          <w:bCs/>
        </w:rPr>
        <w:t xml:space="preserve">, concluding that it was hopeless to attempt any more inspired decoration...</w:t>
      </w:r>
      <w:r>
        <w:br/>
      </w:r>
      <w:r>
        <w:t xml:space="preserve">    (a) having accepted something undesirable as the best that can be done</w:t>
      </w:r>
      <w:r>
        <w:br/>
      </w:r>
      <w:r>
        <w:t xml:space="preserve">    (b) the state of being worthy of entry -- especially evidence allowable in court</w:t>
      </w:r>
      <w:r>
        <w:br/>
      </w:r>
      <w:r>
        <w:t xml:space="preserve">    (c) in a manner that uses extreme or violent methods to achieve a political goal</w:t>
      </w:r>
    </w:p>
    <w:p>
      <w:pPr>
        <w:pStyle w:val="Compact"/>
        <w:numPr>
          <w:ilvl w:val="0"/>
          <w:numId w:val="1001"/>
        </w:numPr>
      </w:pPr>
      <w:r>
        <w:rPr>
          <w:b/>
          <w:bCs/>
        </w:rPr>
        <w:t xml:space="preserve">About one-third of the junior class are going to</w:t>
      </w:r>
      <w:r>
        <w:rPr>
          <w:b/>
          <w:bCs/>
        </w:rPr>
        <w:t xml:space="preserve"> </w:t>
      </w:r>
      <w:r>
        <w:rPr>
          <w:b/>
          <w:bCs/>
          <w:u w:val="single"/>
        </w:rPr>
        <w:t xml:space="preserve">resign</w:t>
      </w:r>
      <w:r>
        <w:rPr>
          <w:b/>
          <w:bCs/>
        </w:rPr>
        <w:t xml:space="preserve"> </w:t>
      </w:r>
      <w:r>
        <w:rPr>
          <w:b/>
          <w:bCs/>
        </w:rPr>
        <w:t xml:space="preserve">from their clubs.</w:t>
      </w:r>
      <w:r>
        <w:br/>
      </w:r>
      <w:r>
        <w:t xml:space="preserve">    (a) draw</w:t>
      </w:r>
      <w:r>
        <w:br/>
      </w:r>
      <w:r>
        <w:t xml:space="preserve">    (b) quit</w:t>
      </w:r>
      <w:r>
        <w:br/>
      </w:r>
      <w:r>
        <w:t xml:space="preserve">    (c) rule</w:t>
      </w:r>
    </w:p>
    <w:p>
      <w:pPr>
        <w:pStyle w:val="Compact"/>
        <w:numPr>
          <w:ilvl w:val="0"/>
          <w:numId w:val="1001"/>
        </w:numPr>
      </w:pPr>
      <w:r>
        <w:rPr>
          <w:b/>
          <w:bCs/>
        </w:rPr>
        <w:t xml:space="preserve">** "PETTING" On the Triangle trip Amory had come into constant contact with that great current American</w:t>
      </w:r>
      <w:r>
        <w:rPr>
          <w:b/>
          <w:bCs/>
        </w:rPr>
        <w:t xml:space="preserve"> </w:t>
      </w:r>
      <w:r>
        <w:rPr>
          <w:b/>
          <w:bCs/>
          <w:u w:val="single"/>
        </w:rPr>
        <w:t xml:space="preserve">phenomenon</w:t>
      </w:r>
      <w:r>
        <w:rPr>
          <w:b/>
          <w:bCs/>
        </w:rPr>
        <w:t xml:space="preserve">, the "petting party."</w:t>
      </w:r>
      <w:r>
        <w:br/>
      </w:r>
      <w:r>
        <w:t xml:space="preserve">    (a) something that was once small, but is getting very large</w:t>
      </w:r>
      <w:r>
        <w:br/>
      </w:r>
      <w:r>
        <w:t xml:space="preserve">    (b) something important that is hard to see or sense</w:t>
      </w:r>
      <w:r>
        <w:br/>
      </w:r>
      <w:r>
        <w:t xml:space="preserve">    (c) something that exists or happened -- often of special interest</w:t>
      </w:r>
    </w:p>
    <w:p>
      <w:pPr>
        <w:pStyle w:val="Compact"/>
        <w:numPr>
          <w:ilvl w:val="0"/>
          <w:numId w:val="1001"/>
        </w:numPr>
      </w:pPr>
      <w:r>
        <w:rPr>
          <w:b/>
          <w:bCs/>
        </w:rPr>
        <w:t xml:space="preserve">The sensations</w:t>
      </w:r>
      <w:r>
        <w:rPr>
          <w:b/>
          <w:bCs/>
        </w:rPr>
        <w:t xml:space="preserve"> </w:t>
      </w:r>
      <w:r>
        <w:rPr>
          <w:b/>
          <w:bCs/>
          <w:u w:val="single"/>
        </w:rPr>
        <w:t xml:space="preserve">attributed</w:t>
      </w:r>
      <w:r>
        <w:rPr>
          <w:b/>
          <w:bCs/>
        </w:rPr>
        <w:t xml:space="preserve"> </w:t>
      </w:r>
      <w:r>
        <w:rPr>
          <w:b/>
          <w:bCs/>
        </w:rPr>
        <w:t xml:space="preserve">to divers on spring-boards, leading ladies on opening nights, and lumpy, husky young men on the day of the Big Game, crowded through her.</w:t>
      </w:r>
      <w:r>
        <w:br/>
      </w:r>
      <w:r>
        <w:t xml:space="preserve">    (a) not made different; or shown to be different</w:t>
      </w:r>
      <w:r>
        <w:br/>
      </w:r>
      <w:r>
        <w:t xml:space="preserve">    (b) not changed directly from a solid to a vapor</w:t>
      </w:r>
      <w:r>
        <w:br/>
      </w:r>
      <w:r>
        <w:t xml:space="preserve">    (c) credited (pointed to as the cause of something)</w:t>
      </w:r>
    </w:p>
    <w:p>
      <w:pPr>
        <w:pStyle w:val="Compact"/>
        <w:numPr>
          <w:ilvl w:val="0"/>
          <w:numId w:val="1001"/>
        </w:numPr>
      </w:pPr>
      <w:r>
        <w:rPr>
          <w:b/>
          <w:bCs/>
        </w:rPr>
        <w:t xml:space="preserve">One afternoon they dipped into a subject that had interested Amory for a long time—the matter of the bearing of physical</w:t>
      </w:r>
      <w:r>
        <w:rPr>
          <w:b/>
          <w:bCs/>
        </w:rPr>
        <w:t xml:space="preserve"> </w:t>
      </w:r>
      <w:r>
        <w:rPr>
          <w:b/>
          <w:bCs/>
          <w:u w:val="single"/>
        </w:rPr>
        <w:t xml:space="preserve">attributes</w:t>
      </w:r>
      <w:r>
        <w:rPr>
          <w:b/>
          <w:bCs/>
        </w:rPr>
        <w:t xml:space="preserve"> </w:t>
      </w:r>
      <w:r>
        <w:rPr>
          <w:b/>
          <w:bCs/>
        </w:rPr>
        <w:t xml:space="preserve">on a man's make-up.</w:t>
      </w:r>
      <w:r>
        <w:br/>
      </w:r>
      <w:r>
        <w:t xml:space="preserve">    (a) dreamlike states of altered consciousness</w:t>
      </w:r>
      <w:r>
        <w:br/>
      </w:r>
      <w:r>
        <w:t xml:space="preserve">    (b) characteristics (of something or someone)</w:t>
      </w:r>
      <w:r>
        <w:br/>
      </w:r>
      <w:r>
        <w:t xml:space="preserve">    (c) piles of wood or other burnable materials</w:t>
      </w:r>
    </w:p>
    <w:p>
      <w:pPr>
        <w:pStyle w:val="Compact"/>
        <w:numPr>
          <w:ilvl w:val="0"/>
          <w:numId w:val="1001"/>
        </w:numPr>
      </w:pPr>
      <w:r>
        <w:rPr>
          <w:b/>
          <w:bCs/>
        </w:rPr>
        <w:t xml:space="preserve">As an actress even in the fullest flush of her own conscious magnetism gets a deep impression of most of the people in the front row, so Isabelle sized up her</w:t>
      </w:r>
      <w:r>
        <w:rPr>
          <w:b/>
          <w:bCs/>
        </w:rPr>
        <w:t xml:space="preserve"> </w:t>
      </w:r>
      <w:r>
        <w:rPr>
          <w:b/>
          <w:bCs/>
          <w:u w:val="single"/>
        </w:rPr>
        <w:t xml:space="preserve">antagonist</w:t>
      </w:r>
      <w:r>
        <w:rPr>
          <w:b/>
          <w:bCs/>
        </w:rPr>
        <w:t xml:space="preserve">.</w:t>
      </w:r>
      <w:r>
        <w:br/>
      </w:r>
      <w:r>
        <w:t xml:space="preserve">    (a) someone who changes something (upon review)</w:t>
      </w:r>
      <w:r>
        <w:br/>
      </w:r>
      <w:r>
        <w:t xml:space="preserve">    (b) someone who offers opposition or is hostile</w:t>
      </w:r>
      <w:r>
        <w:br/>
      </w:r>
      <w:r>
        <w:t xml:space="preserve">    (c) someone who takes something on as their own</w:t>
      </w:r>
    </w:p>
    <w:p>
      <w:pPr>
        <w:pStyle w:val="Compact"/>
        <w:numPr>
          <w:ilvl w:val="0"/>
          <w:numId w:val="1001"/>
        </w:numPr>
      </w:pPr>
      <w:r>
        <w:rPr>
          <w:b/>
          <w:bCs/>
        </w:rPr>
        <w:t xml:space="preserve">there was a glance that passed between them--on his side</w:t>
      </w:r>
      <w:r>
        <w:rPr>
          <w:b/>
          <w:bCs/>
        </w:rPr>
        <w:t xml:space="preserve"> </w:t>
      </w:r>
      <w:r>
        <w:rPr>
          <w:b/>
          <w:bCs/>
          <w:u w:val="single"/>
        </w:rPr>
        <w:t xml:space="preserve">despair</w:t>
      </w:r>
      <w:r>
        <w:rPr>
          <w:b/>
          <w:bCs/>
        </w:rPr>
        <w:t xml:space="preserve">, on hers regret,</w:t>
      </w:r>
      <w:r>
        <w:br/>
      </w:r>
      <w:r>
        <w:t xml:space="preserve">    (a) adjusts a lens to make an image clear</w:t>
      </w:r>
      <w:r>
        <w:br/>
      </w:r>
      <w:r>
        <w:t xml:space="preserve">    (b) not creating disagreement or struggle</w:t>
      </w:r>
      <w:r>
        <w:br/>
      </w:r>
      <w:r>
        <w:t xml:space="preserve">    (c) distress (at inability to improve a bad situation)</w:t>
      </w:r>
    </w:p>
    <w:p>
      <w:pPr>
        <w:pStyle w:val="Compact"/>
        <w:numPr>
          <w:ilvl w:val="0"/>
          <w:numId w:val="1001"/>
        </w:numPr>
      </w:pPr>
      <w:r>
        <w:rPr>
          <w:b/>
          <w:bCs/>
        </w:rPr>
        <w:t xml:space="preserve">He returned to his contemplation of the outdoors, and began repeating over and over, mechanically, a verse from Browning, which he had once quoted to Isabelle in a letter: "Each life unfulfilled, you see, It hangs still, patchy and scrappy; We have not sighed deep, laughed free, Starved, feasted,</w:t>
      </w:r>
      <w:r>
        <w:rPr>
          <w:b/>
          <w:bCs/>
        </w:rPr>
        <w:t xml:space="preserve"> </w:t>
      </w:r>
      <w:r>
        <w:rPr>
          <w:b/>
          <w:bCs/>
          <w:u w:val="single"/>
        </w:rPr>
        <w:t xml:space="preserve">despaired</w:t>
      </w:r>
      <w:r>
        <w:rPr>
          <w:b/>
          <w:bCs/>
        </w:rPr>
        <w:t xml:space="preserve">—been happy."</w:t>
      </w:r>
      <w:r>
        <w:br/>
      </w:r>
      <w:r>
        <w:t xml:space="preserve">    (a) stuck out</w:t>
      </w:r>
      <w:r>
        <w:br/>
      </w:r>
      <w:r>
        <w:t xml:space="preserve">    (b) lost hope</w:t>
      </w:r>
      <w:r>
        <w:br/>
      </w:r>
      <w:r>
        <w:t xml:space="preserve">    (c) disagreed</w:t>
      </w:r>
    </w:p>
    <w:p>
      <w:pPr>
        <w:pStyle w:val="Compact"/>
        <w:numPr>
          <w:ilvl w:val="0"/>
          <w:numId w:val="1001"/>
        </w:numPr>
      </w:pPr>
      <w:r>
        <w:rPr>
          <w:b/>
          <w:bCs/>
        </w:rPr>
        <w:t xml:space="preserve">Somehow the quiet Humbird, and Sloane, with his impatient</w:t>
      </w:r>
      <w:r>
        <w:rPr>
          <w:b/>
          <w:bCs/>
        </w:rPr>
        <w:t xml:space="preserve"> </w:t>
      </w:r>
      <w:r>
        <w:rPr>
          <w:b/>
          <w:bCs/>
          <w:u w:val="single"/>
        </w:rPr>
        <w:t xml:space="preserve">superciliousness</w:t>
      </w:r>
      <w:r>
        <w:rPr>
          <w:b/>
          <w:bCs/>
        </w:rPr>
        <w:t xml:space="preserve">, were the centre.</w:t>
      </w:r>
      <w:r>
        <w:br/>
      </w:r>
      <w:r>
        <w:t xml:space="preserve">    (a) arrogant (acting as if better, more important, and superior in ideas than others)</w:t>
      </w:r>
      <w:r>
        <w:br/>
      </w:r>
      <w:r>
        <w:t xml:space="preserve">    (b) not having the characteristic of or relating to bouncing back light/heat/sound...</w:t>
      </w:r>
      <w:r>
        <w:br/>
      </w:r>
      <w:r>
        <w:t xml:space="preserve">    (c) able to qualify for regular payments that permit having an income without working</w:t>
      </w:r>
    </w:p>
    <w:p>
      <w:pPr>
        <w:pStyle w:val="Compact"/>
        <w:numPr>
          <w:ilvl w:val="0"/>
          <w:numId w:val="1001"/>
        </w:numPr>
      </w:pPr>
      <w:r>
        <w:rPr>
          <w:b/>
          <w:bCs/>
        </w:rPr>
        <w:t xml:space="preserve">Two years more of mere</w:t>
      </w:r>
      <w:r>
        <w:rPr>
          <w:b/>
          <w:bCs/>
        </w:rPr>
        <w:t xml:space="preserve"> </w:t>
      </w:r>
      <w:r>
        <w:rPr>
          <w:b/>
          <w:bCs/>
          <w:u w:val="single"/>
        </w:rPr>
        <w:t xml:space="preserve">pedantry</w:t>
      </w:r>
      <w:r>
        <w:rPr>
          <w:b/>
          <w:bCs/>
        </w:rPr>
        <w:t xml:space="preserve"> </w:t>
      </w:r>
      <w:r>
        <w:rPr>
          <w:b/>
          <w:bCs/>
        </w:rPr>
        <w:t xml:space="preserve">and lying around a club aren't going to help.</w:t>
      </w:r>
      <w:r>
        <w:br/>
      </w:r>
      <w:r>
        <w:t xml:space="preserve">    (a) a group formed to discuss or offer insight on a particular topic</w:t>
      </w:r>
      <w:r>
        <w:br/>
      </w:r>
      <w:r>
        <w:t xml:space="preserve">    (b) to constrain in some way -- such as tie up, require, or obligate</w:t>
      </w:r>
      <w:r>
        <w:br/>
      </w:r>
      <w:r>
        <w:t xml:space="preserve">    (c) being too concerned with formal rules, details, or book learning</w:t>
      </w:r>
    </w:p>
    <w:p>
      <w:pPr>
        <w:pStyle w:val="Compact"/>
        <w:numPr>
          <w:ilvl w:val="0"/>
          <w:numId w:val="1001"/>
        </w:numPr>
      </w:pPr>
      <w:r>
        <w:rPr>
          <w:b/>
          <w:bCs/>
        </w:rPr>
        <w:t xml:space="preserve">He had fallen into a deep</w:t>
      </w:r>
      <w:r>
        <w:rPr>
          <w:b/>
          <w:bCs/>
        </w:rPr>
        <w:t xml:space="preserve"> </w:t>
      </w:r>
      <w:r>
        <w:rPr>
          <w:b/>
          <w:bCs/>
          <w:u w:val="single"/>
        </w:rPr>
        <w:t xml:space="preserve">cynicism</w:t>
      </w:r>
      <w:r>
        <w:rPr>
          <w:b/>
          <w:bCs/>
        </w:rPr>
        <w:t xml:space="preserve"> </w:t>
      </w:r>
      <w:r>
        <w:rPr>
          <w:b/>
          <w:bCs/>
        </w:rPr>
        <w:t xml:space="preserve">over what had crossed his path,</w:t>
      </w:r>
      <w:r>
        <w:br/>
      </w:r>
      <w:r>
        <w:t xml:space="preserve">    (a) one-sided information that is purposefully spread to influence opinions</w:t>
      </w:r>
      <w:r>
        <w:br/>
      </w:r>
      <w:r>
        <w:t xml:space="preserve">    (b) believing that things usually go poorly and that selfish and insincere</w:t>
      </w:r>
      <w:r>
        <w:br/>
      </w:r>
      <w:r>
        <w:t xml:space="preserve">    (c) a psychological disorder characterized by excessive distrust of others</w:t>
      </w:r>
    </w:p>
    <w:p>
      <w:pPr>
        <w:pStyle w:val="Compact"/>
        <w:numPr>
          <w:ilvl w:val="0"/>
          <w:numId w:val="1001"/>
        </w:numPr>
      </w:pPr>
      <w:r>
        <w:rPr>
          <w:b/>
          <w:bCs/>
        </w:rPr>
        <w:t xml:space="preserve">There are times when I think of the men out there as Roman legionaries, miles from their corrupt city, stemming back the hordes...hordes a little more menacing, after all, than the corrupt city...another blind blow at the race, furies that we passed with ovations years ago, over whose corpses we bleated triumphantly all through the Victorian era.... And afterward an out-and-out</w:t>
      </w:r>
      <w:r>
        <w:rPr>
          <w:b/>
          <w:bCs/>
        </w:rPr>
        <w:t xml:space="preserve"> </w:t>
      </w:r>
      <w:r>
        <w:rPr>
          <w:b/>
          <w:bCs/>
          <w:u w:val="single"/>
        </w:rPr>
        <w:t xml:space="preserve">materialistic</w:t>
      </w:r>
      <w:r>
        <w:rPr>
          <w:b/>
          <w:bCs/>
        </w:rPr>
        <w:t xml:space="preserve"> </w:t>
      </w:r>
      <w:r>
        <w:rPr>
          <w:b/>
          <w:bCs/>
        </w:rPr>
        <w:t xml:space="preserve">world—and the Catholic Church.</w:t>
      </w:r>
      <w:r>
        <w:br/>
      </w:r>
      <w:r>
        <w:t xml:space="preserve">    (a) too concerned with wealth and possessions</w:t>
      </w:r>
      <w:r>
        <w:br/>
      </w:r>
      <w:r>
        <w:t xml:space="preserve">    (b) without purpose, job, or natural activity</w:t>
      </w:r>
      <w:r>
        <w:br/>
      </w:r>
      <w:r>
        <w:t xml:space="preserve">    (c) unable or difficult to meet and talk with</w:t>
      </w:r>
    </w:p>
    <w:p>
      <w:pPr>
        <w:pStyle w:val="Compact"/>
        <w:numPr>
          <w:ilvl w:val="0"/>
          <w:numId w:val="1001"/>
        </w:numPr>
      </w:pPr>
      <w:r>
        <w:rPr>
          <w:b/>
          <w:bCs/>
        </w:rPr>
        <w:t xml:space="preserve">...dull men are usually afraid of her cleverness and</w:t>
      </w:r>
      <w:r>
        <w:rPr>
          <w:b/>
          <w:bCs/>
        </w:rPr>
        <w:t xml:space="preserve"> </w:t>
      </w:r>
      <w:r>
        <w:rPr>
          <w:b/>
          <w:bCs/>
          <w:u w:val="single"/>
        </w:rPr>
        <w:t xml:space="preserve">intellectual</w:t>
      </w:r>
      <w:r>
        <w:rPr>
          <w:b/>
          <w:bCs/>
        </w:rPr>
        <w:t xml:space="preserve"> </w:t>
      </w:r>
      <w:r>
        <w:rPr>
          <w:b/>
          <w:bCs/>
        </w:rPr>
        <w:t xml:space="preserve">men are usually afraid of her beauty.</w:t>
      </w:r>
      <w:r>
        <w:br/>
      </w:r>
      <w:r>
        <w:t xml:space="preserve">    (a) intelligent</w:t>
      </w:r>
      <w:r>
        <w:br/>
      </w:r>
      <w:r>
        <w:t xml:space="preserve">    (b) (adjective) designed to stop something  OR  (noun) something that stops something else</w:t>
      </w:r>
      <w:r>
        <w:br/>
      </w:r>
      <w:r>
        <w:t xml:space="preserve">    (c) relating to a form of social organization in which men are given more power than women</w:t>
      </w:r>
    </w:p>
    <w:p>
      <w:pPr>
        <w:pStyle w:val="Compact"/>
        <w:numPr>
          <w:ilvl w:val="0"/>
          <w:numId w:val="1001"/>
        </w:numPr>
      </w:pPr>
      <w:r>
        <w:rPr>
          <w:b/>
          <w:bCs/>
        </w:rPr>
        <w:t xml:space="preserve">"And like most</w:t>
      </w:r>
      <w:r>
        <w:rPr>
          <w:b/>
          <w:bCs/>
        </w:rPr>
        <w:t xml:space="preserve"> </w:t>
      </w:r>
      <w:r>
        <w:rPr>
          <w:b/>
          <w:bCs/>
          <w:u w:val="single"/>
        </w:rPr>
        <w:t xml:space="preserve">intellectuals</w:t>
      </w:r>
      <w:r>
        <w:rPr>
          <w:b/>
          <w:bCs/>
        </w:rPr>
        <w:t xml:space="preserve"> </w:t>
      </w:r>
      <w:r>
        <w:rPr>
          <w:b/>
          <w:bCs/>
        </w:rPr>
        <w:t xml:space="preserve">who don't find faith convenient," he continued coldly, "like Napoleon and Oscar Wilde and the rest of your type, you'll yell loudly for a priest on your death-bed."</w:t>
      </w:r>
      <w:r>
        <w:br/>
      </w:r>
      <w:r>
        <w:t xml:space="preserve">    (a) believers in the religious movement started by Joseph Smith, especially the beliefs and practices of Latter-day Saints</w:t>
      </w:r>
      <w:r>
        <w:br/>
      </w:r>
      <w:r>
        <w:t xml:space="preserve">    (b) highly educated people</w:t>
      </w:r>
      <w:r>
        <w:br/>
      </w:r>
      <w:r>
        <w:t xml:space="preserve">    (c) members of the 1960's counterculture associated with long hair, illegal drugs, casual sex, and opposition to violence.</w:t>
      </w:r>
    </w:p>
    <w:p>
      <w:pPr>
        <w:pStyle w:val="Compact"/>
        <w:numPr>
          <w:ilvl w:val="0"/>
          <w:numId w:val="1001"/>
        </w:numPr>
      </w:pPr>
      <w:r>
        <w:rPr>
          <w:b/>
          <w:bCs/>
        </w:rPr>
        <w:t xml:space="preserve">Nevertheless, even though it might not</w:t>
      </w:r>
      <w:r>
        <w:rPr>
          <w:b/>
          <w:bCs/>
        </w:rPr>
        <w:t xml:space="preserve"> </w:t>
      </w:r>
      <w:r>
        <w:rPr>
          <w:b/>
          <w:bCs/>
          <w:u w:val="single"/>
        </w:rPr>
        <w:t xml:space="preserve">yield</w:t>
      </w:r>
      <w:r>
        <w:rPr>
          <w:b/>
          <w:bCs/>
        </w:rPr>
        <w:t xml:space="preserve"> </w:t>
      </w:r>
      <w:r>
        <w:rPr>
          <w:b/>
          <w:bCs/>
        </w:rPr>
        <w:t xml:space="preserve">a cent for the next three years, Amory decided with a vague sentimentality that for the present, at any rate, he would not sell the house.</w:t>
      </w:r>
      <w:r>
        <w:br/>
      </w:r>
      <w:r>
        <w:t xml:space="preserve">    (a) produce or give</w:t>
      </w:r>
      <w:r>
        <w:br/>
      </w:r>
      <w:r>
        <w:t xml:space="preserve">    (b) stop (something from happening)</w:t>
      </w:r>
      <w:r>
        <w:br/>
      </w:r>
      <w:r>
        <w:t xml:space="preserve">    (c) think deeply or carefully about</w:t>
      </w:r>
    </w:p>
    <w:p>
      <w:pPr>
        <w:pStyle w:val="Compact"/>
        <w:numPr>
          <w:ilvl w:val="0"/>
          <w:numId w:val="1001"/>
        </w:numPr>
      </w:pPr>
      <w:r>
        <w:rPr>
          <w:b/>
          <w:bCs/>
        </w:rPr>
        <w:t xml:space="preserve">Feeling very much alone, Amory</w:t>
      </w:r>
      <w:r>
        <w:rPr>
          <w:b/>
          <w:bCs/>
        </w:rPr>
        <w:t xml:space="preserve"> </w:t>
      </w:r>
      <w:r>
        <w:rPr>
          <w:b/>
          <w:bCs/>
          <w:u w:val="single"/>
        </w:rPr>
        <w:t xml:space="preserve">yielded</w:t>
      </w:r>
      <w:r>
        <w:rPr>
          <w:b/>
          <w:bCs/>
        </w:rPr>
        <w:t xml:space="preserve"> </w:t>
      </w:r>
      <w:r>
        <w:rPr>
          <w:b/>
          <w:bCs/>
        </w:rPr>
        <w:t xml:space="preserve">to an impulse and set off southward, intending to join Monsignor in Washington.</w:t>
      </w:r>
      <w:r>
        <w:br/>
      </w:r>
      <w:r>
        <w:t xml:space="preserve">    (a) with rises and falls in pitch</w:t>
      </w:r>
      <w:r>
        <w:br/>
      </w:r>
      <w:r>
        <w:t xml:space="preserve">    (b) gave in, gave way, or gave up</w:t>
      </w:r>
      <w:r>
        <w:br/>
      </w:r>
      <w:r>
        <w:t xml:space="preserve">    (c) embarrassed or self-conscious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2026-07-31T16:19:47Z</dcterms:created>
  <dcterms:modified xsi:type="dcterms:W3CDTF">2026-07-31T16:19:47Z</dcterms:modified>
</cp:coreProperties>
</file>

<file path=docProps/custom.xml><?xml version="1.0" encoding="utf-8"?>
<Properties xmlns="http://schemas.openxmlformats.org/officeDocument/2006/custom-properties" xmlns:vt="http://schemas.openxmlformats.org/officeDocument/2006/docPropsVTypes"/>
</file>