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41be619975ae1546b9d29fd2c5175fbc5f4973"/>
    <w:p>
      <w:pPr>
        <w:pStyle w:val="Heading1"/>
      </w:pPr>
      <w:r>
        <w:rPr>
          <w:b/>
          <w:bCs/>
        </w:rPr>
        <w:t xml:space="preserve">This Lullaby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hard work and smart investments, he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amass</w:t>
      </w:r>
      <w:r>
        <w:rPr>
          <w:b/>
          <w:bCs/>
        </w:rPr>
        <w:t xml:space="preserve"> </w:t>
      </w:r>
      <w:r>
        <w:rPr>
          <w:b/>
          <w:bCs/>
        </w:rPr>
        <w:t xml:space="preserve">a small fortune by the time he retired.</w:t>
      </w:r>
      <w:r>
        <w:br/>
      </w:r>
      <w:r>
        <w:t xml:space="preserve">    (a) give away</w:t>
      </w:r>
      <w:r>
        <w:br/>
      </w:r>
      <w:r>
        <w:t xml:space="preserve">    (b) build up</w:t>
      </w:r>
      <w:r>
        <w:br/>
      </w:r>
      <w:r>
        <w:t xml:space="preserve">    (c) lose track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Behind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beatific</w:t>
      </w:r>
      <w:r>
        <w:rPr>
          <w:b/>
          <w:bCs/>
        </w:rPr>
        <w:t xml:space="preserve"> </w:t>
      </w:r>
      <w:r>
        <w:rPr>
          <w:b/>
          <w:bCs/>
        </w:rPr>
        <w:t xml:space="preserve">smile lies a psychotic killer.</w:t>
      </w:r>
      <w:r>
        <w:br/>
      </w:r>
      <w:r>
        <w:t xml:space="preserve">    (a) twisted with anger</w:t>
      </w:r>
      <w:r>
        <w:br/>
      </w:r>
      <w:r>
        <w:t xml:space="preserve">    (b) showing deep sadness</w:t>
      </w:r>
      <w:r>
        <w:br/>
      </w:r>
      <w:r>
        <w:t xml:space="preserve">    (c) expressing a calm 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blatant</w:t>
      </w:r>
      <w:r>
        <w:rPr>
          <w:b/>
          <w:bCs/>
        </w:rPr>
        <w:t xml:space="preserve"> </w:t>
      </w:r>
      <w:r>
        <w:rPr>
          <w:b/>
          <w:bCs/>
        </w:rPr>
        <w:t xml:space="preserve">disregard for international law.</w:t>
      </w:r>
      <w:r>
        <w:br/>
      </w:r>
      <w:r>
        <w:t xml:space="preserve">    (a) ignorant</w:t>
      </w:r>
      <w:r>
        <w:br/>
      </w:r>
      <w:r>
        <w:t xml:space="preserve">    (b) obvious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conciliatory</w:t>
      </w:r>
      <w:r>
        <w:rPr>
          <w:b/>
          <w:bCs/>
        </w:rPr>
        <w:t xml:space="preserve"> </w:t>
      </w:r>
      <w:r>
        <w:rPr>
          <w:b/>
          <w:bCs/>
        </w:rPr>
        <w:t xml:space="preserve">note after the argument, hoping they could talk calmly.</w:t>
      </w:r>
      <w:r>
        <w:br/>
      </w:r>
      <w:r>
        <w:t xml:space="preserve">    (a) meant to assign blame</w:t>
      </w:r>
      <w:r>
        <w:br/>
      </w:r>
      <w:r>
        <w:t xml:space="preserve">    (b) meant to restore peace</w:t>
      </w:r>
      <w:r>
        <w:br/>
      </w:r>
      <w:r>
        <w:t xml:space="preserve">    (c) meant to delay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word "home" often carries a warm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connotation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comfort and security.</w:t>
      </w:r>
      <w:r>
        <w:br/>
      </w:r>
      <w:r>
        <w:t xml:space="preserve">    (a) a literal definition that exactly matches the word's main meaning</w:t>
      </w:r>
      <w:r>
        <w:br/>
      </w:r>
      <w:r>
        <w:t xml:space="preserve">    (b) a suggested idea that goes beyond something's primary meaning</w:t>
      </w:r>
      <w:r>
        <w:br/>
      </w:r>
      <w:r>
        <w:t xml:space="preserve">    (c) an emotional reaction that directly stems from the word's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thread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continuity</w:t>
      </w:r>
      <w:r>
        <w:rPr>
          <w:b/>
          <w:bCs/>
        </w:rPr>
        <w:t xml:space="preserve"> </w:t>
      </w:r>
      <w:r>
        <w:rPr>
          <w:b/>
          <w:bCs/>
        </w:rPr>
        <w:t xml:space="preserve">my in nightmares.</w:t>
      </w:r>
      <w:r>
        <w:br/>
      </w:r>
      <w:r>
        <w:t xml:space="preserve">    (a) consistency</w:t>
      </w:r>
      <w:r>
        <w:br/>
      </w:r>
      <w:r>
        <w:t xml:space="preserve">    (b) danger</w:t>
      </w:r>
      <w:r>
        <w:br/>
      </w:r>
      <w:r>
        <w:t xml:space="preserve">    (c) impossibility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job posting listed several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 </w:t>
      </w:r>
      <w:r>
        <w:rPr>
          <w:b/>
          <w:bCs/>
        </w:rPr>
        <w:t xml:space="preserve">for applicants.</w:t>
      </w:r>
      <w:r>
        <w:br/>
      </w:r>
      <w:r>
        <w:t xml:space="preserve">    (a) rewards or prizes</w:t>
      </w:r>
      <w:r>
        <w:br/>
      </w:r>
      <w:r>
        <w:t xml:space="preserve">    (b) standards or rules</w:t>
      </w:r>
      <w:r>
        <w:br/>
      </w:r>
      <w:r>
        <w:t xml:space="preserve">    (c) jokes or stories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cross-examination until the morning.</w:t>
      </w:r>
      <w:r>
        <w:br/>
      </w:r>
      <w:r>
        <w:t xml:space="preserve">    (a) cancel</w:t>
      </w:r>
      <w:r>
        <w:br/>
      </w:r>
      <w:r>
        <w:t xml:space="preserve">    (b) schedule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harsh and bitter</w:t>
      </w:r>
      <w:r>
        <w:br/>
      </w:r>
      <w:r>
        <w:t xml:space="preserve">    (b) quirky and funny</w:t>
      </w:r>
      <w:r>
        <w:br/>
      </w:r>
      <w:r>
        <w:t xml:space="preserve">    (c) dull and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stunned by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. I really thought she loved me.</w:t>
      </w:r>
      <w:r>
        <w:br/>
      </w:r>
      <w:r>
        <w:t xml:space="preserve">    (a) deception</w:t>
      </w:r>
      <w:r>
        <w:br/>
      </w:r>
      <w:r>
        <w:t xml:space="preserve">    (b) attack</w:t>
      </w:r>
      <w:r>
        <w:br/>
      </w:r>
      <w:r>
        <w:t xml:space="preserve">    (c) coldness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realized that she had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 </w:t>
      </w:r>
      <w:r>
        <w:rPr>
          <w:b/>
          <w:bCs/>
        </w:rPr>
        <w:t xml:space="preserve">conclusion after re-examining the data.</w:t>
      </w:r>
      <w:r>
        <w:br/>
      </w:r>
      <w:r>
        <w:t xml:space="preserve">    (a) uncertain</w:t>
      </w:r>
      <w:r>
        <w:br/>
      </w:r>
      <w:r>
        <w:t xml:space="preserve">    (b) wrong</w:t>
      </w:r>
      <w:r>
        <w:br/>
      </w:r>
      <w:r>
        <w:t xml:space="preserve">    (c) incomplete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is good, but the plan doesn't seem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.</w:t>
      </w:r>
      <w:r>
        <w:br/>
      </w:r>
      <w:r>
        <w:t xml:space="preserve">    (a) practical</w:t>
      </w:r>
      <w:r>
        <w:br/>
      </w:r>
      <w:r>
        <w:t xml:space="preserve">    (b) impressive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spoke about her cause with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fervor</w:t>
      </w:r>
      <w:r>
        <w:rPr>
          <w:b/>
          <w:bCs/>
        </w:rPr>
        <w:t xml:space="preserve">.</w:t>
      </w:r>
      <w:r>
        <w:br/>
      </w:r>
      <w:r>
        <w:t xml:space="preserve">    (a) mild dislike</w:t>
      </w:r>
      <w:r>
        <w:br/>
      </w:r>
      <w:r>
        <w:t xml:space="preserve">    (b) strong passion</w:t>
      </w:r>
      <w:r>
        <w:br/>
      </w:r>
      <w:r>
        <w:t xml:space="preserve">    (c) calm boredom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bullish (</w:t>
      </w:r>
      <w:r>
        <w:rPr>
          <w:b/>
          <w:bCs/>
          <w:u w:val="single"/>
        </w:rPr>
        <w:t xml:space="preserve">i.e.</w:t>
      </w:r>
      <w:r>
        <w:rPr>
          <w:b/>
          <w:bCs/>
        </w:rPr>
        <w:t xml:space="preserve">, optimistic) about the stock market.</w:t>
      </w:r>
      <w:r>
        <w:br/>
      </w:r>
      <w:r>
        <w:t xml:space="preserve">    (a) for example</w:t>
      </w:r>
      <w:r>
        <w:br/>
      </w:r>
      <w:r>
        <w:t xml:space="preserve">    (b) that is to say</w:t>
      </w:r>
      <w:r>
        <w:br/>
      </w:r>
      <w:r>
        <w:t xml:space="preserve">    (c) instead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 opened the concert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medley</w:t>
      </w:r>
      <w:r>
        <w:rPr>
          <w:b/>
          <w:bCs/>
        </w:rPr>
        <w:t xml:space="preserve"> </w:t>
      </w:r>
      <w:r>
        <w:rPr>
          <w:b/>
          <w:bCs/>
        </w:rPr>
        <w:t xml:space="preserve">of popular movie themes.</w:t>
      </w:r>
      <w:r>
        <w:br/>
      </w:r>
      <w:r>
        <w:t xml:space="preserve">    (a) solo</w:t>
      </w:r>
      <w:r>
        <w:br/>
      </w:r>
      <w:r>
        <w:t xml:space="preserve">    (b) video</w:t>
      </w:r>
      <w:r>
        <w:br/>
      </w:r>
      <w:r>
        <w:t xml:space="preserve">    (c) mix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outdated</w:t>
      </w:r>
      <w:r>
        <w:br/>
      </w:r>
      <w:r>
        <w:t xml:space="preserve">    (c) classic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composer's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opus</w:t>
      </w:r>
      <w:r>
        <w:rPr>
          <w:b/>
          <w:bCs/>
        </w:rPr>
        <w:t xml:space="preserve"> </w:t>
      </w:r>
      <w:r>
        <w:rPr>
          <w:b/>
          <w:bCs/>
        </w:rPr>
        <w:t xml:space="preserve">was performed at a sold-out symphony concert.</w:t>
      </w:r>
      <w:r>
        <w:br/>
      </w:r>
      <w:r>
        <w:t xml:space="preserve">    (a) popular folk dance</w:t>
      </w:r>
      <w:r>
        <w:br/>
      </w:r>
      <w:r>
        <w:t xml:space="preserve">    (b) major musical work</w:t>
      </w:r>
      <w:r>
        <w:br/>
      </w:r>
      <w:r>
        <w:t xml:space="preserve">    (c) famous oil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charity provided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sustenance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families affected by the disaster.</w:t>
      </w:r>
      <w:r>
        <w:br/>
      </w:r>
      <w:r>
        <w:t xml:space="preserve">    (a) moral support</w:t>
      </w:r>
      <w:r>
        <w:br/>
      </w:r>
      <w:r>
        <w:t xml:space="preserve">    (b) food and resources</w:t>
      </w:r>
      <w:r>
        <w:br/>
      </w:r>
      <w:r>
        <w:t xml:space="preserve">    (c) medical supplies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of this emergency organization is to keep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transitory</w:t>
      </w:r>
      <w:r>
        <w:rPr>
          <w:b/>
          <w:bCs/>
        </w:rPr>
        <w:t xml:space="preserve"> </w:t>
      </w:r>
      <w:r>
        <w:rPr>
          <w:b/>
          <w:bCs/>
        </w:rPr>
        <w:t xml:space="preserve">problem from turning into one that is permanent.</w:t>
      </w:r>
      <w:r>
        <w:br/>
      </w:r>
      <w:r>
        <w:t xml:space="preserve">    (a) temporary</w:t>
      </w:r>
      <w:r>
        <w:br/>
      </w:r>
      <w:r>
        <w:t xml:space="preserve">    (b) minor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northern hemisphere,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waxing</w:t>
      </w:r>
      <w:r>
        <w:rPr>
          <w:b/>
          <w:bCs/>
        </w:rPr>
        <w:t xml:space="preserve"> </w:t>
      </w:r>
      <w:r>
        <w:rPr>
          <w:b/>
          <w:bCs/>
        </w:rPr>
        <w:t xml:space="preserve">moon is round and smooth on the right side.</w:t>
      </w:r>
      <w:r>
        <w:br/>
      </w:r>
      <w:r>
        <w:t xml:space="preserve">    (a) stunningly attractive</w:t>
      </w:r>
      <w:r>
        <w:br/>
      </w:r>
      <w:r>
        <w:t xml:space="preserve">    (b) gradually becoming more visible</w:t>
      </w:r>
      <w:r>
        <w:br/>
      </w:r>
      <w:r>
        <w:t xml:space="preserve">    (c) making clear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2026-07-31T16:42:35Z</dcterms:created>
  <dcterms:modified xsi:type="dcterms:W3CDTF">2026-07-31T16:42:35Z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