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5e29f938bc884c0a5b99fa5837b18f5d564381e"/>
    <w:p>
      <w:pPr>
        <w:pStyle w:val="Heading1"/>
      </w:pPr>
      <w:r>
        <w:rPr>
          <w:b/>
          <w:bCs/>
        </w:rPr>
        <w:t xml:space="preserve">This Lullaby</w:t>
      </w:r>
      <w:r>
        <w:br/>
      </w:r>
      <w:r>
        <w:rPr>
          <w:i/>
          <w:iCs/>
        </w:rPr>
        <w:t xml:space="preserve">Sarah Dessen</w:t>
      </w:r>
      <w:r>
        <w:br/>
      </w:r>
      <w:r>
        <w:rPr>
          <w:b/>
          <w:bCs/>
        </w:rPr>
        <w:t xml:space="preserve">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An hour of his time, just a few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chords</w:t>
      </w:r>
      <w:r>
        <w:rPr>
          <w:b/>
          <w:bCs/>
        </w:rPr>
        <w:t xml:space="preserve">, two verses and a chorus.</w:t>
      </w:r>
      <w:r>
        <w:br/>
      </w:r>
      <w:r>
        <w:t xml:space="preserve">    (a) a combination of three or more notes that blend harmoniously when sounded together; or figuratively to express harmonious blending or clashing</w:t>
      </w:r>
      <w:r>
        <w:br/>
      </w:r>
      <w:r>
        <w:t xml:space="preserve">    (b) (verb) intentionally angers, challenges, or upsets someone  OR  (noun) insults or other actions intended to anger, challenge, or upset someone</w:t>
      </w:r>
      <w:r>
        <w:br/>
      </w:r>
      <w:r>
        <w:t xml:space="preserve">    (c) items characterized by narrower parallel folds when closed and wider when open -- such as a door or musical instrument with that characteristic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looked up at him, still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incredulous</w:t>
      </w:r>
      <w:r>
        <w:rPr>
          <w:b/>
          <w:bCs/>
        </w:rPr>
        <w:t xml:space="preserve">.</w:t>
      </w:r>
      <w:r>
        <w:br/>
      </w:r>
      <w:r>
        <w:t xml:space="preserve">    (a) clear, easily noticed, and/or identifiable as different or separate</w:t>
      </w:r>
      <w:r>
        <w:br/>
      </w:r>
      <w:r>
        <w:t xml:space="preserve">    (b) not capable of being better understood through detailed examination</w:t>
      </w:r>
      <w:r>
        <w:br/>
      </w:r>
      <w:r>
        <w:t xml:space="preserve">    (c) unbelieving; or having difficulty accepting something so unexpected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"I am the queen of relationships," I said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indignantly</w:t>
      </w:r>
      <w:r>
        <w:rPr>
          <w:b/>
          <w:bCs/>
        </w:rPr>
        <w:t xml:space="preserve">.</w:t>
      </w:r>
      <w:r>
        <w:br/>
      </w:r>
      <w:r>
        <w:t xml:space="preserve">    (a) with surprise as something unexpected</w:t>
      </w:r>
      <w:r>
        <w:br/>
      </w:r>
      <w:r>
        <w:t xml:space="preserve">    (b) with anger or annoyance at something unjust or wrong</w:t>
      </w:r>
      <w:r>
        <w:br/>
      </w:r>
      <w:r>
        <w:t xml:space="preserve">    (c) with acceptance of something undesired as unavoidable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could feel the trampoline easing up and down, moved by our own breathing, bringing us in small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increments</w:t>
      </w:r>
      <w:r>
        <w:rPr>
          <w:b/>
          <w:bCs/>
        </w:rPr>
        <w:t xml:space="preserve"> </w:t>
      </w:r>
      <w:r>
        <w:rPr>
          <w:b/>
          <w:bCs/>
        </w:rPr>
        <w:t xml:space="preserve">up and back from the sky as the colors faded, slowly, and the stars began to show themselves.</w:t>
      </w:r>
      <w:r>
        <w:br/>
      </w:r>
      <w:r>
        <w:t xml:space="preserve">    (a) a series of increases; or the amount of the increases</w:t>
      </w:r>
      <w:r>
        <w:br/>
      </w:r>
      <w:r>
        <w:t xml:space="preserve">    (b) acts or processes of stopped something from happening</w:t>
      </w:r>
      <w:r>
        <w:br/>
      </w:r>
      <w:r>
        <w:t xml:space="preserve">    (c) psychologists who emphasize internal mental processes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I'd learned, over the years, that there was a range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techniques</w:t>
      </w:r>
      <w:r>
        <w:rPr>
          <w:b/>
          <w:bCs/>
        </w:rPr>
        <w:t xml:space="preserve"> </w:t>
      </w:r>
      <w:r>
        <w:rPr>
          <w:b/>
          <w:bCs/>
        </w:rPr>
        <w:t xml:space="preserve">involved in breaking up with someone.</w:t>
      </w:r>
      <w:r>
        <w:br/>
      </w:r>
      <w:r>
        <w:t xml:space="preserve">    (a) acts of hiring again</w:t>
      </w:r>
      <w:r>
        <w:br/>
      </w:r>
      <w:r>
        <w:t xml:space="preserve">    (b) ways of doing things</w:t>
      </w:r>
      <w:r>
        <w:br/>
      </w:r>
      <w:r>
        <w:t xml:space="preserve">    (c) wrong understandings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And we instituted this new policy, so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repercussions</w:t>
      </w:r>
      <w:r>
        <w:rPr>
          <w:b/>
          <w:bCs/>
        </w:rPr>
        <w:t xml:space="preserve"> </w:t>
      </w:r>
      <w:r>
        <w:rPr>
          <w:b/>
          <w:bCs/>
        </w:rPr>
        <w:t xml:space="preserve">for being late are brutal.</w:t>
      </w:r>
      <w:r>
        <w:br/>
      </w:r>
      <w:r>
        <w:t xml:space="preserve">    (a) dark, suspenseful stories that often include mystery or the supernatural</w:t>
      </w:r>
      <w:r>
        <w:br/>
      </w:r>
      <w:r>
        <w:t xml:space="preserve">    (b) indirect or secondary effects of an action -- typically negative effects</w:t>
      </w:r>
      <w:r>
        <w:br/>
      </w:r>
      <w:r>
        <w:t xml:space="preserve">    (c) non-doctors who practice the profession of assisting women in childbirth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All these years Chris was the only one who'd ever shared my sick,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cynical</w:t>
      </w:r>
      <w:r>
        <w:rPr>
          <w:b/>
          <w:bCs/>
        </w:rPr>
        <w:t xml:space="preserve"> </w:t>
      </w:r>
      <w:r>
        <w:rPr>
          <w:b/>
          <w:bCs/>
        </w:rPr>
        <w:t xml:space="preserve">view on love.</w:t>
      </w:r>
      <w:r>
        <w:br/>
      </w:r>
      <w:r>
        <w:t xml:space="preserve">    (a) characterized by recurrent and persistent thoughts and feelings and repetitive, ritualized behaviors</w:t>
      </w:r>
      <w:r>
        <w:br/>
      </w:r>
      <w:r>
        <w:t xml:space="preserve">    (b) related to the change of a light wave (or other wave) when it passes an opaque edge or narrow opening</w:t>
      </w:r>
      <w:r>
        <w:br/>
      </w:r>
      <w:r>
        <w:t xml:space="preserve">    (c) someone who expects the worst -- especially of people (such as expecting them to be selfish and lie)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didn't help that I was so drunk that my balance was off, my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equilibrium</w:t>
      </w:r>
      <w:r>
        <w:rPr>
          <w:b/>
          <w:bCs/>
        </w:rPr>
        <w:t xml:space="preserve"> </w:t>
      </w:r>
      <w:r>
        <w:rPr>
          <w:b/>
          <w:bCs/>
        </w:rPr>
        <w:t xml:space="preserve">shot.</w:t>
      </w:r>
      <w:r>
        <w:br/>
      </w:r>
      <w:r>
        <w:t xml:space="preserve">    (a) balance</w:t>
      </w:r>
      <w:r>
        <w:br/>
      </w:r>
      <w:r>
        <w:t xml:space="preserve">    (b) thought</w:t>
      </w:r>
      <w:r>
        <w:br/>
      </w:r>
      <w:r>
        <w:t xml:space="preserve">    (c) payment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That was Adrian, the bouncer, too late as usual for the real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commotion</w:t>
      </w:r>
      <w:r>
        <w:rPr>
          <w:b/>
          <w:bCs/>
        </w:rPr>
        <w:t xml:space="preserve"> </w:t>
      </w:r>
      <w:r>
        <w:rPr>
          <w:b/>
          <w:bCs/>
        </w:rPr>
        <w:t xml:space="preserve">but always up for a chance to throw his little bit of power around.</w:t>
      </w:r>
      <w:r>
        <w:br/>
      </w:r>
      <w:r>
        <w:t xml:space="preserve">    (a) circular movement</w:t>
      </w:r>
      <w:r>
        <w:br/>
      </w:r>
      <w:r>
        <w:t xml:space="preserve">    (b) size or dimension</w:t>
      </w:r>
      <w:r>
        <w:br/>
      </w:r>
      <w:r>
        <w:t xml:space="preserve">    (c) noisy disturbance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Living off beans, however, is reminiscent of a more slang culture, realistic, and a lower class, which is indicative of both the speaker in the song and the music that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accompanies</w:t>
      </w:r>
      <w:r>
        <w:rPr>
          <w:b/>
          <w:bCs/>
        </w:rPr>
        <w:t xml:space="preserve"> </w:t>
      </w:r>
      <w:r>
        <w:rPr>
          <w:b/>
          <w:bCs/>
        </w:rPr>
        <w:t xml:space="preserve">it.</w:t>
      </w:r>
      <w:r>
        <w:br/>
      </w:r>
      <w:r>
        <w:t xml:space="preserve">    (a) gives an opinion of what is wrong with something</w:t>
      </w:r>
      <w:r>
        <w:br/>
      </w:r>
      <w:r>
        <w:t xml:space="preserve">    (b) is provided with (to make it better)</w:t>
      </w:r>
      <w:r>
        <w:br/>
      </w:r>
      <w:r>
        <w:t xml:space="preserve">    (c) interferes in other people's affairs or business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really did hope this was my mother's last marriage: I wasn't sure she, or I, could take another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incarnation</w:t>
      </w:r>
      <w:r>
        <w:rPr>
          <w:b/>
          <w:bCs/>
        </w:rPr>
        <w:t xml:space="preserve">.</w:t>
      </w:r>
      <w:r>
        <w:br/>
      </w:r>
      <w:r>
        <w:t xml:space="preserve">    (a) embodiment</w:t>
      </w:r>
      <w:r>
        <w:br/>
      </w:r>
      <w:r>
        <w:t xml:space="preserve">    (b) difference</w:t>
      </w:r>
      <w:r>
        <w:br/>
      </w:r>
      <w:r>
        <w:t xml:space="preserve">    (c) thigh bone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Monkey,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however</w:t>
      </w:r>
      <w:r>
        <w:rPr>
          <w:b/>
          <w:bCs/>
        </w:rPr>
        <w:t xml:space="preserve">, sitting between us in a plastic baby pool up to his haunches in cold water, was totally content.</w:t>
      </w:r>
      <w:r>
        <w:br/>
      </w:r>
      <w:r>
        <w:t xml:space="preserve">    (a) in keeping with or in agreement with what was just stated</w:t>
      </w:r>
      <w:r>
        <w:br/>
      </w:r>
      <w:r>
        <w:t xml:space="preserve">    (b) therefore (for that reason)</w:t>
      </w:r>
      <w:r>
        <w:br/>
      </w:r>
      <w:r>
        <w:t xml:space="preserve">    (c) a word used to connect contrasting ideas as when using</w:t>
      </w:r>
      <w:r>
        <w:t xml:space="preserve"> </w:t>
      </w:r>
      <w:r>
        <w:rPr>
          <w:i/>
          <w:iCs/>
        </w:rPr>
        <w:t xml:space="preserve">though</w:t>
      </w:r>
      <w:r>
        <w:t xml:space="preserve">,</w:t>
      </w:r>
      <w:r>
        <w:t xml:space="preserve"> </w:t>
      </w:r>
      <w:r>
        <w:rPr>
          <w:i/>
          <w:iCs/>
        </w:rPr>
        <w:t xml:space="preserve">in spite of that</w:t>
      </w:r>
      <w:r>
        <w:t xml:space="preserve">,</w:t>
      </w:r>
      <w:r>
        <w:t xml:space="preserve"> </w:t>
      </w:r>
      <w:r>
        <w:rPr>
          <w:i/>
          <w:iCs/>
        </w:rPr>
        <w:t xml:space="preserve">in contrast</w:t>
      </w:r>
      <w:r>
        <w:t xml:space="preserve">,</w:t>
      </w:r>
      <w:r>
        <w:t xml:space="preserve"> </w:t>
      </w:r>
      <w:r>
        <w:rPr>
          <w:i/>
          <w:iCs/>
        </w:rPr>
        <w:t xml:space="preserve">nevertheless</w:t>
      </w:r>
      <w:r>
        <w:t xml:space="preserve">, etc.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But even there, locked in the stall, I could still hear it going, those notes I'd known by heart for as long as I could remember, now twisted and different, with another man I hardly knew who had some claim to me,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however</w:t>
      </w:r>
      <w:r>
        <w:rPr>
          <w:b/>
          <w:bCs/>
        </w:rPr>
        <w:t xml:space="preserve"> </w:t>
      </w:r>
      <w:r>
        <w:rPr>
          <w:b/>
          <w:bCs/>
        </w:rPr>
        <w:t xml:space="preserve">small, singing the words.</w:t>
      </w:r>
      <w:r>
        <w:br/>
      </w:r>
      <w:r>
        <w:t xml:space="preserve">    (a) aka analysis -- psychiatric treatment; or a theory of psychiatric treatment</w:t>
      </w:r>
      <w:r>
        <w:br/>
      </w:r>
      <w:r>
        <w:t xml:space="preserve">    (b) people who are good at or spend much time studying, thinking, and reasoning</w:t>
      </w:r>
      <w:r>
        <w:br/>
      </w:r>
      <w:r>
        <w:t xml:space="preserve">    (c) regardless of how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was quiet as Ted and Dexter exchanged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skeptical</w:t>
      </w:r>
      <w:r>
        <w:rPr>
          <w:b/>
          <w:bCs/>
        </w:rPr>
        <w:t xml:space="preserve"> </w:t>
      </w:r>
      <w:r>
        <w:rPr>
          <w:b/>
          <w:bCs/>
        </w:rPr>
        <w:t xml:space="preserve">look, not unnoticed by John Miller, who sighed loudly, shaking his head.</w:t>
      </w:r>
      <w:r>
        <w:br/>
      </w:r>
      <w:r>
        <w:t xml:space="preserve">    (a) related to the branch of medicine that deals with the diseases of women -- especially those of the reproductive organs</w:t>
      </w:r>
      <w:r>
        <w:br/>
      </w:r>
      <w:r>
        <w:t xml:space="preserve">    (b) doubtful (that something is true or worthwhile)</w:t>
      </w:r>
      <w:r>
        <w:br/>
      </w:r>
      <w:r>
        <w:br/>
      </w:r>
      <w:r>
        <w:t xml:space="preserve">or more rarely:</w:t>
      </w:r>
      <w:r>
        <w:br/>
      </w:r>
      <w:r>
        <w:br/>
      </w:r>
      <w:r>
        <w:t xml:space="preserve">generally tending to doubt what others believe</w:t>
      </w:r>
      <w:r>
        <w:br/>
      </w:r>
      <w:r>
        <w:t xml:space="preserve">    (c) the quality of being characterized by fantastic imagery, or combinations of things and events that don't go together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could feel John Miller looking at me, even as I pretended to be completely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engrossed</w:t>
      </w:r>
      <w:r>
        <w:rPr>
          <w:b/>
          <w:bCs/>
        </w:rPr>
        <w:t xml:space="preserve"> </w:t>
      </w:r>
      <w:r>
        <w:rPr>
          <w:b/>
          <w:bCs/>
        </w:rPr>
        <w:t xml:space="preserve">in a news story about structural problems with the new county dam.</w:t>
      </w:r>
      <w:r>
        <w:br/>
      </w:r>
      <w:r>
        <w:t xml:space="preserve">    (a) limited or with boundaries</w:t>
      </w:r>
      <w:r>
        <w:br/>
      </w:r>
      <w:r>
        <w:t xml:space="preserve">    (b) with all attention focused</w:t>
      </w:r>
      <w:r>
        <w:br/>
      </w:r>
      <w:r>
        <w:t xml:space="preserve">    (c) gradually added or removed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To them it was just old and sappy enough now to be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nostalgic</w:t>
      </w:r>
      <w:r>
        <w:rPr>
          <w:b/>
          <w:bCs/>
        </w:rPr>
        <w:t xml:space="preserve">, a song their parents might have listened to.</w:t>
      </w:r>
      <w:r>
        <w:br/>
      </w:r>
      <w:r>
        <w:t xml:space="preserve">    (a) able to be stopped from happening</w:t>
      </w:r>
      <w:r>
        <w:br/>
      </w:r>
      <w:r>
        <w:t xml:space="preserve">    (b) feeling reluctant to do something</w:t>
      </w:r>
      <w:r>
        <w:br/>
      </w:r>
      <w:r>
        <w:t xml:space="preserve">    (c) with a longing for something past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wanted to tell her that this, at least in my experience, wasn't as big of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factor</w:t>
      </w:r>
      <w:r>
        <w:rPr>
          <w:b/>
          <w:bCs/>
        </w:rPr>
        <w:t xml:space="preserve"> </w:t>
      </w:r>
      <w:r>
        <w:rPr>
          <w:b/>
          <w:bCs/>
        </w:rPr>
        <w:t xml:space="preserve">in a relationship as you'd think, but decided against it.</w:t>
      </w:r>
      <w:r>
        <w:br/>
      </w:r>
      <w:r>
        <w:t xml:space="preserve">    (a) thing that affects a result or outcome</w:t>
      </w:r>
      <w:r>
        <w:br/>
      </w:r>
      <w:r>
        <w:t xml:space="preserve">    (b) something that is made or manufactured</w:t>
      </w:r>
      <w:r>
        <w:br/>
      </w:r>
      <w:r>
        <w:t xml:space="preserve">    (c) job, reservation, booking, or activity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Chloe turned down the radio as I twisted in my seat, already wondering what I'd say when Dexter asked why I was leaving, what was the deal, how exactly I could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refute</w:t>
      </w:r>
      <w:r>
        <w:rPr>
          <w:b/>
          <w:bCs/>
        </w:rPr>
        <w:t xml:space="preserve"> </w:t>
      </w:r>
      <w:r>
        <w:rPr>
          <w:b/>
          <w:bCs/>
        </w:rPr>
        <w:t xml:space="preserve">that automatic assumption that this was just jealous girlfriend behavior.</w:t>
      </w:r>
      <w:r>
        <w:br/>
      </w:r>
      <w:r>
        <w:t xml:space="preserve">    (a) being a boundary or limit</w:t>
      </w:r>
      <w:r>
        <w:br/>
      </w:r>
      <w:r>
        <w:t xml:space="preserve">    (b) find, search, or research</w:t>
      </w:r>
      <w:r>
        <w:br/>
      </w:r>
      <w:r>
        <w:t xml:space="preserve">    (c) disprove or argue against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seemed surreal to be discussing the previous night in such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analytical</w:t>
      </w:r>
      <w:r>
        <w:rPr>
          <w:b/>
          <w:bCs/>
        </w:rPr>
        <w:t xml:space="preserve"> </w:t>
      </w:r>
      <w:r>
        <w:rPr>
          <w:b/>
          <w:bCs/>
        </w:rPr>
        <w:t xml:space="preserve">terms, as if it had happened to someone else and we were just off to the side, doing the play-by-play.</w:t>
      </w:r>
      <w:r>
        <w:br/>
      </w:r>
      <w:r>
        <w:t xml:space="preserve">    (a) relating to logical examination to improve understanding</w:t>
      </w:r>
      <w:r>
        <w:br/>
      </w:r>
      <w:r>
        <w:t xml:space="preserve">    (b) related to the natural world (life, air, water, land...)</w:t>
      </w:r>
      <w:r>
        <w:br/>
      </w:r>
      <w:r>
        <w:t xml:space="preserve">    (c) the state or degree of being pessimistic or disagreeable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am new to this, I'm not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disputing</w:t>
      </w:r>
      <w:r>
        <w:rPr>
          <w:b/>
          <w:bCs/>
        </w:rPr>
        <w:t xml:space="preserve"> </w:t>
      </w:r>
      <w:r>
        <w:rPr>
          <w:b/>
          <w:bCs/>
        </w:rPr>
        <w:t xml:space="preserve">that.</w:t>
      </w:r>
      <w:r>
        <w:br/>
      </w:r>
      <w:r>
        <w:t xml:space="preserve">    (a) disagreeing with (or arguing about)</w:t>
      </w:r>
      <w:r>
        <w:br/>
      </w:r>
      <w:r>
        <w:t xml:space="preserve">    (b) emphasizing (drawing attention to something)</w:t>
      </w:r>
      <w:r>
        <w:br/>
      </w:r>
      <w:r>
        <w:t xml:space="preserve">    (c) a non-doctor assisting a women in childbirth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2026-07-31T16:42:35Z</dcterms:created>
  <dcterms:modified xsi:type="dcterms:W3CDTF">2026-07-31T16:42:35Z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