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80ab6a208faff9b8a107b34f19cb52b5652d15b"/>
    <w:p>
      <w:pPr>
        <w:pStyle w:val="Heading1"/>
      </w:pPr>
      <w:r>
        <w:rPr>
          <w:b/>
          <w:bCs/>
        </w:rPr>
        <w:t xml:space="preserve">This I Believe II</w:t>
      </w:r>
      <w:r>
        <w:br/>
      </w:r>
      <w:r>
        <w:rPr>
          <w:i/>
          <w:iCs/>
        </w:rPr>
        <w:t xml:space="preserve">Jay Allison, et al.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read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abridged</w:t>
      </w:r>
      <w:r>
        <w:rPr>
          <w:b/>
          <w:bCs/>
        </w:rPr>
        <w:t xml:space="preserve"> </w:t>
      </w:r>
      <w:r>
        <w:rPr>
          <w:b/>
          <w:bCs/>
        </w:rPr>
        <w:t xml:space="preserve">version of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Don Quixote</w:t>
      </w:r>
      <w:r>
        <w:rPr>
          <w:b/>
          <w:bCs/>
        </w:rPr>
        <w:t xml:space="preserve"> </w:t>
      </w:r>
      <w:r>
        <w:rPr>
          <w:b/>
          <w:bCs/>
        </w:rPr>
        <w:t xml:space="preserve">that deleted the extra tales in order to focus on the central story.</w:t>
      </w:r>
      <w:r>
        <w:br/>
      </w:r>
      <w:r>
        <w:t xml:space="preserve">    (a) shortened</w:t>
      </w:r>
      <w:r>
        <w:br/>
      </w:r>
      <w:r>
        <w:t xml:space="preserve">    (b) children's</w:t>
      </w:r>
      <w:r>
        <w:br/>
      </w:r>
      <w:r>
        <w:t xml:space="preserve">    (c) modern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book was released to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acclaim</w:t>
      </w:r>
      <w:r>
        <w:rPr>
          <w:b/>
          <w:bCs/>
        </w:rPr>
        <w:t xml:space="preserve">.</w:t>
      </w:r>
      <w:r>
        <w:br/>
      </w:r>
      <w:r>
        <w:t xml:space="preserve">    (a) praise</w:t>
      </w:r>
      <w:r>
        <w:br/>
      </w:r>
      <w:r>
        <w:t xml:space="preserve">    (b) curiosity</w:t>
      </w:r>
      <w:r>
        <w:br/>
      </w:r>
      <w:r>
        <w:t xml:space="preserve">    (c)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ambivalent</w:t>
      </w:r>
      <w:r>
        <w:rPr>
          <w:b/>
          <w:bCs/>
        </w:rPr>
        <w:t xml:space="preserve"> </w:t>
      </w:r>
      <w:r>
        <w:rPr>
          <w:b/>
          <w:bCs/>
        </w:rPr>
        <w:t xml:space="preserve">about attending college.</w:t>
      </w:r>
      <w:r>
        <w:br/>
      </w:r>
      <w:r>
        <w:t xml:space="preserve">    (a) especially worried</w:t>
      </w:r>
      <w:r>
        <w:br/>
      </w:r>
      <w:r>
        <w:t xml:space="preserve">    (b) with mixed feelings</w:t>
      </w:r>
      <w:r>
        <w:br/>
      </w:r>
      <w:r>
        <w:t xml:space="preserve">    (c) especially happy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avid</w:t>
      </w:r>
      <w:r>
        <w:rPr>
          <w:b/>
          <w:bCs/>
        </w:rPr>
        <w:t xml:space="preserve"> </w:t>
      </w:r>
      <w:r>
        <w:rPr>
          <w:b/>
          <w:bCs/>
        </w:rPr>
        <w:t xml:space="preserve">reader.</w:t>
      </w:r>
      <w:r>
        <w:br/>
      </w:r>
      <w:r>
        <w:t xml:space="preserve">    (a) tending to arouse strong disagreement</w:t>
      </w:r>
      <w:r>
        <w:br/>
      </w:r>
      <w:r>
        <w:t xml:space="preserve">    (b) done accidentally or without intention</w:t>
      </w:r>
      <w:r>
        <w:br/>
      </w:r>
      <w:r>
        <w:t xml:space="preserve">    (c) enthusiastic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Sleep can affect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cognitive</w:t>
      </w:r>
      <w:r>
        <w:rPr>
          <w:b/>
          <w:bCs/>
        </w:rPr>
        <w:t xml:space="preserve"> </w:t>
      </w:r>
      <w:r>
        <w:rPr>
          <w:b/>
          <w:bCs/>
        </w:rPr>
        <w:t xml:space="preserve">skills like memory, focus, and problem solving.</w:t>
      </w:r>
      <w:r>
        <w:br/>
      </w:r>
      <w:r>
        <w:t xml:space="preserve">    (a) physical</w:t>
      </w:r>
      <w:r>
        <w:br/>
      </w:r>
      <w:r>
        <w:t xml:space="preserve">    (b) social</w:t>
      </w:r>
      <w:r>
        <w:br/>
      </w:r>
      <w:r>
        <w:t xml:space="preserve">    (c) mental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critique</w:t>
      </w:r>
      <w:r>
        <w:rPr>
          <w:b/>
          <w:bCs/>
        </w:rPr>
        <w:t xml:space="preserve"> </w:t>
      </w:r>
      <w:r>
        <w:rPr>
          <w:b/>
          <w:bCs/>
        </w:rPr>
        <w:t xml:space="preserve">of the editorial prompted a spirited discussion about economic policy.</w:t>
      </w:r>
      <w:r>
        <w:br/>
      </w:r>
      <w:r>
        <w:t xml:space="preserve">    (a) analysis and judgment</w:t>
      </w:r>
      <w:r>
        <w:br/>
      </w:r>
      <w:r>
        <w:t xml:space="preserve">    (b) approval and recommendation</w:t>
      </w:r>
      <w:r>
        <w:br/>
      </w:r>
      <w:r>
        <w:t xml:space="preserve">    (c) reading aloud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too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 </w:t>
      </w:r>
      <w:r>
        <w:rPr>
          <w:b/>
          <w:bCs/>
        </w:rPr>
        <w:t xml:space="preserve">in their home.</w:t>
      </w:r>
      <w:r>
        <w:br/>
      </w:r>
      <w:r>
        <w:t xml:space="preserve">    (a) loud noise</w:t>
      </w:r>
      <w:r>
        <w:br/>
      </w:r>
      <w:r>
        <w:t xml:space="preserve">    (b) uncritical agreement</w:t>
      </w:r>
      <w:r>
        <w:br/>
      </w:r>
      <w:r>
        <w:t xml:space="preserve">    (c) conflict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journalist should be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dispassionate</w:t>
      </w:r>
      <w:r>
        <w:rPr>
          <w:b/>
          <w:bCs/>
        </w:rPr>
        <w:t xml:space="preserve"> </w:t>
      </w:r>
      <w:r>
        <w:rPr>
          <w:b/>
          <w:bCs/>
        </w:rPr>
        <w:t xml:space="preserve">reporter of fact.</w:t>
      </w:r>
      <w:r>
        <w:br/>
      </w:r>
      <w:r>
        <w:t xml:space="preserve">    (a) knowledgeable</w:t>
      </w:r>
      <w:r>
        <w:br/>
      </w:r>
      <w:r>
        <w:t xml:space="preserve">    (b) unbiased</w:t>
      </w:r>
      <w:r>
        <w:br/>
      </w:r>
      <w:r>
        <w:t xml:space="preserve">    (c)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dramatic irony</w:t>
      </w:r>
      <w:r>
        <w:rPr>
          <w:b/>
          <w:bCs/>
        </w:rPr>
        <w:t xml:space="preserve"> </w:t>
      </w:r>
      <w:r>
        <w:rPr>
          <w:b/>
          <w:bCs/>
        </w:rPr>
        <w:t xml:space="preserve">builds as we wait for her to realize he has betrayed her.</w:t>
      </w:r>
      <w:r>
        <w:br/>
      </w:r>
      <w:r>
        <w:t xml:space="preserve">    (a) a sense of sadness that builds gradually</w:t>
      </w:r>
      <w:r>
        <w:br/>
      </w:r>
      <w:r>
        <w:t xml:space="preserve">    (b) when the audience understands something not known to a character</w:t>
      </w:r>
      <w:r>
        <w:br/>
      </w:r>
      <w:r>
        <w:t xml:space="preserve">    (c) saying one thing, while meaning the opposite or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pulmonary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embolism</w:t>
      </w:r>
      <w:r>
        <w:rPr>
          <w:b/>
          <w:bCs/>
        </w:rPr>
        <w:t xml:space="preserve"> </w:t>
      </w:r>
      <w:r>
        <w:rPr>
          <w:b/>
          <w:bCs/>
        </w:rPr>
        <w:t xml:space="preserve">blocked blood flow.</w:t>
      </w:r>
      <w:r>
        <w:br/>
      </w:r>
      <w:r>
        <w:t xml:space="preserve">    (a) blockage</w:t>
      </w:r>
      <w:r>
        <w:br/>
      </w:r>
      <w:r>
        <w:t xml:space="preserve">    (b) related to the branch of medicine concerned with the treatment of infants and children</w:t>
      </w:r>
      <w:r>
        <w:br/>
      </w:r>
      <w:r>
        <w:t xml:space="preserve">    (c) someone who believes in doing things the way they have generally been done in the past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young artist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emulate</w:t>
      </w:r>
      <w:r>
        <w:rPr>
          <w:b/>
          <w:bCs/>
        </w:rPr>
        <w:t xml:space="preserve"> </w:t>
      </w:r>
      <w:r>
        <w:rPr>
          <w:b/>
          <w:bCs/>
        </w:rPr>
        <w:t xml:space="preserve">the style of her favorite painter without directly copying it.</w:t>
      </w:r>
      <w:r>
        <w:br/>
      </w:r>
      <w:r>
        <w:t xml:space="preserve">    (a) imitate</w:t>
      </w:r>
      <w:r>
        <w:br/>
      </w:r>
      <w:r>
        <w:t xml:space="preserve">    (b) eliminate</w:t>
      </w:r>
      <w:r>
        <w:br/>
      </w:r>
      <w:r>
        <w:t xml:space="preserve">    (c) criticize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served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eviction</w:t>
      </w:r>
      <w:r>
        <w:rPr>
          <w:b/>
          <w:bCs/>
        </w:rPr>
        <w:t xml:space="preserve"> </w:t>
      </w:r>
      <w:r>
        <w:rPr>
          <w:b/>
          <w:bCs/>
        </w:rPr>
        <w:t xml:space="preserve">notice.</w:t>
      </w:r>
      <w:r>
        <w:br/>
      </w:r>
      <w:r>
        <w:t xml:space="preserve">    (a) legal demand to pay</w:t>
      </w:r>
      <w:r>
        <w:br/>
      </w:r>
      <w:r>
        <w:t xml:space="preserve">    (b) legal demand to move</w:t>
      </w:r>
      <w:r>
        <w:br/>
      </w:r>
      <w:r>
        <w:t xml:space="preserve">    (c) legal demand to appear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showed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fortitude</w:t>
      </w:r>
      <w:r>
        <w:rPr>
          <w:b/>
          <w:bCs/>
        </w:rPr>
        <w:t xml:space="preserve"> </w:t>
      </w:r>
      <w:r>
        <w:rPr>
          <w:b/>
          <w:bCs/>
        </w:rPr>
        <w:t xml:space="preserve">by staying calm and determined during the long recovery.</w:t>
      </w:r>
      <w:r>
        <w:br/>
      </w:r>
      <w:r>
        <w:t xml:space="preserve">    (a) physical speed</w:t>
      </w:r>
      <w:r>
        <w:br/>
      </w:r>
      <w:r>
        <w:t xml:space="preserve">    (b) sudden anger</w:t>
      </w:r>
      <w:r>
        <w:br/>
      </w:r>
      <w:r>
        <w:t xml:space="preserve">    (c) mental courage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free market</w:t>
      </w:r>
      <w:r>
        <w:rPr>
          <w:b/>
          <w:bCs/>
        </w:rPr>
        <w:t xml:space="preserve"> </w:t>
      </w:r>
      <w:r>
        <w:rPr>
          <w:b/>
          <w:bCs/>
        </w:rPr>
        <w:t xml:space="preserve">economy may cater well to those with money, but what about those who don't have much money?</w:t>
      </w:r>
      <w:r>
        <w:br/>
      </w:r>
      <w:r>
        <w:t xml:space="preserve">    (a) an economic system primarily controlled by voluntary exchange</w:t>
      </w:r>
      <w:r>
        <w:br/>
      </w:r>
      <w:r>
        <w:t xml:space="preserve">    (b) a reproductive cell with half the usual number of chromosomes</w:t>
      </w:r>
      <w:r>
        <w:br/>
      </w:r>
      <w:r>
        <w:t xml:space="preserve">    (c) a gap in a rule, allowing avoidance of the rule's core intent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felt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indebted</w:t>
      </w:r>
      <w:r>
        <w:rPr>
          <w:b/>
          <w:bCs/>
        </w:rPr>
        <w:t xml:space="preserve"> </w:t>
      </w:r>
      <w:r>
        <w:rPr>
          <w:b/>
          <w:bCs/>
        </w:rPr>
        <w:t xml:space="preserve">to her mentor for years of patient guidance.</w:t>
      </w:r>
      <w:r>
        <w:br/>
      </w:r>
      <w:r>
        <w:t xml:space="preserve">    (a) jealous</w:t>
      </w:r>
      <w:r>
        <w:br/>
      </w:r>
      <w:r>
        <w:t xml:space="preserve">    (b) annoyed</w:t>
      </w:r>
      <w:r>
        <w:br/>
      </w:r>
      <w:r>
        <w:t xml:space="preserve">    (c) grateful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teacher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indelible</w:t>
      </w:r>
      <w:r>
        <w:rPr>
          <w:b/>
          <w:bCs/>
        </w:rPr>
        <w:t xml:space="preserve"> </w:t>
      </w:r>
      <w:r>
        <w:rPr>
          <w:b/>
          <w:bCs/>
        </w:rPr>
        <w:t xml:space="preserve">impression on her students.</w:t>
      </w:r>
      <w:r>
        <w:br/>
      </w:r>
      <w:r>
        <w:t xml:space="preserve">    (a) confusing</w:t>
      </w:r>
      <w:r>
        <w:br/>
      </w:r>
      <w:r>
        <w:t xml:space="preserve">    (b) lasting</w:t>
      </w:r>
      <w:r>
        <w:br/>
      </w:r>
      <w:r>
        <w:t xml:space="preserve">    (c) ordinary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effect of music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ineffable</w:t>
      </w:r>
      <w:r>
        <w:rPr>
          <w:b/>
          <w:bCs/>
        </w:rPr>
        <w:t xml:space="preserve"> </w:t>
      </w:r>
      <w:r>
        <w:rPr>
          <w:b/>
          <w:bCs/>
        </w:rPr>
        <w:t xml:space="preserve">because we can't understand how it resonates within us.</w:t>
      </w:r>
      <w:r>
        <w:br/>
      </w:r>
      <w:r>
        <w:t xml:space="preserve">    (a) indescribable</w:t>
      </w:r>
      <w:r>
        <w:br/>
      </w:r>
      <w:r>
        <w:t xml:space="preserve">    (b) not important</w:t>
      </w:r>
      <w:r>
        <w:br/>
      </w:r>
      <w:r>
        <w:t xml:space="preserve">    (c) forgettable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going to take a lot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ingenuity</w:t>
      </w:r>
      <w:r>
        <w:rPr>
          <w:b/>
          <w:bCs/>
        </w:rPr>
        <w:t xml:space="preserve">, but I think we can save the company.</w:t>
      </w:r>
      <w:r>
        <w:br/>
      </w:r>
      <w:r>
        <w:t xml:space="preserve">    (a) money</w:t>
      </w:r>
      <w:r>
        <w:br/>
      </w:r>
      <w:r>
        <w:t xml:space="preserve">    (b) time</w:t>
      </w:r>
      <w:r>
        <w:br/>
      </w:r>
      <w:r>
        <w:t xml:space="preserve">    (c) creativity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Spirometry (measuring breathing capacity) is the most common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pulmonary</w:t>
      </w:r>
      <w:r>
        <w:rPr>
          <w:b/>
          <w:bCs/>
        </w:rPr>
        <w:t xml:space="preserve"> </w:t>
      </w:r>
      <w:r>
        <w:rPr>
          <w:b/>
          <w:bCs/>
        </w:rPr>
        <w:t xml:space="preserve">function tests.</w:t>
      </w:r>
      <w:r>
        <w:br/>
      </w:r>
      <w:r>
        <w:t xml:space="preserve">    (a) relating to the lungs</w:t>
      </w:r>
      <w:r>
        <w:br/>
      </w:r>
      <w:r>
        <w:t xml:space="preserve">    (b) relating to the skin</w:t>
      </w:r>
      <w:r>
        <w:br/>
      </w:r>
      <w:r>
        <w:t xml:space="preserve">    (c) relating to the bones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test results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validated</w:t>
      </w:r>
      <w:r>
        <w:rPr>
          <w:b/>
          <w:bCs/>
        </w:rPr>
        <w:t xml:space="preserve"> </w:t>
      </w:r>
      <w:r>
        <w:rPr>
          <w:b/>
          <w:bCs/>
        </w:rPr>
        <w:t xml:space="preserve">her theory about the chemical reaction.</w:t>
      </w:r>
      <w:r>
        <w:br/>
      </w:r>
      <w:r>
        <w:t xml:space="preserve">    (a) completely contradicted</w:t>
      </w:r>
      <w:r>
        <w:br/>
      </w:r>
      <w:r>
        <w:t xml:space="preserve">    (b) barely addressed</w:t>
      </w:r>
      <w:r>
        <w:br/>
      </w:r>
      <w:r>
        <w:t xml:space="preserve">    (c) confirmed the truth of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2026-07-31T18:08:28Z</dcterms:created>
  <dcterms:modified xsi:type="dcterms:W3CDTF">2026-07-31T18:08:28Z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