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d7f8609d700a278ed26e84581b9a8093fcf076"/>
    <w:p>
      <w:pPr>
        <w:pStyle w:val="Heading1"/>
      </w:pPr>
      <w:r>
        <w:rPr>
          <w:b/>
          <w:bCs/>
        </w:rPr>
        <w:t xml:space="preserve">This I Believe II</w:t>
      </w:r>
      <w:r>
        <w:br/>
      </w:r>
      <w:r>
        <w:rPr>
          <w:i/>
          <w:iCs/>
        </w:rPr>
        <w:t xml:space="preserve">Jay Allison, et al.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This I Believe is more concerned with the individual than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aggregate</w:t>
      </w:r>
      <w:r>
        <w:rPr>
          <w:b/>
          <w:bCs/>
        </w:rPr>
        <w:t xml:space="preserve">.</w:t>
      </w:r>
      <w:r>
        <w:br/>
      </w:r>
      <w:r>
        <w:t xml:space="preserve">    (a) reporter</w:t>
      </w:r>
      <w:r>
        <w:br/>
      </w:r>
      <w:r>
        <w:t xml:space="preserve">    (b) disorder</w:t>
      </w:r>
      <w:r>
        <w:br/>
      </w:r>
      <w:r>
        <w:t xml:space="preserve">    (c) combined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whole collection creates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context</w:t>
      </w:r>
      <w:r>
        <w:rPr>
          <w:b/>
          <w:bCs/>
        </w:rPr>
        <w:t xml:space="preserve"> </w:t>
      </w:r>
      <w:r>
        <w:rPr>
          <w:b/>
          <w:bCs/>
        </w:rPr>
        <w:t xml:space="preserve">in which to ponder your own personal philosophy.</w:t>
      </w:r>
      <w:r>
        <w:br/>
      </w:r>
      <w:r>
        <w:t xml:space="preserve">    (a) the act of interacting or getting interested again</w:t>
      </w:r>
      <w:r>
        <w:br/>
      </w:r>
      <w:r>
        <w:t xml:space="preserve">    (b) an image (seen on a mirror or other shiny surface)</w:t>
      </w:r>
      <w:r>
        <w:br/>
      </w:r>
      <w:r>
        <w:t xml:space="preserve">    (c) the setting or situation in which something occurs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chorus sang of "peace on earth and mercy mild" and promised "God and sinners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reconciled</w:t>
      </w:r>
      <w:r>
        <w:rPr>
          <w:b/>
          <w:bCs/>
        </w:rPr>
        <w:t xml:space="preserve">."</w:t>
      </w:r>
      <w:r>
        <w:br/>
      </w:r>
      <w:r>
        <w:t xml:space="preserve">    (a) brought into agreement (bad feelings and disagreements removed)</w:t>
      </w:r>
      <w:r>
        <w:br/>
      </w:r>
      <w:r>
        <w:t xml:space="preserve">    (b) consistent or the same</w:t>
      </w:r>
      <w:r>
        <w:br/>
      </w:r>
      <w:r>
        <w:t xml:space="preserve">    (c) influenced or effected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reconcile</w:t>
      </w:r>
      <w:r>
        <w:rPr>
          <w:b/>
          <w:bCs/>
        </w:rPr>
        <w:t xml:space="preserve"> </w:t>
      </w:r>
      <w:r>
        <w:rPr>
          <w:b/>
          <w:bCs/>
        </w:rPr>
        <w:t xml:space="preserve">the suffering of children with the idea of a merciful God.</w:t>
      </w:r>
      <w:r>
        <w:br/>
      </w:r>
      <w:r>
        <w:t xml:space="preserve">    (a) notable difference</w:t>
      </w:r>
      <w:r>
        <w:br/>
      </w:r>
      <w:r>
        <w:t xml:space="preserve">    (b) gradually increase</w:t>
      </w:r>
      <w:r>
        <w:br/>
      </w:r>
      <w:r>
        <w:t xml:space="preserve">    (c) make compatible (make fit together or bring to terms)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did it with rare courage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integrity</w:t>
      </w:r>
      <w:r>
        <w:rPr>
          <w:b/>
          <w:bCs/>
        </w:rPr>
        <w:t xml:space="preserve">.</w:t>
      </w:r>
      <w:r>
        <w:br/>
      </w:r>
      <w:r>
        <w:t xml:space="preserve">    (a) evidence collection</w:t>
      </w:r>
      <w:r>
        <w:br/>
      </w:r>
      <w:r>
        <w:t xml:space="preserve">    (b) strong moral principles -- especially honesty</w:t>
      </w:r>
      <w:r>
        <w:br/>
      </w:r>
      <w:r>
        <w:t xml:space="preserve">    (c) support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kind that lets you embrace those internal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contradictions</w:t>
      </w:r>
      <w:r>
        <w:rPr>
          <w:b/>
          <w:bCs/>
        </w:rPr>
        <w:t xml:space="preserve"> </w:t>
      </w:r>
      <w:r>
        <w:rPr>
          <w:b/>
          <w:bCs/>
        </w:rPr>
        <w:t xml:space="preserve">that make up an entire, oxymoronic, complex, complete human being.</w:t>
      </w:r>
      <w:r>
        <w:br/>
      </w:r>
      <w:r>
        <w:t xml:space="preserve">    (a) things about which one feels angry or unhappy due to having to accept them</w:t>
      </w:r>
      <w:r>
        <w:br/>
      </w:r>
      <w:r>
        <w:t xml:space="preserve">    (b) things that disagree with themselves; or (more rarely) acts of disagreeing</w:t>
      </w:r>
      <w:r>
        <w:br/>
      </w:r>
      <w:r>
        <w:t xml:space="preserve">    (c) acts of move something out of an interacting position; or acts of stopping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immigrant</w:t>
      </w:r>
      <w:r>
        <w:rPr>
          <w:b/>
          <w:bCs/>
        </w:rPr>
        <w:t xml:space="preserve">, and I still believe in the basic right to be fully American and fully Muslim.</w:t>
      </w:r>
      <w:r>
        <w:br/>
      </w:r>
      <w:r>
        <w:t xml:space="preserve">    (a) a person who came to live in a new country</w:t>
      </w:r>
      <w:r>
        <w:br/>
      </w:r>
      <w:r>
        <w:t xml:space="preserve">    (b) something accepted as true (without proof)</w:t>
      </w:r>
      <w:r>
        <w:br/>
      </w:r>
      <w:r>
        <w:t xml:space="preserve">    (c) relating to properties of sound or hearing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thoroughly understand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conventions</w:t>
      </w:r>
      <w:r>
        <w:rPr>
          <w:b/>
          <w:bCs/>
        </w:rPr>
        <w:t xml:space="preserve"> </w:t>
      </w:r>
      <w:r>
        <w:rPr>
          <w:b/>
          <w:bCs/>
        </w:rPr>
        <w:t xml:space="preserve">of each tradition and...</w:t>
      </w:r>
      <w:r>
        <w:br/>
      </w:r>
      <w:r>
        <w:t xml:space="preserve">    (a) things that help clarify or demonstrate</w:t>
      </w:r>
      <w:r>
        <w:br/>
      </w:r>
      <w:r>
        <w:t xml:space="preserve">    (b) things accepted as true (without proof)</w:t>
      </w:r>
      <w:r>
        <w:br/>
      </w:r>
      <w:r>
        <w:t xml:space="preserve">    (c) things that are normal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Each morning when I walk through the house on the way to make coffee, I turn on the music, hit the "shuffle" button, and it's Dance Time! I dance alone to whatever is playing. It's a form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existential</w:t>
      </w:r>
      <w:r>
        <w:rPr>
          <w:b/>
          <w:bCs/>
        </w:rPr>
        <w:t xml:space="preserve"> </w:t>
      </w:r>
      <w:r>
        <w:rPr>
          <w:b/>
          <w:bCs/>
        </w:rPr>
        <w:t xml:space="preserve">aerobics, a moving meditation.</w:t>
      </w:r>
      <w:r>
        <w:br/>
      </w:r>
      <w:r>
        <w:t xml:space="preserve">    (a) relating to what is important in life</w:t>
      </w:r>
      <w:r>
        <w:br/>
      </w:r>
      <w:r>
        <w:t xml:space="preserve">    (b) (adjective) of low quality, or of lower quality or rank than something else  OR  (more rarely as a noun) a person of lower rank or status</w:t>
      </w:r>
      <w:r>
        <w:br/>
      </w:r>
      <w:r>
        <w:t xml:space="preserve">    (c) of an organism in the early stages of development prior to birth, hatching, or sprouting  OR  of anything in an early stage of development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the first time in my life, I know how it feels to face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existential</w:t>
      </w:r>
      <w:r>
        <w:rPr>
          <w:b/>
          <w:bCs/>
        </w:rPr>
        <w:t xml:space="preserve"> </w:t>
      </w:r>
      <w:r>
        <w:rPr>
          <w:b/>
          <w:bCs/>
        </w:rPr>
        <w:t xml:space="preserve">menace.</w:t>
      </w:r>
      <w:r>
        <w:br/>
      </w:r>
      <w:r>
        <w:t xml:space="preserve">    (a) threatening existence</w:t>
      </w:r>
      <w:r>
        <w:br/>
      </w:r>
      <w:r>
        <w:t xml:space="preserve">    (b) able to be restored to good condition</w:t>
      </w:r>
      <w:r>
        <w:br/>
      </w:r>
      <w:r>
        <w:t xml:space="preserve">    (c) not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grew older, I discovered that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reverence</w:t>
      </w:r>
      <w:r>
        <w:rPr>
          <w:b/>
          <w:bCs/>
        </w:rPr>
        <w:t xml:space="preserve"> </w:t>
      </w:r>
      <w:r>
        <w:rPr>
          <w:b/>
          <w:bCs/>
        </w:rPr>
        <w:t xml:space="preserve">for life was not shared by all of humanity.</w:t>
      </w:r>
      <w:r>
        <w:br/>
      </w:r>
      <w:r>
        <w:t xml:space="preserve">    (a) separate two things to prevent passage of something such as heat, cold, noise, or electricity</w:t>
      </w:r>
      <w:r>
        <w:br/>
      </w:r>
      <w:r>
        <w:t xml:space="preserve">    (b) interfere (in another's affairs or business); or handle (something that shouldn't be handled)</w:t>
      </w:r>
      <w:r>
        <w:br/>
      </w:r>
      <w:r>
        <w:t xml:space="preserve">    (c) deep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Climate change also has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detrimental</w:t>
      </w:r>
      <w:r>
        <w:rPr>
          <w:b/>
          <w:bCs/>
        </w:rPr>
        <w:t xml:space="preserve"> </w:t>
      </w:r>
      <w:r>
        <w:rPr>
          <w:b/>
          <w:bCs/>
        </w:rPr>
        <w:t xml:space="preserve">impact on cultures and humanity's well-being as more people are becoming environmental refugees.</w:t>
      </w:r>
      <w:r>
        <w:br/>
      </w:r>
      <w:r>
        <w:t xml:space="preserve">    (a) not aware of something</w:t>
      </w:r>
      <w:r>
        <w:br/>
      </w:r>
      <w:r>
        <w:t xml:space="preserve">    (b) causing harm or damage</w:t>
      </w:r>
      <w:r>
        <w:br/>
      </w:r>
      <w:r>
        <w:t xml:space="preserve">    (c) consistent or the same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equilibrium</w:t>
      </w:r>
      <w:r>
        <w:rPr>
          <w:b/>
          <w:bCs/>
        </w:rPr>
        <w:t xml:space="preserve">—the middle—all the substances are present.</w:t>
      </w:r>
      <w:r>
        <w:br/>
      </w:r>
      <w:r>
        <w:t xml:space="preserve">    (a) balance</w:t>
      </w:r>
      <w:r>
        <w:br/>
      </w:r>
      <w:r>
        <w:t xml:space="preserve">    (b) thought</w:t>
      </w:r>
      <w:r>
        <w:br/>
      </w:r>
      <w:r>
        <w:t xml:space="preserve">    (c) payment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we are honest with children, we also validate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intuition</w:t>
      </w:r>
      <w:r>
        <w:rPr>
          <w:b/>
          <w:bCs/>
        </w:rPr>
        <w:t xml:space="preserve">.</w:t>
      </w:r>
      <w:r>
        <w:br/>
      </w:r>
      <w:r>
        <w:t xml:space="preserve">    (a) the redirection energy from a negative (unacceptable) impulse or urge into a positive or acceptable action</w:t>
      </w:r>
      <w:r>
        <w:br/>
      </w:r>
      <w:r>
        <w:t xml:space="preserve">    (b) someone with a potentially life-threatening psychological eating disorder that prevents eating enough food</w:t>
      </w:r>
      <w:r>
        <w:br/>
      </w:r>
      <w:r>
        <w:t xml:space="preserve">    (c) ability to known instinctively rather than through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diagnosed</w:t>
      </w:r>
      <w:r>
        <w:rPr>
          <w:b/>
          <w:bCs/>
        </w:rPr>
        <w:t xml:space="preserve"> </w:t>
      </w:r>
      <w:r>
        <w:rPr>
          <w:b/>
          <w:bCs/>
        </w:rPr>
        <w:t xml:space="preserve">with ALS, Lou Gehrig's disease.</w:t>
      </w:r>
      <w:r>
        <w:br/>
      </w:r>
      <w:r>
        <w:t xml:space="preserve">    (a) found to have an illness</w:t>
      </w:r>
      <w:r>
        <w:br/>
      </w:r>
      <w:r>
        <w:t xml:space="preserve">    (b) ignored someone's wishes or caused inconvenience or discomfort</w:t>
      </w:r>
      <w:r>
        <w:br/>
      </w:r>
      <w:r>
        <w:t xml:space="preserve">    (c) encouraged growth or excitement, or caused something to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believed the development of the mind, heart, and soul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determines</w:t>
      </w:r>
      <w:r>
        <w:rPr>
          <w:b/>
          <w:bCs/>
        </w:rPr>
        <w:t xml:space="preserve"> </w:t>
      </w:r>
      <w:r>
        <w:rPr>
          <w:b/>
          <w:bCs/>
        </w:rPr>
        <w:t xml:space="preserve">who you are and who you will become.</w:t>
      </w:r>
      <w:r>
        <w:br/>
      </w:r>
      <w:r>
        <w:t xml:space="preserve">    (a) says (or makes a sound) with the voice</w:t>
      </w:r>
      <w:r>
        <w:br/>
      </w:r>
      <w:r>
        <w:t xml:space="preserve">    (b) moves into position to work; or starts</w:t>
      </w:r>
      <w:r>
        <w:br/>
      </w:r>
      <w:r>
        <w:t xml:space="preserve">    (c) controls (how something will turn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my alternately formed body, I have learned lessons about patience,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determination</w:t>
      </w:r>
      <w:r>
        <w:rPr>
          <w:b/>
          <w:bCs/>
        </w:rPr>
        <w:t xml:space="preserve">, frustration, and success.</w:t>
      </w:r>
      <w:r>
        <w:br/>
      </w:r>
      <w:r>
        <w:t xml:space="preserve">    (a) restarting (a fire)</w:t>
      </w:r>
      <w:r>
        <w:br/>
      </w:r>
      <w:r>
        <w:t xml:space="preserve">    (b) wrongly translating</w:t>
      </w:r>
      <w:r>
        <w:br/>
      </w:r>
      <w:r>
        <w:t xml:space="preserve">    (c) firmness of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Latina, I come from a culture that acknowledges the supernatural and is rooted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indigenous</w:t>
      </w:r>
      <w:r>
        <w:rPr>
          <w:b/>
          <w:bCs/>
        </w:rPr>
        <w:t xml:space="preserve"> </w:t>
      </w:r>
      <w:r>
        <w:rPr>
          <w:b/>
          <w:bCs/>
        </w:rPr>
        <w:t xml:space="preserve">traditions aligned closely with nature.</w:t>
      </w:r>
      <w:r>
        <w:br/>
      </w:r>
      <w:r>
        <w:t xml:space="preserve">    (a) strongly biased</w:t>
      </w:r>
      <w:r>
        <w:br/>
      </w:r>
      <w:r>
        <w:t xml:space="preserve">    (b) material wealth</w:t>
      </w:r>
      <w:r>
        <w:br/>
      </w:r>
      <w:r>
        <w:t xml:space="preserve">    (c) of local origin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my career progressed, so did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analytics</w:t>
      </w:r>
      <w:r>
        <w:rPr>
          <w:b/>
          <w:bCs/>
        </w:rPr>
        <w:t xml:space="preserve">.</w:t>
      </w:r>
      <w:r>
        <w:br/>
      </w:r>
      <w:r>
        <w:t xml:space="preserve">    (a) a system of logical examination of something to better understand it</w:t>
      </w:r>
      <w:r>
        <w:br/>
      </w:r>
      <w:r>
        <w:t xml:space="preserve">    (b) acts of again being in a working position; or acts of starting again</w:t>
      </w:r>
      <w:r>
        <w:br/>
      </w:r>
      <w:r>
        <w:t xml:space="preserve">    (c) long-established or previously long-established practices or beliefs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wish that everyone could see the world from my perspective; I believe that more people would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optimistic</w:t>
      </w:r>
      <w:r>
        <w:rPr>
          <w:b/>
          <w:bCs/>
        </w:rPr>
        <w:t xml:space="preserve"> </w:t>
      </w:r>
      <w:r>
        <w:rPr>
          <w:b/>
          <w:bCs/>
        </w:rPr>
        <w:t xml:space="preserve">about our future.</w:t>
      </w:r>
      <w:r>
        <w:br/>
      </w:r>
      <w:r>
        <w:t xml:space="preserve">    (a) expecting the best; or focusing on the good part of things</w:t>
      </w:r>
      <w:r>
        <w:br/>
      </w:r>
      <w:r>
        <w:t xml:space="preserve">    (b) relating separately to the people or things just mentioned</w:t>
      </w:r>
      <w:r>
        <w:br/>
      </w:r>
      <w:r>
        <w:t xml:space="preserve">    (c) in a manner of accepting something as true (without proof)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2026-07-31T18:08:27Z</dcterms:created>
  <dcterms:modified xsi:type="dcterms:W3CDTF">2026-07-31T18:08:27Z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