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1d0e4b0dc63feffcc4b924451a1ec5bf3ea6ab"/>
    <w:p>
      <w:pPr>
        <w:pStyle w:val="Heading1"/>
      </w:pPr>
      <w:r>
        <w:rPr>
          <w:b/>
          <w:bCs/>
        </w:rPr>
        <w:t xml:space="preserve">This I Believe</w:t>
      </w:r>
      <w:r>
        <w:br/>
      </w:r>
      <w:r>
        <w:rPr>
          <w:i/>
          <w:iCs/>
        </w:rPr>
        <w:t xml:space="preserve">Jay Allison, et al.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Buckley is also the author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acclaimed</w:t>
      </w:r>
      <w:r>
        <w:rPr>
          <w:b/>
          <w:bCs/>
        </w:rPr>
        <w:t xml:space="preserve"> </w:t>
      </w:r>
      <w:r>
        <w:rPr>
          <w:b/>
          <w:bCs/>
        </w:rPr>
        <w:t xml:space="preserve">series of Blackford Oakes spy novels.</w:t>
      </w:r>
      <w:r>
        <w:br/>
      </w:r>
      <w:r>
        <w:t xml:space="preserve">    (a) popularly and enthusiastically praised</w:t>
      </w:r>
      <w:r>
        <w:br/>
      </w:r>
      <w:r>
        <w:t xml:space="preserve">    (b) differed notably in brightness or tone</w:t>
      </w:r>
      <w:r>
        <w:br/>
      </w:r>
      <w:r>
        <w:t xml:space="preserve">    (c) adjusted a lens to make an image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Let's consider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alternatives</w:t>
      </w:r>
      <w:r>
        <w:rPr>
          <w:b/>
          <w:bCs/>
        </w:rPr>
        <w:t xml:space="preserve">.</w:t>
      </w:r>
      <w:r>
        <w:br/>
      </w:r>
      <w:r>
        <w:t xml:space="preserve">    (a) psychiatrists</w:t>
      </w:r>
      <w:r>
        <w:br/>
      </w:r>
      <w:r>
        <w:t xml:space="preserve">    (b) possibilities</w:t>
      </w:r>
      <w:r>
        <w:br/>
      </w:r>
      <w:r>
        <w:t xml:space="preserve">    (c) fat compounds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 imagination and our desire for rapport, we transcend our limitations, freshen our eyes, and are able to look at ourselves and the world through a new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alternative</w:t>
      </w:r>
      <w:r>
        <w:rPr>
          <w:b/>
          <w:bCs/>
        </w:rPr>
        <w:t xml:space="preserve"> </w:t>
      </w:r>
      <w:r>
        <w:rPr>
          <w:b/>
          <w:bCs/>
        </w:rPr>
        <w:t xml:space="preserve">lens.</w:t>
      </w:r>
      <w:r>
        <w:br/>
      </w:r>
      <w:r>
        <w:t xml:space="preserve">    (a) non-traditional or non-standard</w:t>
      </w:r>
      <w:r>
        <w:br/>
      </w:r>
      <w:r>
        <w:t xml:space="preserve">    (b) relating to a period of testing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Instead, I discovered in a more profound way the human body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transitory</w:t>
      </w:r>
      <w:r>
        <w:rPr>
          <w:b/>
          <w:bCs/>
        </w:rPr>
        <w:t xml:space="preserve"> </w:t>
      </w:r>
      <w:r>
        <w:rPr>
          <w:b/>
          <w:bCs/>
        </w:rPr>
        <w:t xml:space="preserve">and fragile and, by contrast, the soul as enduring.</w:t>
      </w:r>
      <w:r>
        <w:br/>
      </w:r>
      <w:r>
        <w:t xml:space="preserve">    (a) lasting a short time</w:t>
      </w:r>
      <w:r>
        <w:br/>
      </w:r>
      <w:r>
        <w:t xml:space="preserve">    (b) sincerity (realness)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human body as transitory and fragile and, by contrast, the soul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enduring</w:t>
      </w:r>
      <w:r>
        <w:rPr>
          <w:b/>
          <w:bCs/>
        </w:rPr>
        <w:t xml:space="preserve">.</w:t>
      </w:r>
      <w:r>
        <w:br/>
      </w:r>
      <w:r>
        <w:t xml:space="preserve">    (a) influencing opinion</w:t>
      </w:r>
      <w:r>
        <w:br/>
      </w:r>
      <w:r>
        <w:t xml:space="preserve">    (b) continuing to exist</w:t>
      </w:r>
      <w:r>
        <w:br/>
      </w:r>
      <w:r>
        <w:t xml:space="preserve">    (c) lying or misleading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eight o'clock on a Tuesday night, you will experience the ecstasy of victory or you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the agony of defeat.</w:t>
      </w:r>
      <w:r>
        <w:br/>
      </w:r>
      <w:r>
        <w:t xml:space="preserve">    (a) call -- typically to come nearer by using a hand gesture or a nod</w:t>
      </w:r>
      <w:r>
        <w:br/>
      </w:r>
      <w:r>
        <w:t xml:space="preserve">    (b) suffer through</w:t>
      </w:r>
      <w:r>
        <w:br/>
      </w:r>
      <w:r>
        <w:t xml:space="preserve">    (c) communication through gestures and body movements (without words)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 me, the lady next door who scowls on her way to the mailbox, or the kids who strut down the street, or my atheist friend who enjoys a good conversation, each bear an undying soul and deserve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.</w:t>
      </w:r>
      <w:r>
        <w:br/>
      </w:r>
      <w:r>
        <w:t xml:space="preserve">    (a) the process of controlling (how something turns out)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sympathy for another's suffering and wanting to help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come to appreciate once again that communal reflection about life's deeper matters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sustaining</w:t>
      </w:r>
      <w:r>
        <w:rPr>
          <w:b/>
          <w:bCs/>
        </w:rPr>
        <w:t xml:space="preserve"> </w:t>
      </w:r>
      <w:r>
        <w:rPr>
          <w:b/>
          <w:bCs/>
        </w:rPr>
        <w:t xml:space="preserve">and uplifting and provides a consistent nudge in worthy directions.</w:t>
      </w:r>
      <w:r>
        <w:br/>
      </w:r>
      <w:r>
        <w:t xml:space="preserve">    (a) supportive</w:t>
      </w:r>
      <w:r>
        <w:br/>
      </w:r>
      <w:r>
        <w:t xml:space="preserve">    (b) developing or changing gradually</w:t>
      </w:r>
      <w:r>
        <w:br/>
      </w:r>
      <w:r>
        <w:t xml:space="preserve">    (c) taking (power or responsibility)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totalitarianism or technocratic government can obtain some swift successes, in the end, only a democracy can enlist a people's energies 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sustained</w:t>
      </w:r>
      <w:r>
        <w:rPr>
          <w:b/>
          <w:bCs/>
        </w:rPr>
        <w:t xml:space="preserve"> </w:t>
      </w:r>
      <w:r>
        <w:rPr>
          <w:b/>
          <w:bCs/>
        </w:rPr>
        <w:t xml:space="preserve">and renewable basis.</w:t>
      </w:r>
      <w:r>
        <w:br/>
      </w:r>
      <w:r>
        <w:t xml:space="preserve">    (a) influenced or effected</w:t>
      </w:r>
      <w:r>
        <w:br/>
      </w:r>
      <w:r>
        <w:t xml:space="preserve">    (b) continuing through time</w:t>
      </w:r>
      <w:r>
        <w:br/>
      </w:r>
      <w:r>
        <w:t xml:space="preserve">    (c) consistent or the same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been a reporter for the Chicago Tribune and the Washington Post, and a national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correspondent</w:t>
      </w:r>
      <w:r>
        <w:rPr>
          <w:b/>
          <w:bCs/>
        </w:rPr>
        <w:t xml:space="preserve"> </w:t>
      </w:r>
      <w:r>
        <w:rPr>
          <w:b/>
          <w:bCs/>
        </w:rPr>
        <w:t xml:space="preserve">for the New York Times, Fountain wrote True Vine: A Young Black Man's Journey of Faith, Hope, and Clarity.</w:t>
      </w:r>
      <w:r>
        <w:br/>
      </w:r>
      <w:r>
        <w:t xml:space="preserve">    (a) reporter</w:t>
      </w:r>
      <w:r>
        <w:br/>
      </w:r>
      <w:r>
        <w:t xml:space="preserve">    (b) marriage</w:t>
      </w:r>
      <w:r>
        <w:br/>
      </w:r>
      <w:r>
        <w:t xml:space="preserve">    (c)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sang all the way through her home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courses in floral design and interior decorating.</w:t>
      </w:r>
      <w:r>
        <w:br/>
      </w:r>
      <w:r>
        <w:t xml:space="preserve">    (a) leaps or jumps</w:t>
      </w:r>
      <w:r>
        <w:br/>
      </w:r>
      <w:r>
        <w:t xml:space="preserve">    (b) small kitchens</w:t>
      </w:r>
      <w:r>
        <w:br/>
      </w:r>
      <w:r>
        <w:t xml:space="preserve">    (c) done from afar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Nobel Prize—winning author THOMAS MANN was noted for his examination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critique</w:t>
      </w:r>
      <w:r>
        <w:rPr>
          <w:b/>
          <w:bCs/>
        </w:rPr>
        <w:t xml:space="preserve"> </w:t>
      </w:r>
      <w:r>
        <w:rPr>
          <w:b/>
          <w:bCs/>
        </w:rPr>
        <w:t xml:space="preserve">of the European and German soul in the first half of the twentieth century.</w:t>
      </w:r>
      <w:r>
        <w:br/>
      </w:r>
      <w:r>
        <w:t xml:space="preserve">    (a) the difference between tones of an image</w:t>
      </w:r>
      <w:r>
        <w:br/>
      </w:r>
      <w:r>
        <w:t xml:space="preserve">    (b) an examination and judgment of something</w:t>
      </w:r>
      <w:r>
        <w:br/>
      </w:r>
      <w:r>
        <w:t xml:space="preserve">    (c) hold together (connect or unite) or wrap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moved to Washington to work 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.</w:t>
      </w:r>
      <w:r>
        <w:br/>
      </w:r>
      <w:r>
        <w:t xml:space="preserve">    (a) spokesperson (supporter of a cause)</w:t>
      </w:r>
      <w:r>
        <w:br/>
      </w:r>
      <w:r>
        <w:t xml:space="preserve">    (b) a change; or a changed version</w:t>
      </w:r>
      <w:r>
        <w:br/>
      </w:r>
      <w:r>
        <w:t xml:space="preserve">    (c) a type of small portable radio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Sullivan addresses political and social issues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advocates</w:t>
      </w:r>
      <w:r>
        <w:rPr>
          <w:b/>
          <w:bCs/>
        </w:rPr>
        <w:t xml:space="preserve"> </w:t>
      </w:r>
      <w:r>
        <w:rPr>
          <w:b/>
          <w:bCs/>
        </w:rPr>
        <w:t xml:space="preserve">for gay rights.</w:t>
      </w:r>
      <w:r>
        <w:br/>
      </w:r>
      <w:r>
        <w:t xml:space="preserve">    (a) publicly supports</w:t>
      </w:r>
      <w:r>
        <w:br/>
      </w:r>
      <w:r>
        <w:t xml:space="preserve">    (b) numbers that are less than zero</w:t>
      </w:r>
      <w:r>
        <w:br/>
      </w:r>
      <w:r>
        <w:t xml:space="preserve">    (c) accepts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Whenever I think of the word "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," I think of a small boy named Huckleberry Finn contemplating his friend and runaway slave, Jim.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the ability or tendency to understand or share in others' feelings</w:t>
      </w:r>
      <w:r>
        <w:br/>
      </w:r>
      <w:r>
        <w:t xml:space="preserve">    (c) someone who believes that all knowledge is derived from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discovering his compassion so deep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manifests</w:t>
      </w:r>
      <w:r>
        <w:rPr>
          <w:b/>
          <w:bCs/>
        </w:rPr>
        <w:t xml:space="preserve"> </w:t>
      </w:r>
      <w:r>
        <w:rPr>
          <w:b/>
          <w:bCs/>
        </w:rPr>
        <w:t xml:space="preserve">even in his kindness to snails,</w:t>
      </w:r>
      <w:r>
        <w:br/>
      </w:r>
      <w:r>
        <w:t xml:space="preserve">    (a) goes, does, or is before</w:t>
      </w:r>
      <w:r>
        <w:br/>
      </w:r>
      <w:r>
        <w:t xml:space="preserve">    (b) demonstrates itself</w:t>
      </w:r>
      <w:r>
        <w:br/>
      </w:r>
      <w:r>
        <w:t xml:space="preserve">    (c) is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be participating in a ceremony at Ellis Island, where I will receive copies of the ship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manifest</w:t>
      </w:r>
      <w:r>
        <w:rPr>
          <w:b/>
          <w:bCs/>
        </w:rPr>
        <w:t xml:space="preserve"> </w:t>
      </w:r>
      <w:r>
        <w:rPr>
          <w:b/>
          <w:bCs/>
        </w:rPr>
        <w:t xml:space="preserve">and the immigration documents that record the arrival in America of my mother,</w:t>
      </w:r>
      <w:r>
        <w:br/>
      </w:r>
      <w:r>
        <w:t xml:space="preserve">    (a) a document listing contents and passengers being transported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convinced we must care about people; we must reach out to help them in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feeling of hopelessness or distress</w:t>
      </w:r>
      <w:r>
        <w:br/>
      </w:r>
      <w:r>
        <w:t xml:space="preserve">    (b) adjusts a lens to make an image clear</w:t>
      </w:r>
      <w:r>
        <w:br/>
      </w:r>
      <w:r>
        <w:t xml:space="preserve">    (c) not creating disagreement or struggle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lose hope or feel distress</w:t>
      </w:r>
      <w:r>
        <w:br/>
      </w:r>
      <w:r>
        <w:t xml:space="preserve">    (b) notable difference</w:t>
      </w:r>
      <w:r>
        <w:br/>
      </w:r>
      <w:r>
        <w:t xml:space="preserve">    (c) come to terms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twenty programs in the series included essays from a senator, several business leaders, a labor leader, two college presidents, a movie producer, a philosophy professor, a baseball umpire, and two certified national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icons</w:t>
      </w:r>
      <w:r>
        <w:rPr>
          <w:b/>
          <w:bCs/>
        </w:rPr>
        <w:t xml:space="preserve">: Helen Keller and Eleanor Roosevelt.</w:t>
      </w:r>
      <w:r>
        <w:br/>
      </w:r>
      <w:r>
        <w:t xml:space="preserve">    (a) people widely recognized as symbols</w:t>
      </w:r>
      <w:r>
        <w:br/>
      </w:r>
      <w:r>
        <w:t xml:space="preserve">    (b) psychoanalysis:  that part of people's personality structures that act as a conscience</w:t>
      </w:r>
      <w:r>
        <w:br/>
      </w:r>
      <w:r>
        <w:t xml:space="preserve">    (c) people who follow the philosophical &amp; religious system based on the teachings of Laozi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2026-07-31T18:08:04Z</dcterms:created>
  <dcterms:modified xsi:type="dcterms:W3CDTF">2026-07-31T18:08:04Z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