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56dba85736d701d9c335320238c8f8f171fa47"/>
    <w:p>
      <w:pPr>
        <w:pStyle w:val="Heading1"/>
      </w:pPr>
      <w:r>
        <w:rPr>
          <w:b/>
          <w:bCs/>
        </w:rPr>
        <w:t xml:space="preserve">Thirteen Reasons Why</w:t>
      </w:r>
      <w:r>
        <w:br/>
      </w:r>
      <w:r>
        <w:rPr>
          <w:i/>
          <w:iCs/>
        </w:rPr>
        <w:t xml:space="preserve">Jay Asher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</w:t>
      </w:r>
      <w:r>
        <w:rPr>
          <w:b/>
          <w:bCs/>
        </w:rPr>
        <w:t xml:space="preserve"> </w:t>
      </w:r>
      <w:r>
        <w:rPr>
          <w:b/>
          <w:bCs/>
        </w:rPr>
        <w:t xml:space="preserve">did have a thick British accent.</w:t>
      </w:r>
      <w:r>
        <w:br/>
      </w:r>
      <w:r>
        <w:t xml:space="preserve">    (a) translation</w:t>
      </w:r>
      <w:r>
        <w:br/>
      </w:r>
      <w:r>
        <w:t xml:space="preserve">    (b) quiet voice</w:t>
      </w:r>
      <w:r>
        <w:br/>
      </w:r>
      <w:r>
        <w:t xml:space="preserve">    (c) storyteller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the deciding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 </w:t>
      </w:r>
      <w:r>
        <w:rPr>
          <w:b/>
          <w:bCs/>
        </w:rPr>
        <w:t xml:space="preserve">…. was revenge.</w:t>
      </w:r>
      <w:r>
        <w:br/>
      </w:r>
      <w:r>
        <w:t xml:space="preserve">    (a) job, reservation, booking, or activity</w:t>
      </w:r>
      <w:r>
        <w:br/>
      </w:r>
      <w:r>
        <w:t xml:space="preserve">    (b) thing that affects a result or outcome</w:t>
      </w:r>
      <w:r>
        <w:br/>
      </w:r>
      <w:r>
        <w:t xml:space="preserve">    (c) something that is made or manufactured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repercussions</w:t>
      </w:r>
      <w:r>
        <w:rPr>
          <w:b/>
          <w:bCs/>
        </w:rPr>
        <w:t xml:space="preserve"> </w:t>
      </w:r>
      <w:r>
        <w:rPr>
          <w:b/>
          <w:bCs/>
        </w:rPr>
        <w:t xml:space="preserve">of what you did.</w:t>
      </w:r>
      <w:r>
        <w:br/>
      </w:r>
      <w:r>
        <w:t xml:space="preserve">    (a) indirect or secondary effects of an action -- typically negative effects</w:t>
      </w:r>
      <w:r>
        <w:br/>
      </w:r>
      <w:r>
        <w:t xml:space="preserve">    (b) non-doctors who practice the profession of assisting women in childbirth</w:t>
      </w:r>
      <w:r>
        <w:br/>
      </w:r>
      <w:r>
        <w:t xml:space="preserve">    (c) dark, suspenseful stories that often include mystery or the supernatural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Wally's eyes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down, just beyond the edge of the counter, near my waist, and I knew what was coming.</w:t>
      </w:r>
      <w:r>
        <w:br/>
      </w:r>
      <w:r>
        <w:t xml:space="preserve">    (a) began speaking with someone about something</w:t>
      </w:r>
      <w:r>
        <w:br/>
      </w:r>
      <w:r>
        <w:t xml:space="preserve">    (b) looking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pull my gaze back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my eyes, I can see my own reflection in the glass.</w:t>
      </w:r>
      <w:r>
        <w:br/>
      </w:r>
      <w:r>
        <w:t xml:space="preserve">    (a) adjust (to see clearly)</w:t>
      </w:r>
      <w:r>
        <w:br/>
      </w:r>
      <w:r>
        <w:t xml:space="preserve">    (b) a condition where the body cannot properly regulate blood sugar levels because it produces little or no insulin</w:t>
      </w:r>
      <w:r>
        <w:br/>
      </w:r>
      <w:r>
        <w:t xml:space="preserve">    (c) software that stops uninvited software from spreading between computers and causing damage to data and software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know, I'm not even going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this.</w:t>
      </w:r>
      <w:r>
        <w:br/>
      </w:r>
      <w:r>
        <w:t xml:space="preserve">    (a) become less drunk (or get completely past drunkenness)</w:t>
      </w:r>
      <w:r>
        <w:br/>
      </w:r>
      <w:r>
        <w:t xml:space="preserve">    (b) excessively examine in an attempt to better understand</w:t>
      </w:r>
      <w:r>
        <w:br/>
      </w:r>
      <w:r>
        <w:t xml:space="preserve">    (c) explain the meaning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 of Angela was nowhere near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mesmerizing</w:t>
      </w:r>
      <w:r>
        <w:rPr>
          <w:b/>
          <w:bCs/>
        </w:rPr>
        <w:t xml:space="preserve"> </w:t>
      </w:r>
      <w:r>
        <w:rPr>
          <w:b/>
          <w:bCs/>
        </w:rPr>
        <w:t xml:space="preserve">as her lips.</w:t>
      </w:r>
      <w:r>
        <w:br/>
      </w:r>
      <w:r>
        <w:t xml:space="preserve">    (a) shocking or surprising</w:t>
      </w:r>
      <w:r>
        <w:br/>
      </w:r>
      <w:r>
        <w:t xml:space="preserve">    (b) spellbinding or enthralling</w:t>
      </w:r>
      <w:r>
        <w:br/>
      </w:r>
      <w:r>
        <w:t xml:space="preserve">    (c) distracting or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point is, when you hold people up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ridicule</w:t>
      </w:r>
      <w:r>
        <w:rPr>
          <w:b/>
          <w:bCs/>
        </w:rPr>
        <w:t xml:space="preserve">, you have to take responsibility when other people act on it.</w:t>
      </w:r>
      <w:r>
        <w:br/>
      </w:r>
      <w:r>
        <w:t xml:space="preserve">    (a) provide investment funds for something -- such as a business</w:t>
      </w:r>
      <w:r>
        <w:br/>
      </w:r>
      <w:r>
        <w:t xml:space="preserve">    (b) ignore someone's wishes or cause inconvenience or discomfort</w:t>
      </w:r>
      <w:r>
        <w:br/>
      </w:r>
      <w:r>
        <w:t xml:space="preserve">    (c) mocking (to make fun of them)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 excuse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avert</w:t>
      </w:r>
      <w:r>
        <w:rPr>
          <w:b/>
          <w:bCs/>
        </w:rPr>
        <w:t xml:space="preserve"> </w:t>
      </w:r>
      <w:r>
        <w:rPr>
          <w:b/>
          <w:bCs/>
        </w:rPr>
        <w:t xml:space="preserve">my eyes from the other passengers.</w:t>
      </w:r>
      <w:r>
        <w:br/>
      </w:r>
      <w:r>
        <w:t xml:space="preserve">    (a) come to terms with</w:t>
      </w:r>
      <w:r>
        <w:br/>
      </w:r>
      <w:r>
        <w:t xml:space="preserve">    (b) notable difference</w:t>
      </w:r>
      <w:r>
        <w:br/>
      </w:r>
      <w:r>
        <w:t xml:space="preserve">    (c) turn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shots of the student body.</w:t>
      </w:r>
      <w:r>
        <w:br/>
      </w:r>
      <w:r>
        <w:t xml:space="preserve">    (a) thought</w:t>
      </w:r>
      <w:r>
        <w:br/>
      </w:r>
      <w:r>
        <w:t xml:space="preserve">    (b) unposed</w:t>
      </w:r>
      <w:r>
        <w:br/>
      </w:r>
      <w:r>
        <w:t xml:space="preserve">    (c) loyalty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of those words with many definitions, but there's one that's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</w:t>
      </w:r>
      <w:r>
        <w:rPr>
          <w:b/>
          <w:bCs/>
        </w:rPr>
        <w:t xml:space="preserve">.</w:t>
      </w:r>
      <w:r>
        <w:br/>
      </w:r>
      <w:r>
        <w:t xml:space="preserve">    (a) used incorrectly</w:t>
      </w:r>
      <w:r>
        <w:br/>
      </w:r>
      <w:r>
        <w:t xml:space="preserve">    (b) popular</w:t>
      </w:r>
      <w:r>
        <w:br/>
      </w:r>
      <w:r>
        <w:t xml:space="preserve">    (c) suitable (fitting) for this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tell me, Tyler, those nights you stood outside my window, was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spontaneous</w:t>
      </w:r>
      <w:r>
        <w:rPr>
          <w:b/>
          <w:bCs/>
        </w:rPr>
        <w:t xml:space="preserve"> </w:t>
      </w:r>
      <w:r>
        <w:rPr>
          <w:b/>
          <w:bCs/>
        </w:rPr>
        <w:t xml:space="preserve">enough for you?</w:t>
      </w:r>
      <w:r>
        <w:br/>
      </w:r>
      <w:r>
        <w:t xml:space="preserve">    (a) fascinate so much that awareness of other surrounding things is partially lost and too much trust is granted</w:t>
      </w:r>
      <w:r>
        <w:br/>
      </w:r>
      <w:r>
        <w:t xml:space="preserve">    (b) behaving in an instinctive (unplanned) manner</w:t>
      </w:r>
      <w:r>
        <w:br/>
      </w:r>
      <w:r>
        <w:t xml:space="preserve">    (c) related to a government official whose job is to represent their country in discussions with other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Courtney does come off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genuinely</w:t>
      </w:r>
      <w:r>
        <w:rPr>
          <w:b/>
          <w:bCs/>
        </w:rPr>
        <w:t xml:space="preserve"> </w:t>
      </w:r>
      <w:r>
        <w:rPr>
          <w:b/>
          <w:bCs/>
        </w:rPr>
        <w:t xml:space="preserve">sweet.</w:t>
      </w:r>
      <w:r>
        <w:br/>
      </w:r>
      <w:r>
        <w:t xml:space="preserve">    (a) really</w:t>
      </w:r>
      <w:r>
        <w:br/>
      </w:r>
      <w:r>
        <w:t xml:space="preserve">    (b) mainly</w:t>
      </w:r>
      <w:r>
        <w:br/>
      </w:r>
      <w:r>
        <w:t xml:space="preserve">    (c) wisely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fill out a survey, a computer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analyzes</w:t>
      </w:r>
      <w:r>
        <w:rPr>
          <w:b/>
          <w:bCs/>
        </w:rPr>
        <w:t xml:space="preserve"> </w:t>
      </w:r>
      <w:r>
        <w:rPr>
          <w:b/>
          <w:bCs/>
        </w:rPr>
        <w:t xml:space="preserve">your answers, then it cross-references with the other surveys.</w:t>
      </w:r>
      <w:r>
        <w:br/>
      </w:r>
      <w:r>
        <w:t xml:space="preserve">    (a) protects something or keeps it as it is</w:t>
      </w:r>
      <w:r>
        <w:br/>
      </w:r>
      <w:r>
        <w:t xml:space="preserve">    (b) motivates or encourages through rewards</w:t>
      </w:r>
      <w:r>
        <w:br/>
      </w:r>
      <w:r>
        <w:t xml:space="preserve">    (c) examines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I could leave it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</w:t>
      </w:r>
      <w:r>
        <w:rPr>
          <w:b/>
          <w:bCs/>
        </w:rPr>
        <w:t xml:space="preserve"> </w:t>
      </w:r>
      <w:r>
        <w:rPr>
          <w:b/>
          <w:bCs/>
        </w:rPr>
        <w:t xml:space="preserve">and hope for the best.</w:t>
      </w:r>
      <w:r>
        <w:br/>
      </w:r>
      <w:r>
        <w:t xml:space="preserve">    (a) someone who expects the best</w:t>
      </w:r>
      <w:r>
        <w:br/>
      </w:r>
      <w:r>
        <w:t xml:space="preserve">    (b) someone who expects the worst; or who focuses on the bad part of things</w:t>
      </w:r>
      <w:r>
        <w:br/>
      </w:r>
      <w:r>
        <w:t xml:space="preserve">    (c) someone who joins with others in a public protest or display of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 must stop being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, Hannah, and learn to trust those around you.</w:t>
      </w:r>
      <w:r>
        <w:br/>
      </w:r>
      <w:r>
        <w:t xml:space="preserve">    (a) expecting that things will turn out badly; or focusing on the bad part of things</w:t>
      </w:r>
      <w:r>
        <w:br/>
      </w:r>
      <w:r>
        <w:t xml:space="preserve">    (b) of a guitar or other musical instrument:  not using electricity to amplify sound</w:t>
      </w:r>
      <w:r>
        <w:br/>
      </w:r>
      <w:r>
        <w:t xml:space="preserve">    (c) relating to the smallest amount of a chemical substance that can exist by itself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original plan called for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confront</w:t>
      </w:r>
      <w:r>
        <w:rPr>
          <w:b/>
          <w:bCs/>
        </w:rPr>
        <w:t xml:space="preserve"> </w:t>
      </w:r>
      <w:r>
        <w:rPr>
          <w:b/>
          <w:bCs/>
        </w:rPr>
        <w:t xml:space="preserve">you right then and there, I jumped to the side—out of the doorway.</w:t>
      </w:r>
      <w:r>
        <w:br/>
      </w:r>
      <w:r>
        <w:t xml:space="preserve">    (a) to put someone into a state of hypnosis (a trance-like state of focused concentration and heightened suggestibility)</w:t>
      </w:r>
      <w:r>
        <w:br/>
      </w:r>
      <w:r>
        <w:t xml:space="preserve">    (b) to challenge someone or deal directly with an unpleasant situation with them</w:t>
      </w:r>
      <w:r>
        <w:br/>
      </w:r>
      <w:r>
        <w:t xml:space="preserve">    (c) a method of artistic painting on a wall by using watercolors on wet plaster; or the painting made in such a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even when I was late, everyone seemed happy to have me there—to provide the "feminine teen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" they called it.</w:t>
      </w:r>
      <w:r>
        <w:br/>
      </w:r>
      <w:r>
        <w:t xml:space="preserve">    (a) collection of star systems held together by gravity</w:t>
      </w:r>
      <w:r>
        <w:br/>
      </w:r>
      <w:r>
        <w:t xml:space="preserve">    (b) way of seeing and thinking about things</w:t>
      </w:r>
      <w:r>
        <w:br/>
      </w:r>
      <w:r>
        <w:t xml:space="preserve">    (c) resulting from God's intervention or plan; or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course, if the tapes do get out, you'll have to deal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 </w:t>
      </w:r>
      <w:r>
        <w:rPr>
          <w:b/>
          <w:bCs/>
        </w:rPr>
        <w:t xml:space="preserve">completely out of your control.</w:t>
      </w:r>
      <w:r>
        <w:br/>
      </w:r>
      <w:r>
        <w:t xml:space="preserve">    (a) results</w:t>
      </w:r>
      <w:r>
        <w:br/>
      </w:r>
      <w:r>
        <w:t xml:space="preserve">    (b) battles</w:t>
      </w:r>
      <w:r>
        <w:br/>
      </w:r>
      <w:r>
        <w:t xml:space="preserve">    (c) desires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Behind that window, a bedroom and a closet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accordion</w:t>
      </w:r>
      <w:r>
        <w:rPr>
          <w:b/>
          <w:bCs/>
        </w:rPr>
        <w:t xml:space="preserve"> </w:t>
      </w:r>
      <w:r>
        <w:rPr>
          <w:b/>
          <w:bCs/>
        </w:rPr>
        <w:t xml:space="preserve">doors where Hannah, on the night I kissed her, disappeared.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regular crisscross grid that repeats in a pattern of squares or diamonds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2026-07-31T18:34:04Z</dcterms:created>
  <dcterms:modified xsi:type="dcterms:W3CDTF">2026-07-31T18:34:04Z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