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002702fe59075b703cb58376869b09ff112e8f"/>
    <w:p>
      <w:pPr>
        <w:pStyle w:val="Heading1"/>
      </w:pPr>
      <w:r>
        <w:rPr>
          <w:b/>
          <w:bCs/>
        </w:rPr>
        <w:t xml:space="preserve">Things Fall Apart</w:t>
      </w:r>
      <w:r>
        <w:br/>
      </w:r>
      <w:r>
        <w:rPr>
          <w:i/>
          <w:iCs/>
        </w:rPr>
        <w:t xml:space="preserve">Chinua Achebe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fall apart; the centre cannot hold;</w:t>
      </w:r>
      <w:r>
        <w:br/>
      </w:r>
      <w:r>
        <w:rPr>
          <w:b/>
          <w:bCs/>
        </w:rPr>
        <w:t xml:space="preserve">Mere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anarchy</w:t>
      </w:r>
      <w:r>
        <w:rPr>
          <w:b/>
          <w:bCs/>
        </w:rPr>
        <w:t xml:space="preserve"> </w:t>
      </w:r>
      <w:r>
        <w:rPr>
          <w:b/>
          <w:bCs/>
        </w:rPr>
        <w:t xml:space="preserve">is loosed upon the world.</w:t>
      </w:r>
      <w:r>
        <w:br/>
      </w:r>
      <w:r>
        <w:t xml:space="preserve">    (a) battle to the death</w:t>
      </w:r>
      <w:r>
        <w:br/>
      </w:r>
      <w:r>
        <w:t xml:space="preserve">    (b) uncompromising rule</w:t>
      </w:r>
      <w:r>
        <w:br/>
      </w:r>
      <w:r>
        <w:t xml:space="preserve">    (c) lack of political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Fortunately, among these people a man was judged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according to</w:t>
      </w:r>
      <w:r>
        <w:rPr>
          <w:b/>
          <w:bCs/>
        </w:rPr>
        <w:t xml:space="preserve"> </w:t>
      </w:r>
      <w:r>
        <w:rPr>
          <w:b/>
          <w:bCs/>
        </w:rPr>
        <w:t xml:space="preserve">his worth and not according to the worth of his father.</w:t>
      </w:r>
      <w:r>
        <w:br/>
      </w:r>
      <w:r>
        <w:t xml:space="preserve">    (a) based upon</w:t>
      </w:r>
      <w:r>
        <w:br/>
      </w:r>
      <w:r>
        <w:t xml:space="preserve">    (b) formally</w:t>
      </w:r>
      <w:r>
        <w:br/>
      </w:r>
      <w:r>
        <w:t xml:space="preserve">    (c) in opposition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been a great and fearless warrior in his time, and was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accorded</w:t>
      </w:r>
      <w:r>
        <w:rPr>
          <w:b/>
          <w:bCs/>
        </w:rPr>
        <w:t xml:space="preserve"> </w:t>
      </w:r>
      <w:r>
        <w:rPr>
          <w:b/>
          <w:bCs/>
        </w:rPr>
        <w:t xml:space="preserve">great respect in all the clan.</w:t>
      </w:r>
      <w:r>
        <w:br/>
      </w:r>
      <w:r>
        <w:t xml:space="preserve">    (a) denied</w:t>
      </w:r>
      <w:r>
        <w:br/>
      </w:r>
      <w:r>
        <w:t xml:space="preserve">    (b) seeking</w:t>
      </w:r>
      <w:r>
        <w:br/>
      </w:r>
      <w:r>
        <w:t xml:space="preserve">    (c) given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dare you, woman, to go before the mighty Agbala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?</w:t>
      </w:r>
      <w:r>
        <w:br/>
      </w:r>
      <w:r>
        <w:t xml:space="preserve">    (a) own fear</w:t>
      </w:r>
      <w:r>
        <w:br/>
      </w:r>
      <w:r>
        <w:t xml:space="preserve">    (b) own safety</w:t>
      </w:r>
      <w:r>
        <w:br/>
      </w:r>
      <w:r>
        <w:t xml:space="preserve">    (c) own 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father, Unoka, who was then an ailing man, had said to him during that terrible harvest month: "Do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."</w:t>
      </w:r>
      <w:r>
        <w:br/>
      </w:r>
      <w:r>
        <w:t xml:space="preserve">    (a) give up hope</w:t>
      </w:r>
      <w:r>
        <w:br/>
      </w:r>
      <w:r>
        <w:t xml:space="preserve">    (b) be impatient</w:t>
      </w:r>
      <w:r>
        <w:br/>
      </w:r>
      <w:r>
        <w:t xml:space="preserve">    (c)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 man, Uchendu, saw clearly that Okonkwo had yielded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and he was greatly troubled.</w:t>
      </w:r>
      <w:r>
        <w:br/>
      </w:r>
      <w:r>
        <w:t xml:space="preserve">    (a) anger</w:t>
      </w:r>
      <w:r>
        <w:br/>
      </w:r>
      <w:r>
        <w:t xml:space="preserve">    (b) happiness</w:t>
      </w:r>
      <w:r>
        <w:br/>
      </w:r>
      <w:r>
        <w:t xml:space="preserve">    (c) hopelessness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when he went to big village meetings or communal ancestral feasts he allowed Ikemefuna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him, like a son, carrying his stool and his goatskin bag.</w:t>
      </w:r>
      <w:r>
        <w:br/>
      </w:r>
      <w:r>
        <w:t xml:space="preserve">    (a) come with</w:t>
      </w:r>
      <w:r>
        <w:br/>
      </w:r>
      <w:r>
        <w:t xml:space="preserve">    (b) help</w:t>
      </w:r>
      <w:r>
        <w:br/>
      </w:r>
      <w:r>
        <w:t xml:space="preserve">    (c) perform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pressed the trigger and there was a loud report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wail of his wives and children.</w:t>
      </w:r>
      <w:r>
        <w:br/>
      </w:r>
      <w:r>
        <w:t xml:space="preserve">    (a) begun</w:t>
      </w:r>
      <w:r>
        <w:br/>
      </w:r>
      <w:r>
        <w:t xml:space="preserve">    (b) written</w:t>
      </w:r>
      <w:r>
        <w:br/>
      </w:r>
      <w:r>
        <w:t xml:space="preserve">    (c) joined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wanted him to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prosperous</w:t>
      </w:r>
      <w:r>
        <w:rPr>
          <w:b/>
          <w:bCs/>
        </w:rPr>
        <w:t xml:space="preserve"> </w:t>
      </w:r>
      <w:r>
        <w:rPr>
          <w:b/>
          <w:bCs/>
        </w:rPr>
        <w:t xml:space="preserve">man, having enough in his barn to feed the ancestors with regular sacrifices.</w:t>
      </w:r>
      <w:r>
        <w:br/>
      </w:r>
      <w:r>
        <w:t xml:space="preserve">    (a) financially successful</w:t>
      </w:r>
      <w:r>
        <w:br/>
      </w:r>
      <w:r>
        <w:t xml:space="preserve">    (b) welcomed as a guest</w:t>
      </w:r>
      <w:r>
        <w:br/>
      </w:r>
      <w:r>
        <w:t xml:space="preserve">    (c) cared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if the Oracle said that my son should be killed I would neither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dispute</w:t>
      </w:r>
      <w:r>
        <w:rPr>
          <w:b/>
          <w:bCs/>
        </w:rPr>
        <w:t xml:space="preserve"> </w:t>
      </w:r>
      <w:r>
        <w:rPr>
          <w:b/>
          <w:bCs/>
        </w:rPr>
        <w:t xml:space="preserve">it nor be the one to do it.</w:t>
      </w:r>
      <w:r>
        <w:br/>
      </w:r>
      <w:r>
        <w:t xml:space="preserve">    (a) joke about</w:t>
      </w:r>
      <w:r>
        <w:br/>
      </w:r>
      <w:r>
        <w:t xml:space="preserve">    (b) agree with</w:t>
      </w:r>
      <w:r>
        <w:br/>
      </w:r>
      <w:r>
        <w:t xml:space="preserve">    (c) challenge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duty is not to blame this man or to praise that, but to settle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dispute</w:t>
      </w:r>
      <w:r>
        <w:rPr>
          <w:b/>
          <w:bCs/>
        </w:rPr>
        <w:t xml:space="preserve">.</w:t>
      </w:r>
      <w:r>
        <w:br/>
      </w:r>
      <w:r>
        <w:t xml:space="preserve">    (a) soil</w:t>
      </w:r>
      <w:r>
        <w:br/>
      </w:r>
      <w:r>
        <w:t xml:space="preserve">    (b) long delay</w:t>
      </w:r>
      <w:r>
        <w:br/>
      </w:r>
      <w:r>
        <w:t xml:space="preserve">    (c)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ground his teeth again and told a story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his point.</w:t>
      </w:r>
      <w:r>
        <w:br/>
      </w:r>
      <w:r>
        <w:t xml:space="preserve">    (a) draw a picture for</w:t>
      </w:r>
      <w:r>
        <w:br/>
      </w:r>
      <w:r>
        <w:t xml:space="preserve">    (b) help make clear</w:t>
      </w:r>
      <w:r>
        <w:br/>
      </w:r>
      <w:r>
        <w:t xml:space="preserve">    (c) prove conclusively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outcasts, or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osu</w:t>
      </w:r>
      <w:r>
        <w:rPr>
          <w:b/>
          <w:bCs/>
        </w:rPr>
        <w:t xml:space="preserve">, seeing that the new religion welcomed twins and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abominations</w:t>
      </w:r>
      <w:r>
        <w:rPr>
          <w:b/>
          <w:bCs/>
        </w:rPr>
        <w:t xml:space="preserve">, thought that it was possible that they would also be received.</w:t>
      </w:r>
      <w:r>
        <w:br/>
      </w:r>
      <w:r>
        <w:t xml:space="preserve">    (a) lucky things</w:t>
      </w:r>
      <w:r>
        <w:br/>
      </w:r>
      <w:r>
        <w:t xml:space="preserve">    (b) bad things</w:t>
      </w:r>
      <w:r>
        <w:br/>
      </w:r>
      <w:r>
        <w:t xml:space="preserve">    (c) unusual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that his return should be marked by his people.</w:t>
      </w:r>
      <w:r>
        <w:br/>
      </w:r>
      <w:r>
        <w:t xml:space="preserve">    (a) firm in purpose</w:t>
      </w:r>
      <w:r>
        <w:br/>
      </w:r>
      <w:r>
        <w:t xml:space="preserve">    (b) figuring out</w:t>
      </w:r>
      <w:r>
        <w:br/>
      </w:r>
      <w:r>
        <w:t xml:space="preserve">    (c) afraid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moods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descended</w:t>
      </w:r>
      <w:r>
        <w:rPr>
          <w:b/>
          <w:bCs/>
        </w:rPr>
        <w:t xml:space="preserve"> </w:t>
      </w:r>
      <w:r>
        <w:rPr>
          <w:b/>
          <w:bCs/>
        </w:rPr>
        <w:t xml:space="preserve">on her suddenly and for no apparent reason.</w:t>
      </w:r>
      <w:r>
        <w:br/>
      </w:r>
      <w:r>
        <w:t xml:space="preserve">    (a) came</w:t>
      </w:r>
      <w:r>
        <w:br/>
      </w:r>
      <w:r>
        <w:t xml:space="preserve">    (b) changed</w:t>
      </w:r>
      <w:r>
        <w:br/>
      </w:r>
      <w:r>
        <w:t xml:space="preserve">    (c) demonstrated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Okonkwo's machete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descended</w:t>
      </w:r>
      <w:r>
        <w:rPr>
          <w:b/>
          <w:bCs/>
        </w:rPr>
        <w:t xml:space="preserve"> </w:t>
      </w:r>
      <w:r>
        <w:rPr>
          <w:b/>
          <w:bCs/>
        </w:rPr>
        <w:t xml:space="preserve">twice and the man's head lay beside his uniformed body.</w:t>
      </w:r>
      <w:r>
        <w:br/>
      </w:r>
      <w:r>
        <w:t xml:space="preserve">    (a) cut</w:t>
      </w:r>
      <w:r>
        <w:br/>
      </w:r>
      <w:r>
        <w:t xml:space="preserve">    (b) moved down</w:t>
      </w:r>
      <w:r>
        <w:br/>
      </w:r>
      <w:r>
        <w:t xml:space="preserve">    (c) was raised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growing feeling was due to Mr. Brown, the white missionary, who was very firm in restraining his flock from provoking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the clan.</w:t>
      </w:r>
      <w:r>
        <w:br/>
      </w:r>
      <w:r>
        <w:t xml:space="preserve">    (a) unpredictable moods</w:t>
      </w:r>
      <w:r>
        <w:br/>
      </w:r>
      <w:r>
        <w:t xml:space="preserve">    (b) anger</w:t>
      </w:r>
      <w:r>
        <w:br/>
      </w:r>
      <w:r>
        <w:t xml:space="preserve">    (c) laughter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clan had undergone such profound change during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 </w:t>
      </w:r>
      <w:r>
        <w:rPr>
          <w:b/>
          <w:bCs/>
        </w:rPr>
        <w:t xml:space="preserve">that it was barely recognizable.</w:t>
      </w:r>
      <w:r>
        <w:br/>
      </w:r>
      <w:r>
        <w:t xml:space="preserve">    (a) time he was on vacation</w:t>
      </w:r>
      <w:r>
        <w:br/>
      </w:r>
      <w:r>
        <w:t xml:space="preserve">    (b) time he was growing</w:t>
      </w:r>
      <w:r>
        <w:br/>
      </w:r>
      <w:r>
        <w:t xml:space="preserve">    (c) time he was sent away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Okeke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interpreted</w:t>
      </w:r>
      <w:r>
        <w:rPr>
          <w:b/>
          <w:bCs/>
        </w:rPr>
        <w:t xml:space="preserve"> </w:t>
      </w:r>
      <w:r>
        <w:rPr>
          <w:b/>
          <w:bCs/>
        </w:rPr>
        <w:t xml:space="preserve">wisely to the spirits and leaders of Umuofia: "The white man says he is happy you have come to him with your grievances, like friends."</w:t>
      </w:r>
      <w:r>
        <w:br/>
      </w:r>
      <w:r>
        <w:t xml:space="preserve">    (a) spoke</w:t>
      </w:r>
      <w:r>
        <w:br/>
      </w:r>
      <w:r>
        <w:t xml:space="preserve">    (b) translated</w:t>
      </w:r>
      <w:r>
        <w:br/>
      </w:r>
      <w:r>
        <w:t xml:space="preserve">    (c) read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already chosen the title of the book, after much thought: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Pacification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of the Primitive Tribes of the Lower Niger.</w:t>
      </w:r>
      <w:r>
        <w:br/>
      </w:r>
      <w:r>
        <w:t xml:space="preserve">    (a) moving a people to the Pacific Ocean</w:t>
      </w:r>
      <w:r>
        <w:br/>
      </w:r>
      <w:r>
        <w:t xml:space="preserve">    (b) getting people to peacefully submit</w:t>
      </w:r>
      <w:r>
        <w:br/>
      </w:r>
      <w:r>
        <w:t xml:space="preserve">    (c) converting people to a new religion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2026-07-31T16:19:34Z</dcterms:created>
  <dcterms:modified xsi:type="dcterms:W3CDTF">2026-07-31T16:19:34Z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