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904351c5b659de638c09a16c52912805d89cb5"/>
    <w:p>
      <w:pPr>
        <w:pStyle w:val="Heading1"/>
      </w:pPr>
      <w:r>
        <w:rPr>
          <w:b/>
          <w:bCs/>
        </w:rPr>
        <w:t xml:space="preserve">Their Eyes Were Watching God</w:t>
      </w:r>
      <w:r>
        <w:br/>
      </w:r>
      <w:r>
        <w:rPr>
          <w:i/>
          <w:iCs/>
        </w:rPr>
        <w:t xml:space="preserve">Zora Neale Hurston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star</w:t>
      </w:r>
      <w:r>
        <w:br/>
      </w:r>
      <w:r>
        <w:t xml:space="preserve">    (b) a dancer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job posting listed several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 </w:t>
      </w:r>
      <w:r>
        <w:rPr>
          <w:b/>
          <w:bCs/>
        </w:rPr>
        <w:t xml:space="preserve">for applicants.</w:t>
      </w:r>
      <w:r>
        <w:br/>
      </w:r>
      <w:r>
        <w:t xml:space="preserve">    (a) rewards or prizes</w:t>
      </w:r>
      <w:r>
        <w:br/>
      </w:r>
      <w:r>
        <w:t xml:space="preserve">    (b) standards or rules</w:t>
      </w:r>
      <w:r>
        <w:br/>
      </w:r>
      <w:r>
        <w:t xml:space="preserve">    (c) jokes or stories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U.S., the protected right of free speech makes it legal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desecrate</w:t>
      </w:r>
      <w:r>
        <w:rPr>
          <w:b/>
          <w:bCs/>
        </w:rPr>
        <w:t xml:space="preserve"> </w:t>
      </w:r>
      <w:r>
        <w:rPr>
          <w:b/>
          <w:bCs/>
        </w:rPr>
        <w:t xml:space="preserve">the flag and other sacred symbols.</w:t>
      </w:r>
      <w:r>
        <w:br/>
      </w:r>
      <w:r>
        <w:t xml:space="preserve">    (a) disrespect</w:t>
      </w:r>
      <w:r>
        <w:br/>
      </w:r>
      <w:r>
        <w:t xml:space="preserve">    (b) oppose</w:t>
      </w:r>
      <w:r>
        <w:br/>
      </w:r>
      <w:r>
        <w:t xml:space="preserve">    (c) burn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to not do something</w:t>
      </w:r>
      <w:r>
        <w:br/>
      </w:r>
      <w:r>
        <w:t xml:space="preserve">    (b) influence or effect</w:t>
      </w:r>
      <w:r>
        <w:br/>
      </w:r>
      <w:r>
        <w:t xml:space="preserve">    (c) gain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new beginning</w:t>
      </w:r>
      <w:r>
        <w:br/>
      </w:r>
      <w:r>
        <w:t xml:space="preserve">    (b) formal ending</w:t>
      </w:r>
      <w:r>
        <w:br/>
      </w:r>
      <w:r>
        <w:t xml:space="preserve">    (c) public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surgeon uses irrigation fluid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</w:t>
      </w:r>
      <w:r>
        <w:rPr>
          <w:b/>
          <w:bCs/>
        </w:rPr>
        <w:t xml:space="preserve"> </w:t>
      </w:r>
      <w:r>
        <w:rPr>
          <w:b/>
          <w:bCs/>
        </w:rPr>
        <w:t xml:space="preserve">the joint to create room to operate.</w:t>
      </w:r>
      <w:r>
        <w:br/>
      </w:r>
      <w:r>
        <w:t xml:space="preserve">    (a) empty</w:t>
      </w:r>
      <w:r>
        <w:br/>
      </w:r>
      <w:r>
        <w:t xml:space="preserve">    (b) extend</w:t>
      </w:r>
      <w:r>
        <w:br/>
      </w:r>
      <w:r>
        <w:t xml:space="preserve">    (c) collapse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father gave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eulogy</w:t>
      </w:r>
      <w:r>
        <w:rPr>
          <w:b/>
          <w:bCs/>
        </w:rPr>
        <w:t xml:space="preserve">, saying "Goodnight, my angel, sleep tight."</w:t>
      </w:r>
      <w:r>
        <w:br/>
      </w:r>
      <w:r>
        <w:t xml:space="preserve">    (a) last presentation</w:t>
      </w:r>
      <w:r>
        <w:br/>
      </w:r>
      <w:r>
        <w:t xml:space="preserve">    (b) bedtime prayer</w:t>
      </w:r>
      <w:r>
        <w:br/>
      </w:r>
      <w:r>
        <w:t xml:space="preserve">    (c) funeral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Federal Reserve Chairman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on the inflation outlook.</w:t>
      </w:r>
      <w:r>
        <w:br/>
      </w:r>
      <w:r>
        <w:t xml:space="preserve">    (a) discuss in detail</w:t>
      </w:r>
      <w:r>
        <w:br/>
      </w:r>
      <w:r>
        <w:t xml:space="preserve">    (b) ask questions</w:t>
      </w:r>
      <w:r>
        <w:br/>
      </w:r>
      <w:r>
        <w:t xml:space="preserve">    (c) make more excuses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remain neglected</w:t>
      </w:r>
      <w:r>
        <w:br/>
      </w:r>
      <w:r>
        <w:t xml:space="preserve">    (b) win strong support</w:t>
      </w:r>
      <w:r>
        <w:br/>
      </w:r>
      <w:r>
        <w:t xml:space="preserve">    (c) move forward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you're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literate</w:t>
      </w:r>
      <w:r>
        <w:rPr>
          <w:b/>
          <w:bCs/>
        </w:rPr>
        <w:t xml:space="preserve"> </w:t>
      </w:r>
      <w:r>
        <w:rPr>
          <w:b/>
          <w:bCs/>
        </w:rPr>
        <w:t xml:space="preserve">and can access the Internet, you can get answers to millions of questions.</w:t>
      </w:r>
      <w:r>
        <w:br/>
      </w:r>
      <w:r>
        <w:t xml:space="preserve">    (a) patient</w:t>
      </w:r>
      <w:r>
        <w:br/>
      </w:r>
      <w:r>
        <w:t xml:space="preserve">    (b) able to read</w:t>
      </w:r>
      <w:r>
        <w:br/>
      </w:r>
      <w:r>
        <w:t xml:space="preserve">    (c) curious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showy</w:t>
      </w:r>
      <w:r>
        <w:br/>
      </w:r>
      <w:r>
        <w:t xml:space="preserve">    (b) long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tired</w:t>
      </w:r>
      <w:r>
        <w:br/>
      </w:r>
      <w:r>
        <w:t xml:space="preserve">    (b) easily annoyed</w:t>
      </w:r>
      <w:r>
        <w:br/>
      </w:r>
      <w:r>
        <w:t xml:space="preserve">    (c) very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highest point</w:t>
      </w:r>
      <w:r>
        <w:br/>
      </w:r>
      <w:r>
        <w:t xml:space="preserve">    (b) beginning</w:t>
      </w:r>
      <w:r>
        <w:br/>
      </w:r>
      <w:r>
        <w:t xml:space="preserve">    (c)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preempted</w:t>
      </w:r>
      <w:r>
        <w:rPr>
          <w:b/>
          <w:bCs/>
        </w:rPr>
        <w:t xml:space="preserve"> </w:t>
      </w:r>
      <w:r>
        <w:rPr>
          <w:b/>
          <w:bCs/>
        </w:rPr>
        <w:t xml:space="preserve">his expected betrayal by immediately telling everyone what happened in her own words.</w:t>
      </w:r>
      <w:r>
        <w:br/>
      </w:r>
      <w:r>
        <w:t xml:space="preserve">    (a) acted before something undesired happens to prevent it from happening</w:t>
      </w:r>
      <w:r>
        <w:br/>
      </w:r>
      <w:r>
        <w:t xml:space="preserve">    (b) acted in a way that was not expected or typical of her</w:t>
      </w:r>
      <w:r>
        <w:br/>
      </w:r>
      <w:r>
        <w:t xml:space="preserve">    (c) announced the truth in a clear and concise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sitting upright</w:t>
      </w:r>
      <w:r>
        <w:br/>
      </w:r>
      <w:r>
        <w:t xml:space="preserve">    (b) curled up tightly</w:t>
      </w:r>
      <w:r>
        <w:br/>
      </w:r>
      <w:r>
        <w:t xml:space="preserve">    (c) lying face-down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pugnacious</w:t>
      </w:r>
      <w:r>
        <w:rPr>
          <w:b/>
          <w:bCs/>
        </w:rPr>
        <w:t xml:space="preserve"> </w:t>
      </w:r>
      <w:r>
        <w:rPr>
          <w:b/>
          <w:bCs/>
        </w:rPr>
        <w:t xml:space="preserve">Congressman was in no mood to compromise.</w:t>
      </w:r>
      <w:r>
        <w:br/>
      </w:r>
      <w:r>
        <w:t xml:space="preserve">    (a) quick to fight or argue</w:t>
      </w:r>
      <w:r>
        <w:br/>
      </w:r>
      <w:r>
        <w:t xml:space="preserve">    (b) effective or good</w:t>
      </w:r>
      <w:r>
        <w:br/>
      </w:r>
      <w:r>
        <w:t xml:space="preserve">    (c) ineffective or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Light passing through water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refracted</w:t>
      </w:r>
      <w:r>
        <w:rPr>
          <w:b/>
          <w:bCs/>
        </w:rPr>
        <w:t xml:space="preserve">, so when a pole or stick is partially submerged at an angle in clear water, it appears to be bent at the water's surface.</w:t>
      </w:r>
      <w:r>
        <w:br/>
      </w:r>
      <w:r>
        <w:t xml:space="preserve">    (a) changed in color</w:t>
      </w:r>
      <w:r>
        <w:br/>
      </w:r>
      <w:r>
        <w:t xml:space="preserve">    (b) changed in velocity</w:t>
      </w:r>
      <w:r>
        <w:br/>
      </w:r>
      <w:r>
        <w:t xml:space="preserve">    (c) increased in brightness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disrespect for the sacred</w:t>
      </w:r>
      <w:r>
        <w:br/>
      </w:r>
      <w:r>
        <w:t xml:space="preserve">    (b) fear of religious rules</w:t>
      </w:r>
      <w:r>
        <w:br/>
      </w:r>
      <w:r>
        <w:t xml:space="preserve">    (c) respect for old customs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joyful celebration</w:t>
      </w:r>
      <w:r>
        <w:br/>
      </w:r>
      <w:r>
        <w:t xml:space="preserve">    (b) quiet agreement</w:t>
      </w:r>
      <w:r>
        <w:br/>
      </w:r>
      <w:r>
        <w:t xml:space="preserve">    (c) violent conflict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2026-07-31T17:15:44Z</dcterms:created>
  <dcterms:modified xsi:type="dcterms:W3CDTF">2026-07-31T17:15:44Z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