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74ef5acba4b986b351947851f0f7aef40e2dba"/>
    <w:p>
      <w:pPr>
        <w:pStyle w:val="Heading1"/>
      </w:pPr>
      <w:r>
        <w:rPr>
          <w:b/>
          <w:bCs/>
        </w:rPr>
        <w:t xml:space="preserve">Their Eyes Were Watching God</w:t>
      </w:r>
      <w:r>
        <w:br/>
      </w:r>
      <w:r>
        <w:rPr>
          <w:i/>
          <w:iCs/>
        </w:rPr>
        <w:t xml:space="preserve">Zora Neale Hurston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ain't you never goin' tuh gimme dat lil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rations</w:t>
      </w:r>
      <w:r>
        <w:rPr>
          <w:b/>
          <w:bCs/>
        </w:rPr>
        <w:t xml:space="preserve"> </w:t>
      </w:r>
      <w:r>
        <w:rPr>
          <w:b/>
          <w:bCs/>
        </w:rPr>
        <w:t xml:space="preserve">you brought me?</w:t>
      </w:r>
      <w:r>
        <w:br/>
      </w:r>
      <w:r>
        <w:t xml:space="preserve">    (a) atones (demonstrates sorrow for a wrong either by doing something good in return for the wrong, or by accepting punishment)</w:t>
      </w:r>
      <w:r>
        <w:br/>
      </w:r>
      <w:r>
        <w:t xml:space="preserve">    (b) removes or suppress anything considered obscene, immoral, or politically unacceptable  OR  people who does such suppression</w:t>
      </w:r>
      <w:r>
        <w:br/>
      </w:r>
      <w:r>
        <w:t xml:space="preserve">    (c) a fixed share of something, especially scarce goods like food or fuel; or to limit and distribute something in fixed shares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Janie full of that oldest human longing—self-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.</w:t>
      </w:r>
      <w:r>
        <w:br/>
      </w:r>
      <w:r>
        <w:t xml:space="preserve">    (a) a large, elongated gland located behind the stomach that secretes digestive enzymes and insulin</w:t>
      </w:r>
      <w:r>
        <w:br/>
      </w:r>
      <w:r>
        <w:t xml:space="preserve">    (b) something previously unknown; or making such a thing known</w:t>
      </w:r>
      <w:r>
        <w:br/>
      </w:r>
      <w:r>
        <w:t xml:space="preserve">    (c) of the philosophical &amp; religious system based on the teachings of Laozi (also spelled Taoist)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says he never mean to lay de weight uh his hand on me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.</w:t>
      </w:r>
      <w:r>
        <w:br/>
      </w:r>
      <w:r>
        <w:t xml:space="preserve">    (a) not adjusting a lens to create a clear image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wanting to see others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'Tain't nothin' tuh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him 'cause Ah places de water for him.</w:t>
      </w:r>
      <w:r>
        <w:br/>
      </w:r>
      <w:r>
        <w:t xml:space="preserve">    (a) to cause something to move forward</w:t>
      </w:r>
      <w:r>
        <w:br/>
      </w:r>
      <w:r>
        <w:t xml:space="preserve">    (b) slowed down or caused problems for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Nanny sent Janie along with a stern mien, but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dwindled</w:t>
      </w:r>
      <w:r>
        <w:rPr>
          <w:b/>
          <w:bCs/>
        </w:rPr>
        <w:t xml:space="preserve"> </w:t>
      </w:r>
      <w:r>
        <w:rPr>
          <w:b/>
          <w:bCs/>
        </w:rPr>
        <w:t xml:space="preserve">all the rest of the day as she worked.</w:t>
      </w:r>
      <w:r>
        <w:br/>
      </w:r>
      <w:r>
        <w:t xml:space="preserve">    (a) disagreed</w:t>
      </w:r>
      <w:r>
        <w:br/>
      </w:r>
      <w:r>
        <w:t xml:space="preserve">    (b) decreased</w:t>
      </w:r>
      <w:r>
        <w:br/>
      </w:r>
      <w:r>
        <w:t xml:space="preserve">    (c) separated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feed 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ornery</w:t>
      </w:r>
      <w:r>
        <w:rPr>
          <w:b/>
          <w:bCs/>
        </w:rPr>
        <w:t xml:space="preserve"> </w:t>
      </w:r>
      <w:r>
        <w:rPr>
          <w:b/>
          <w:bCs/>
        </w:rPr>
        <w:t xml:space="preserve">varmint!</w:t>
      </w:r>
      <w:r>
        <w:br/>
      </w:r>
      <w:r>
        <w:t xml:space="preserve">    (a) the state or character of being bad or harmful</w:t>
      </w:r>
      <w:r>
        <w:br/>
      </w:r>
      <w:r>
        <w:t xml:space="preserve">    (b) a document granting permission to do something</w:t>
      </w:r>
      <w:r>
        <w:br/>
      </w:r>
      <w:r>
        <w:t xml:space="preserve">    (c) easily annoyed and quick to complain and argue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Everybody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indulged</w:t>
      </w:r>
      <w:r>
        <w:rPr>
          <w:b/>
          <w:bCs/>
        </w:rPr>
        <w:t xml:space="preserve"> </w:t>
      </w:r>
      <w:r>
        <w:rPr>
          <w:b/>
          <w:bCs/>
        </w:rPr>
        <w:t xml:space="preserve">in mule talk.</w:t>
      </w:r>
      <w:r>
        <w:br/>
      </w:r>
      <w:r>
        <w:t xml:space="preserve">    (a) enjoyed to excess</w:t>
      </w:r>
      <w:r>
        <w:br/>
      </w:r>
      <w:r>
        <w:t xml:space="preserve">    (b) guided or managed</w:t>
      </w:r>
      <w:r>
        <w:br/>
      </w:r>
      <w:r>
        <w:t xml:space="preserve">    (c) thought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Joe rolled his cigar in his mouth and rolled his eyes away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indifferently</w:t>
      </w:r>
      <w:r>
        <w:rPr>
          <w:b/>
          <w:bCs/>
        </w:rPr>
        <w:t xml:space="preserve">.</w:t>
      </w:r>
      <w:r>
        <w:br/>
      </w:r>
      <w:r>
        <w:t xml:space="preserve">    (a) in a manner that is likely to change</w:t>
      </w:r>
      <w:r>
        <w:br/>
      </w:r>
      <w:r>
        <w:t xml:space="preserve">    (b) as though not very interested</w:t>
      </w:r>
      <w:r>
        <w:br/>
      </w:r>
      <w:r>
        <w:t xml:space="preserve">    (c) in a manner that does not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Tony's ecstasy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.</w:t>
      </w:r>
      <w:r>
        <w:br/>
      </w:r>
      <w:r>
        <w:t xml:space="preserve">    (a) wonderful</w:t>
      </w:r>
      <w:r>
        <w:br/>
      </w:r>
      <w:r>
        <w:t xml:space="preserve">    (b) the quality of being sensible and careful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way it was good because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reconciled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things.</w:t>
      </w:r>
      <w:r>
        <w:br/>
      </w:r>
      <w:r>
        <w:t xml:space="preserve">    (a) wrongly understood</w:t>
      </w:r>
      <w:r>
        <w:br/>
      </w:r>
      <w:r>
        <w:t xml:space="preserve">    (b) brought to terms (made compatible)</w:t>
      </w:r>
      <w:r>
        <w:br/>
      </w:r>
      <w:r>
        <w:t xml:space="preserve">    (c) influenced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got so she received all things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stolidness</w:t>
      </w:r>
      <w:r>
        <w:rPr>
          <w:b/>
          <w:bCs/>
        </w:rPr>
        <w:t xml:space="preserve"> </w:t>
      </w:r>
      <w:r>
        <w:rPr>
          <w:b/>
          <w:bCs/>
        </w:rPr>
        <w:t xml:space="preserve">of the earth which soaks up urine and perfume with the same indifference.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lack of emotion</w:t>
      </w:r>
      <w:r>
        <w:br/>
      </w:r>
      <w:r>
        <w:t xml:space="preserve">    (c) the degree to which a performance of or to someone else's work lends itself to the expression of personal artistic ideas or feelings by the performer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Making all that show of humbleness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scorning</w:t>
      </w:r>
      <w:r>
        <w:rPr>
          <w:b/>
          <w:bCs/>
        </w:rPr>
        <w:t xml:space="preserve"> </w:t>
      </w:r>
      <w:r>
        <w:rPr>
          <w:b/>
          <w:bCs/>
        </w:rPr>
        <w:t xml:space="preserve">him all the time!</w:t>
      </w:r>
      <w:r>
        <w:br/>
      </w:r>
      <w:r>
        <w:t xml:space="preserve">    (a) rejecting as not good enough</w:t>
      </w:r>
      <w:r>
        <w:br/>
      </w:r>
      <w:r>
        <w:t xml:space="preserve">    (b) interacting again or getting interested again</w:t>
      </w:r>
      <w:r>
        <w:br/>
      </w:r>
      <w:r>
        <w:t xml:space="preserve">    (c) making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ain't tried tuh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nobody but yo'self.</w:t>
      </w:r>
      <w:r>
        <w:br/>
      </w:r>
      <w:r>
        <w:t xml:space="preserve">    (a) calm from violence</w:t>
      </w:r>
      <w:r>
        <w:br/>
      </w:r>
      <w:r>
        <w:t xml:space="preserve">    (b) indicating criticism or disagreement, or "no"</w:t>
      </w:r>
      <w:r>
        <w:br/>
      </w:r>
      <w:r>
        <w:t xml:space="preserve">    (c) move to a worse or less prestigious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...Janie knew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futile</w:t>
      </w:r>
      <w:r>
        <w:rPr>
          <w:b/>
          <w:bCs/>
        </w:rPr>
        <w:t xml:space="preserve"> </w:t>
      </w:r>
      <w:r>
        <w:rPr>
          <w:b/>
          <w:bCs/>
        </w:rPr>
        <w:t xml:space="preserve">fight was not with her.</w:t>
      </w:r>
      <w:r>
        <w:br/>
      </w:r>
      <w:r>
        <w:t xml:space="preserve">    (a) clear, easily noticed, and/or identifiable as different or separate</w:t>
      </w:r>
      <w:r>
        <w:br/>
      </w:r>
      <w:r>
        <w:t xml:space="preserve">    (b) pointless (useless because it will be unproductive or unsuccessful)</w:t>
      </w:r>
      <w:r>
        <w:br/>
      </w:r>
      <w:r>
        <w:t xml:space="preserve">    (c) not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ridiculed</w:t>
      </w:r>
      <w:r>
        <w:rPr>
          <w:b/>
          <w:bCs/>
        </w:rPr>
        <w:t xml:space="preserve"> </w:t>
      </w:r>
      <w:r>
        <w:rPr>
          <w:b/>
          <w:bCs/>
        </w:rPr>
        <w:t xml:space="preserve">him in her mind and was a little ashamed of the association.</w:t>
      </w:r>
      <w:r>
        <w:br/>
      </w:r>
      <w:r>
        <w:t xml:space="preserve">    (a) mocked (made fun of)</w:t>
      </w:r>
      <w:r>
        <w:br/>
      </w:r>
      <w:r>
        <w:t xml:space="preserve">    (b) not accepted as true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when her ready cash was gone, had come Who Flung to denounce his predecessor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and took up around the house himself.</w:t>
      </w:r>
      <w:r>
        <w:br/>
      </w:r>
      <w:r>
        <w:t xml:space="preserve">    (a) someone without moral principles</w:t>
      </w:r>
      <w:r>
        <w:br/>
      </w:r>
      <w:r>
        <w:t xml:space="preserve">    (b) the condition of being different</w:t>
      </w:r>
      <w:r>
        <w:br/>
      </w:r>
      <w:r>
        <w:t xml:space="preserve">    (c) important, serious, 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out huntin' up uh few mo'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bushels</w:t>
      </w:r>
      <w:r>
        <w:rPr>
          <w:b/>
          <w:bCs/>
        </w:rPr>
        <w:t xml:space="preserve">.</w:t>
      </w:r>
      <w:r>
        <w:br/>
      </w:r>
      <w:r>
        <w:t xml:space="preserve">    (a) a large amount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unit of measure used for dry goods (filling an 8 gallon container)</w:t>
      </w:r>
      <w:r>
        <w:br/>
      </w:r>
      <w:r>
        <w:t xml:space="preserve">    (b) fellow workers -- especially in a respected profession such as teaching, medicine, or law</w:t>
      </w:r>
      <w:r>
        <w:br/>
      </w:r>
      <w:r>
        <w:t xml:space="preserve">    (c) scales where each step is a multiple of the prior step rather than a fixed addition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Behind her crude words was a belief that somehow she and others through worship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her paradise—a heaven of straighthaired, thin-lipped, high-nose boned white seraphs.</w:t>
      </w:r>
      <w:r>
        <w:br/>
      </w:r>
      <w:r>
        <w:t xml:space="preserve">    (a) technical:  center or concentration</w:t>
      </w:r>
      <w:r>
        <w:br/>
      </w:r>
      <w:r>
        <w:t xml:space="preserve">    (b) to be overly unhappy and unsociable</w:t>
      </w:r>
      <w:r>
        <w:br/>
      </w:r>
      <w:r>
        <w:t xml:space="preserve">    (c) gain or reach something with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"You'se uh lie," Sop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.</w:t>
      </w:r>
      <w:r>
        <w:br/>
      </w:r>
      <w:r>
        <w:t xml:space="preserve">    (a) quickly replied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got almost no chance to pull through and he's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 to</w:t>
      </w:r>
      <w:r>
        <w:rPr>
          <w:b/>
          <w:bCs/>
        </w:rPr>
        <w:t xml:space="preserve"> </w:t>
      </w:r>
      <w:r>
        <w:rPr>
          <w:b/>
          <w:bCs/>
        </w:rPr>
        <w:t xml:space="preserve">bite somebody else, specially you, and then you'll be in the same fix he's in.</w:t>
      </w:r>
      <w:r>
        <w:br/>
      </w:r>
      <w:r>
        <w:t xml:space="preserve">    (a) temperature scale used in most of the world</w:t>
      </w:r>
      <w:r>
        <w:br/>
      </w:r>
      <w:r>
        <w:t xml:space="preserve">    (b) likely to; or maybe going to; or subject to</w:t>
      </w:r>
      <w:r>
        <w:br/>
      </w:r>
      <w:r>
        <w:t xml:space="preserve">    (c) devices that convert light into electricity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2026-07-31T17:15:44Z</dcterms:created>
  <dcterms:modified xsi:type="dcterms:W3CDTF">2026-07-31T17:15:44Z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