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4e0674db1a7f7fe462a413156885e307ce9492"/>
    <w:p>
      <w:pPr>
        <w:pStyle w:val="Heading1"/>
      </w:pPr>
      <w:r>
        <w:rPr>
          <w:b/>
          <w:bCs/>
        </w:rPr>
        <w:t xml:space="preserve">Their Eyes Were Watching God</w:t>
      </w:r>
      <w:r>
        <w:br/>
      </w:r>
      <w:r>
        <w:rPr>
          <w:i/>
          <w:iCs/>
        </w:rPr>
        <w:t xml:space="preserve">Zora Neale Hurston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woman's voice was so lacking in command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reproof</w:t>
      </w:r>
      <w:r>
        <w:rPr>
          <w:b/>
          <w:bCs/>
        </w:rPr>
        <w:t xml:space="preserve"> </w:t>
      </w:r>
      <w:r>
        <w:rPr>
          <w:b/>
          <w:bCs/>
        </w:rPr>
        <w:t xml:space="preserve">... that Janie half believed that Nanny had not seen her.</w:t>
      </w:r>
      <w:r>
        <w:br/>
      </w:r>
      <w:r>
        <w:t xml:space="preserve">    (a) hard work</w:t>
      </w:r>
      <w:r>
        <w:br/>
      </w:r>
      <w:r>
        <w:t xml:space="preserve">    (b) criticism</w:t>
      </w:r>
      <w:r>
        <w:br/>
      </w:r>
      <w:r>
        <w:t xml:space="preserve">    (c) main road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woman's voice was so lacking in command and reproof, so full of crumbling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,—that Janie half believed that Nanny had not seen her.</w:t>
      </w:r>
      <w:r>
        <w:br/>
      </w:r>
      <w:r>
        <w:t xml:space="preserve">    (a) two successive lines of poetry; usually rhymed</w:t>
      </w:r>
      <w:r>
        <w:br/>
      </w:r>
      <w:r>
        <w:t xml:space="preserve">    (b) an order issued by a court or judicial officer</w:t>
      </w:r>
      <w:r>
        <w:br/>
      </w:r>
      <w:r>
        <w:t xml:space="preserve">    (c) breaking something up or bringing it to an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vision of Logan Killicks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desecrating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pear tree, but Janie didn't know how to tell Nanny that.</w:t>
      </w:r>
      <w:r>
        <w:br/>
      </w:r>
      <w:r>
        <w:t xml:space="preserve">    (a) examining in detail to better understand</w:t>
      </w:r>
      <w:r>
        <w:br/>
      </w:r>
      <w:r>
        <w:t xml:space="preserve">    (b) violating the sacred character of</w:t>
      </w:r>
      <w:r>
        <w:br/>
      </w:r>
      <w:r>
        <w:t xml:space="preserve">    (c) hiring, reserving, booking, or occupying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the terrible agony and the lips tightened down to hold back the cry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desisted</w:t>
      </w:r>
      <w:r>
        <w:rPr>
          <w:b/>
          <w:bCs/>
        </w:rPr>
        <w:t xml:space="preserve">.</w:t>
      </w:r>
      <w:r>
        <w:br/>
      </w:r>
      <w:r>
        <w:t xml:space="preserve">    (a) stopped</w:t>
      </w:r>
      <w:r>
        <w:br/>
      </w:r>
      <w:r>
        <w:t xml:space="preserve">    (b) adapted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expound</w:t>
      </w:r>
      <w:r>
        <w:rPr>
          <w:b/>
          <w:bCs/>
        </w:rPr>
        <w:t xml:space="preserve"> </w:t>
      </w:r>
      <w:r>
        <w:rPr>
          <w:b/>
          <w:bCs/>
        </w:rPr>
        <w:t xml:space="preserve">what Ah felt.</w:t>
      </w:r>
      <w:r>
        <w:br/>
      </w:r>
      <w:r>
        <w:t xml:space="preserve">    (a) explain or discuss in detail</w:t>
      </w:r>
      <w:r>
        <w:br/>
      </w:r>
      <w:r>
        <w:t xml:space="preserve">    (b) tell someone about something</w:t>
      </w:r>
      <w:r>
        <w:br/>
      </w:r>
      <w:r>
        <w:t xml:space="preserve">    (c) something repeated regularly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Neither was it because he was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literate</w:t>
      </w:r>
      <w:r>
        <w:rPr>
          <w:b/>
          <w:bCs/>
        </w:rPr>
        <w:t xml:space="preserve"> </w:t>
      </w:r>
      <w:r>
        <w:rPr>
          <w:b/>
          <w:bCs/>
        </w:rPr>
        <w:t xml:space="preserve">than the rest.</w:t>
      </w:r>
      <w:r>
        <w:br/>
      </w:r>
      <w:r>
        <w:t xml:space="preserve">    (a) not aware of something</w:t>
      </w:r>
      <w:r>
        <w:br/>
      </w:r>
      <w:r>
        <w:t xml:space="preserve">    (b) consistent or the same</w:t>
      </w:r>
      <w:r>
        <w:br/>
      </w:r>
      <w:r>
        <w:t xml:space="preserve">    (c) able to read and write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Starks led off with a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eulogy</w:t>
      </w:r>
      <w:r>
        <w:rPr>
          <w:b/>
          <w:bCs/>
        </w:rPr>
        <w:t xml:space="preserve"> </w:t>
      </w:r>
      <w:r>
        <w:rPr>
          <w:b/>
          <w:bCs/>
        </w:rPr>
        <w:t xml:space="preserve">on our departed citizen, our most distinguished citizen and the grief he left behind him, and the people loved the speech.</w:t>
      </w:r>
      <w:r>
        <w:br/>
      </w:r>
      <w:r>
        <w:t xml:space="preserve">    (a) speech praising someone who recently died</w:t>
      </w:r>
      <w:r>
        <w:br/>
      </w:r>
      <w:r>
        <w:t xml:space="preserve">    (b) the act of move something out of an interacting position; or the act of stopping</w:t>
      </w:r>
      <w:r>
        <w:br/>
      </w:r>
      <w:r>
        <w:t xml:space="preserve">    (c) basketball position noted for a versatile player who can play inside and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stood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distended</w:t>
      </w:r>
      <w:r>
        <w:rPr>
          <w:b/>
          <w:bCs/>
        </w:rPr>
        <w:t xml:space="preserve"> </w:t>
      </w:r>
      <w:r>
        <w:rPr>
          <w:b/>
          <w:bCs/>
        </w:rPr>
        <w:t xml:space="preserve">belly of the mule for a platform and made gestures.</w:t>
      </w:r>
      <w:r>
        <w:br/>
      </w:r>
      <w:r>
        <w:t xml:space="preserve">    (a) excessively excited</w:t>
      </w:r>
      <w:r>
        <w:br/>
      </w:r>
      <w:r>
        <w:t xml:space="preserve">    (b) extended outward</w:t>
      </w:r>
      <w:r>
        <w:br/>
      </w:r>
      <w:r>
        <w:t xml:space="preserve">    (c) nervous or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Bogle who was many times a grandmother, but had a blushing 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coquetry</w:t>
      </w:r>
      <w:r>
        <w:rPr>
          <w:b/>
          <w:bCs/>
        </w:rPr>
        <w:t xml:space="preserve"> </w:t>
      </w:r>
      <w:r>
        <w:rPr>
          <w:b/>
          <w:bCs/>
        </w:rPr>
        <w:t xml:space="preserve">about her that cloaked her sunken cheeks.</w:t>
      </w:r>
      <w:r>
        <w:br/>
      </w:r>
      <w:r>
        <w:t xml:space="preserve">    (a) the state or character of agreeing or approving</w:t>
      </w:r>
      <w:r>
        <w:br/>
      </w:r>
      <w:r>
        <w:t xml:space="preserve">    (b) the degree to which something can be translated</w:t>
      </w:r>
      <w:r>
        <w:br/>
      </w:r>
      <w:r>
        <w:t xml:space="preserve">    (c) casual playfulness that arouses sexual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one day she sat and watched the shadow of herself going about tending store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prostrating</w:t>
      </w:r>
      <w:r>
        <w:rPr>
          <w:b/>
          <w:bCs/>
        </w:rPr>
        <w:t xml:space="preserve"> </w:t>
      </w:r>
      <w:r>
        <w:rPr>
          <w:b/>
          <w:bCs/>
        </w:rPr>
        <w:t xml:space="preserve">itself before Jody, while all the time she herself sat under a shady tree with the wind blowing through her hair and her clothes.</w:t>
      </w:r>
      <w:r>
        <w:br/>
      </w:r>
      <w:r>
        <w:t xml:space="preserve">    (a) lying down - typically face downward on the ground as in submission</w:t>
      </w:r>
      <w:r>
        <w:br/>
      </w:r>
      <w:r>
        <w:t xml:space="preserve">    (b) feeling angry or unhappy about having to accept something not liked</w:t>
      </w:r>
      <w:r>
        <w:br/>
      </w:r>
      <w:r>
        <w:t xml:space="preserve">    (c) accepting something undesired as unavoidable or the lesser of evils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prosperous-looking belly that used to thrust out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pugnaciously</w:t>
      </w:r>
      <w:r>
        <w:rPr>
          <w:b/>
          <w:bCs/>
        </w:rPr>
        <w:t xml:space="preserve"> </w:t>
      </w:r>
      <w:r>
        <w:rPr>
          <w:b/>
          <w:bCs/>
        </w:rPr>
        <w:t xml:space="preserve">and intimidate folks, sagged like a load suspended from his loins.</w:t>
      </w:r>
      <w:r>
        <w:br/>
      </w:r>
      <w:r>
        <w:t xml:space="preserve">    (a) in a manner that looked ready for a fight</w:t>
      </w:r>
      <w:r>
        <w:br/>
      </w:r>
      <w:r>
        <w:t xml:space="preserve">    (b) meticulously (with great care for small details)</w:t>
      </w:r>
      <w:r>
        <w:br/>
      </w:r>
      <w:r>
        <w:t xml:space="preserve">    (c) in a manner that accepts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came to the store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ostentatiously</w:t>
      </w:r>
      <w:r>
        <w:rPr>
          <w:b/>
          <w:bCs/>
        </w:rPr>
        <w:t xml:space="preserve"> </w:t>
      </w:r>
      <w:r>
        <w:rPr>
          <w:b/>
          <w:bCs/>
        </w:rPr>
        <w:t xml:space="preserve">looked over whatever she was doing and went back to report to him at the house.</w:t>
      </w:r>
      <w:r>
        <w:br/>
      </w:r>
      <w:r>
        <w:t xml:space="preserve">    (a) in a manner that is supposed (rather than known to be so)</w:t>
      </w:r>
      <w:r>
        <w:br/>
      </w:r>
      <w:r>
        <w:t xml:space="preserve">    (b) not in a manner that is able to be promised or guaranteed</w:t>
      </w:r>
      <w:r>
        <w:br/>
      </w:r>
      <w:r>
        <w:t xml:space="preserve">    (c) in a manner intended to attract notice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sound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 </w:t>
      </w:r>
      <w:r>
        <w:rPr>
          <w:b/>
          <w:bCs/>
        </w:rPr>
        <w:t xml:space="preserve">in Jody's throat, but his eyes stared unwillingly into a corner of the room so Janie knew the futile fight was not with her.</w:t>
      </w:r>
      <w:r>
        <w:br/>
      </w:r>
      <w:r>
        <w:t xml:space="preserve">    (a) job, reservation, booking, or activity</w:t>
      </w:r>
      <w:r>
        <w:br/>
      </w:r>
      <w:r>
        <w:t xml:space="preserve">    (b) thing that affects a result or outcome</w:t>
      </w:r>
      <w:r>
        <w:br/>
      </w:r>
      <w:r>
        <w:t xml:space="preserve">    (c) violent conflict or angry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all that they said and did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refracted</w:t>
      </w:r>
      <w:r>
        <w:rPr>
          <w:b/>
          <w:bCs/>
        </w:rPr>
        <w:t xml:space="preserve"> </w:t>
      </w:r>
      <w:r>
        <w:rPr>
          <w:b/>
          <w:bCs/>
        </w:rPr>
        <w:t xml:space="preserve">by her inattention and shot off towards the rim-bones of nothing.</w:t>
      </w:r>
      <w:r>
        <w:br/>
      </w:r>
      <w:r>
        <w:t xml:space="preserve">    (a) examined carefully for accuracy with the intent of verification -- especially an inspection of a company's accounting procedures and records by a trained accountant</w:t>
      </w:r>
      <w:r>
        <w:br/>
      </w:r>
      <w:r>
        <w:t xml:space="preserve">    (b) recommended or required what should be done  OR  (of a medical doctor) gave medical instructions -- such as writing that a patient should take antibiotics</w:t>
      </w:r>
      <w:r>
        <w:br/>
      </w:r>
      <w:r>
        <w:t xml:space="preserve">    (c) to change the velocity of a beam of light or other wave-form as it passes from one medium into another (apparently bending it when passing at an angle)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Ah got up on de high stool lak she told me, but Pheoby, Ah done nearly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languished</w:t>
      </w:r>
      <w:r>
        <w:rPr>
          <w:b/>
          <w:bCs/>
        </w:rPr>
        <w:t xml:space="preserve"> </w:t>
      </w:r>
      <w:r>
        <w:rPr>
          <w:b/>
          <w:bCs/>
        </w:rPr>
        <w:t xml:space="preserve">tuh death up dere.</w:t>
      </w:r>
      <w:r>
        <w:br/>
      </w:r>
      <w:r>
        <w:t xml:space="preserve">    (a) suffered in a bad situation for a long time</w:t>
      </w:r>
      <w:r>
        <w:br/>
      </w:r>
      <w:r>
        <w:t xml:space="preserve">    (b) thought carefully and made a judgment about</w:t>
      </w:r>
      <w:r>
        <w:br/>
      </w:r>
      <w:r>
        <w:t xml:space="preserve">    (c) made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According to all Janie had been taught this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sacrilege</w:t>
      </w:r>
      <w:r>
        <w:rPr>
          <w:b/>
          <w:bCs/>
        </w:rPr>
        <w:t xml:space="preserve"> </w:t>
      </w:r>
      <w:r>
        <w:rPr>
          <w:b/>
          <w:bCs/>
        </w:rPr>
        <w:t xml:space="preserve">so she sat without speaking at all.</w:t>
      </w:r>
      <w:r>
        <w:br/>
      </w:r>
      <w:r>
        <w:t xml:space="preserve">    (a) person, organization, or anything with a separate existence</w:t>
      </w:r>
      <w:r>
        <w:br/>
      </w:r>
      <w:r>
        <w:t xml:space="preserve">    (b) disrespect of something others consider important or sacred</w:t>
      </w:r>
      <w:r>
        <w:br/>
      </w:r>
      <w:r>
        <w:t xml:space="preserve">    (c) the process or result of learning, discovering, or deciding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Anyone who looked more white folkish than herself was better than she was in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criteria</w:t>
      </w:r>
      <w:r>
        <w:rPr>
          <w:b/>
          <w:bCs/>
        </w:rPr>
        <w:t xml:space="preserve">, therefore it was right that they should be cruel to her at times, just as she was cruel to those more negroid than herself in direct ratio to their negroness.</w:t>
      </w:r>
      <w:r>
        <w:br/>
      </w:r>
      <w:r>
        <w:t xml:space="preserve">    (a) the act of protecting something or keeping it as it is</w:t>
      </w:r>
      <w:r>
        <w:br/>
      </w:r>
      <w:r>
        <w:t xml:space="preserve">    (b) reference points against which things can be evaluated</w:t>
      </w:r>
      <w:r>
        <w:br/>
      </w:r>
      <w:r>
        <w:t xml:space="preserve">    (c) speaks with someone about something for the first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god would smite her, would hurl her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pinnacles</w:t>
      </w:r>
      <w:r>
        <w:rPr>
          <w:b/>
          <w:bCs/>
        </w:rPr>
        <w:t xml:space="preserve"> </w:t>
      </w:r>
      <w:r>
        <w:rPr>
          <w:b/>
          <w:bCs/>
        </w:rPr>
        <w:t xml:space="preserve">and lose her in deserts, but she would not forsake his altars.</w:t>
      </w:r>
      <w:r>
        <w:br/>
      </w:r>
      <w:r>
        <w:t xml:space="preserve">    (a) atones (demonstrates sorrow for a wrong either by doing something good in return for the wrong, or by accepting punishment)</w:t>
      </w:r>
      <w:r>
        <w:br/>
      </w:r>
      <w:r>
        <w:t xml:space="preserve">    (b) high points</w:t>
      </w:r>
      <w:r>
        <w:br/>
      </w:r>
      <w:r>
        <w:t xml:space="preserve">    (c) removes or suppress anything considered obscene, immoral, or politically unacceptable  OR  people who does such suppression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Began to roll and complain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world on a grumble.</w:t>
      </w:r>
      <w:r>
        <w:br/>
      </w:r>
      <w:r>
        <w:t xml:space="preserve">    (a) annoyed or easily annoyed -- especially by unimportant things</w:t>
      </w:r>
      <w:r>
        <w:br/>
      </w:r>
      <w:r>
        <w:t xml:space="preserve">    (b) related to the setting or situation in which something occurs</w:t>
      </w:r>
      <w:r>
        <w:br/>
      </w:r>
      <w:r>
        <w:t xml:space="preserve">    (c) trustworthy with secrets or subtle (not attracting attention)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White people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preempted</w:t>
      </w:r>
      <w:r>
        <w:rPr>
          <w:b/>
          <w:bCs/>
        </w:rPr>
        <w:t xml:space="preserve"> </w:t>
      </w:r>
      <w:r>
        <w:rPr>
          <w:b/>
          <w:bCs/>
        </w:rPr>
        <w:t xml:space="preserve">that point of elevation and there was no more room.</w:t>
      </w:r>
      <w:r>
        <w:br/>
      </w:r>
      <w:r>
        <w:t xml:space="preserve">    (a) done before something undesired happens to prevent it from happening</w:t>
      </w:r>
      <w:r>
        <w:br/>
      </w:r>
      <w:r>
        <w:t xml:space="preserve">    (b) dried out by heat or excessive exposure to sunlight; or very thirsty</w:t>
      </w:r>
      <w:r>
        <w:br/>
      </w:r>
      <w:r>
        <w:t xml:space="preserve">    (c) not with energy redirected from a negative impulse to a positive one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2026-07-31T17:15:44Z</dcterms:created>
  <dcterms:modified xsi:type="dcterms:W3CDTF">2026-07-31T17:15:44Z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