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24935473e937e9a34b90ca699a1a62765ae4a7"/>
    <w:p>
      <w:pPr>
        <w:pStyle w:val="Heading1"/>
      </w:pPr>
      <w:r>
        <w:rPr>
          <w:b/>
          <w:bCs/>
        </w:rPr>
        <w:t xml:space="preserve">The Yellow Wallpaper</w:t>
      </w:r>
      <w:r>
        <w:br/>
      </w:r>
      <w:r>
        <w:rPr>
          <w:i/>
          <w:iCs/>
        </w:rPr>
        <w:t xml:space="preserve">Charlotte Perkins Gilman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Personally, I believe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congenial</w:t>
      </w:r>
      <w:r>
        <w:rPr>
          <w:b/>
          <w:bCs/>
        </w:rPr>
        <w:t xml:space="preserve"> </w:t>
      </w:r>
      <w:r>
        <w:rPr>
          <w:b/>
          <w:bCs/>
        </w:rPr>
        <w:t xml:space="preserve">work, with excitement and change, would do me good.</w:t>
      </w:r>
      <w:r>
        <w:br/>
      </w:r>
      <w:r>
        <w:t xml:space="preserve">    (a) agreeable or compatible</w:t>
      </w:r>
      <w:r>
        <w:br/>
      </w:r>
      <w:r>
        <w:t xml:space="preserve">    (b) not sensible or careful</w:t>
      </w:r>
      <w:r>
        <w:br/>
      </w:r>
      <w:r>
        <w:t xml:space="preserve">    (c) unable to get closer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sometimes fancy that my condition if I had less opposition and more society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stimulus</w:t>
      </w:r>
      <w:r>
        <w:rPr>
          <w:b/>
          <w:bCs/>
        </w:rPr>
        <w:t xml:space="preserve">—but John says the very worst thing I can do is to think about my condition, and I confess it always makes me feel bad.</w:t>
      </w:r>
      <w:r>
        <w:br/>
      </w:r>
      <w:r>
        <w:t xml:space="preserve">    (a) surgical interruption of nerve tracts to and from the frontal lobe of the brain</w:t>
      </w:r>
      <w:r>
        <w:br/>
      </w:r>
      <w:r>
        <w:t xml:space="preserve">    (b) something that creates growth or excitement, or something that causes an action</w:t>
      </w:r>
      <w:r>
        <w:br/>
      </w:r>
      <w:r>
        <w:t xml:space="preserve">    (c) something suggested indirectly; or something that can be concluded; or a result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a schedule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prescription</w:t>
      </w:r>
      <w:r>
        <w:rPr>
          <w:b/>
          <w:bCs/>
        </w:rPr>
        <w:t xml:space="preserve"> </w:t>
      </w:r>
      <w:r>
        <w:rPr>
          <w:b/>
          <w:bCs/>
        </w:rPr>
        <w:t xml:space="preserve">for each hour in the day;</w:t>
      </w:r>
      <w:r>
        <w:br/>
      </w:r>
      <w:r>
        <w:t xml:space="preserve">    (a) recommendation, instruction, or rule</w:t>
      </w:r>
      <w:r>
        <w:br/>
      </w:r>
      <w:r>
        <w:t xml:space="preserve">    (b) lymph node -- one of many bean-sized organs that filter bacteria and other toxins from circulating white-blood-cell filled lymph fluid</w:t>
      </w:r>
      <w:r>
        <w:br/>
      </w:r>
      <w:r>
        <w:t xml:space="preserve">    (c) submissiveness -- often an attitude of someone who is so submissive or eager to serve and please that they seem to lack self-respect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pronounced enough to constantly irritate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provoke</w:t>
      </w:r>
      <w:r>
        <w:rPr>
          <w:b/>
          <w:bCs/>
        </w:rPr>
        <w:t xml:space="preserve"> </w:t>
      </w:r>
      <w:r>
        <w:rPr>
          <w:b/>
          <w:bCs/>
        </w:rPr>
        <w:t xml:space="preserve">study</w:t>
      </w:r>
      <w:r>
        <w:br/>
      </w:r>
      <w:r>
        <w:t xml:space="preserve">    (a) come to terms with</w:t>
      </w:r>
      <w:r>
        <w:br/>
      </w:r>
      <w:r>
        <w:t xml:space="preserve">    (b) cause (in reaction)</w:t>
      </w:r>
      <w:r>
        <w:br/>
      </w:r>
      <w:r>
        <w:t xml:space="preserve">    (c) notable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dull enough to confuse the eye in following, pronounced enough to constantly irritate and provoke study, and when you follow the lame uncertain curves for a little distance they suddenly commit suicide—plunge off at outrageous angles, destroy themselves in unheard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contradictions</w:t>
      </w:r>
      <w:r>
        <w:rPr>
          <w:b/>
          <w:bCs/>
        </w:rPr>
        <w:t xml:space="preserve">.</w:t>
      </w:r>
      <w:r>
        <w:br/>
      </w:r>
      <w:r>
        <w:t xml:space="preserve">    (a) things that disagree with themselves; or (more rarely) acts of disagreeing</w:t>
      </w:r>
      <w:r>
        <w:br/>
      </w:r>
      <w:r>
        <w:t xml:space="preserve">    (b) things about which one feels angry or unhappy due to having to accept them</w:t>
      </w:r>
      <w:r>
        <w:br/>
      </w:r>
      <w:r>
        <w:t xml:space="preserve">    (c) acts of move something out of an interacting position; or acts of stopping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sitting by the window now, up in this atrocious nursery, and there is nothing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</w:t>
      </w:r>
      <w:r>
        <w:rPr>
          <w:b/>
          <w:bCs/>
        </w:rPr>
        <w:t xml:space="preserve"> </w:t>
      </w:r>
      <w:r>
        <w:rPr>
          <w:b/>
          <w:bCs/>
        </w:rPr>
        <w:t xml:space="preserve">my writing as much as I please, save lack of strength.</w:t>
      </w:r>
      <w:r>
        <w:br/>
      </w:r>
      <w:r>
        <w:t xml:space="preserve">    (a) slow down or cause problems for</w:t>
      </w:r>
      <w:r>
        <w:br/>
      </w:r>
      <w:r>
        <w:t xml:space="preserve">    (b) to cause something to move forward</w:t>
      </w:r>
      <w:r>
        <w:br/>
      </w:r>
      <w:r>
        <w:t xml:space="preserve">    (c) make different; or show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get positively angry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impertinence</w:t>
      </w:r>
      <w:r>
        <w:rPr>
          <w:b/>
          <w:bCs/>
        </w:rPr>
        <w:t xml:space="preserve"> </w:t>
      </w:r>
      <w:r>
        <w:rPr>
          <w:b/>
          <w:bCs/>
        </w:rPr>
        <w:t xml:space="preserve">of it and the everlastingness.</w:t>
      </w:r>
      <w:r>
        <w:br/>
      </w:r>
      <w:r>
        <w:t xml:space="preserve">    (a) learns, discovers, or decides</w:t>
      </w:r>
      <w:r>
        <w:br/>
      </w:r>
      <w:r>
        <w:t xml:space="preserve">    (b) not recognizable as different</w:t>
      </w:r>
      <w:r>
        <w:br/>
      </w:r>
      <w:r>
        <w:t xml:space="preserve">    (c) rudeness or improper boldness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can see a strange, provoking, formless sort of figure, that seems to skulk about behind that silly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conspicuous</w:t>
      </w:r>
      <w:r>
        <w:rPr>
          <w:b/>
          <w:bCs/>
        </w:rPr>
        <w:t xml:space="preserve"> </w:t>
      </w:r>
      <w:r>
        <w:rPr>
          <w:b/>
          <w:bCs/>
        </w:rPr>
        <w:t xml:space="preserve">front design.</w:t>
      </w:r>
      <w:r>
        <w:br/>
      </w:r>
      <w:r>
        <w:t xml:space="preserve">    (a) relating to an acute intestinal infection caused by ingestion of contaminated water or food</w:t>
      </w:r>
      <w:r>
        <w:br/>
      </w:r>
      <w:r>
        <w:t xml:space="preserve">    (b) very noticeable (attention-attracting)</w:t>
      </w:r>
      <w:r>
        <w:br/>
      </w:r>
      <w:r>
        <w:t xml:space="preserve">    (c) the quality or degree of being in a crosswise direction (at a right angle to the long axis)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know a little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principle</w:t>
      </w:r>
      <w:r>
        <w:rPr>
          <w:b/>
          <w:bCs/>
        </w:rPr>
        <w:t xml:space="preserve"> </w:t>
      </w:r>
      <w:r>
        <w:rPr>
          <w:b/>
          <w:bCs/>
        </w:rPr>
        <w:t xml:space="preserve">of design, and I know this thing was not arranged on any laws of radiation, or alternation, or repetition, or symmetry, or anything else that I ever heard of.</w:t>
      </w:r>
      <w:r>
        <w:br/>
      </w:r>
      <w:r>
        <w:t xml:space="preserve">    (a) the act of forgiving</w:t>
      </w:r>
      <w:r>
        <w:br/>
      </w:r>
      <w:r>
        <w:t xml:space="preserve">    (b) basic rule or belief</w:t>
      </w:r>
      <w:r>
        <w:br/>
      </w:r>
      <w:r>
        <w:t xml:space="preserve">    (c) narrow water passage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bloated curves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flourishes</w:t>
      </w:r>
      <w:r>
        <w:br/>
      </w:r>
      <w:r>
        <w:t xml:space="preserve">    (a) good things or characteristics</w:t>
      </w:r>
      <w:r>
        <w:br/>
      </w:r>
      <w:r>
        <w:t xml:space="preserve">    (b) understandings or explanations</w:t>
      </w:r>
      <w:r>
        <w:br/>
      </w:r>
      <w:r>
        <w:t xml:space="preserve">    (c) showy gestures (ornamental flowing curves)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laughed a little the other day, and said I seemed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flourishing</w:t>
      </w:r>
      <w:r>
        <w:rPr>
          <w:b/>
          <w:bCs/>
        </w:rPr>
        <w:t xml:space="preserve"> </w:t>
      </w:r>
      <w:r>
        <w:rPr>
          <w:b/>
          <w:bCs/>
        </w:rPr>
        <w:t xml:space="preserve">in spite of my wall-paper.</w:t>
      </w:r>
      <w:r>
        <w:br/>
      </w:r>
      <w:r>
        <w:t xml:space="preserve">    (a) stopping a battle or fight</w:t>
      </w:r>
      <w:r>
        <w:br/>
      </w:r>
      <w:r>
        <w:t xml:space="preserve">    (b) changing through evolution</w:t>
      </w:r>
      <w:r>
        <w:br/>
      </w:r>
      <w:r>
        <w:t xml:space="preserve">    (c) growing or developing well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tried to have a real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</w:t>
      </w:r>
      <w:r>
        <w:rPr>
          <w:b/>
          <w:bCs/>
        </w:rPr>
        <w:t xml:space="preserve"> </w:t>
      </w:r>
      <w:r>
        <w:rPr>
          <w:b/>
          <w:bCs/>
        </w:rPr>
        <w:t xml:space="preserve">reasonable talk with him the other day,</w:t>
      </w:r>
      <w:r>
        <w:br/>
      </w:r>
      <w:r>
        <w:t xml:space="preserve">    (a) sincere or serious</w:t>
      </w:r>
      <w:r>
        <w:br/>
      </w:r>
      <w:r>
        <w:t xml:space="preserve">    (b) good or beneficial</w:t>
      </w:r>
      <w:r>
        <w:br/>
      </w:r>
      <w:r>
        <w:t xml:space="preserve">    (c) impossible to find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"Better in body perhaps—" I began, and stopped short, for he sat up straight and looked at me with such a stern,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reproachful</w:t>
      </w:r>
      <w:r>
        <w:rPr>
          <w:b/>
          <w:bCs/>
        </w:rPr>
        <w:t xml:space="preserve"> </w:t>
      </w:r>
      <w:r>
        <w:rPr>
          <w:b/>
          <w:bCs/>
        </w:rPr>
        <w:t xml:space="preserve">look that I could not say another word.</w:t>
      </w:r>
      <w:r>
        <w:br/>
      </w:r>
      <w:r>
        <w:t xml:space="preserve">    (a) without boundaries or limits</w:t>
      </w:r>
      <w:r>
        <w:br/>
      </w:r>
      <w:r>
        <w:t xml:space="preserve">    (b) critical (full of criticism)</w:t>
      </w:r>
      <w:r>
        <w:br/>
      </w:r>
      <w:r>
        <w:t xml:space="preserve">    (c) not good at making decisions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a pattern like this, by daylight, there is a lack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sequence</w:t>
      </w:r>
      <w:r>
        <w:rPr>
          <w:b/>
          <w:bCs/>
        </w:rPr>
        <w:t xml:space="preserve">, a defiance of law, that is a constant irritant to a normal mind.</w:t>
      </w:r>
      <w:r>
        <w:br/>
      </w:r>
      <w:r>
        <w:t xml:space="preserve">    (a) something repeated regularly</w:t>
      </w:r>
      <w:r>
        <w:br/>
      </w:r>
      <w:r>
        <w:t xml:space="preserve">    (b) happening in a specific order</w:t>
      </w:r>
      <w:r>
        <w:br/>
      </w:r>
      <w:r>
        <w:t xml:space="preserve">    (c) tell someone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 can imagine a toadstool in joints,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interminable</w:t>
      </w:r>
      <w:r>
        <w:rPr>
          <w:b/>
          <w:bCs/>
        </w:rPr>
        <w:t xml:space="preserve"> </w:t>
      </w:r>
      <w:r>
        <w:rPr>
          <w:b/>
          <w:bCs/>
        </w:rPr>
        <w:t xml:space="preserve">string of toadstools, budding and sprouting in endless convolutions—why, that is something like it.</w:t>
      </w:r>
      <w:r>
        <w:br/>
      </w:r>
      <w:r>
        <w:t xml:space="preserve">    (a) relating to expert judgement of what is good and bad about something</w:t>
      </w:r>
      <w:r>
        <w:br/>
      </w:r>
      <w:r>
        <w:t xml:space="preserve">    (b) full of anger or unhappiness at having to accept something not liked</w:t>
      </w:r>
      <w:r>
        <w:br/>
      </w:r>
      <w:r>
        <w:t xml:space="preserve">    (c) seemingly endless; or long and unpleasant (often boring or annoying)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cultivates</w:t>
      </w:r>
      <w:r>
        <w:rPr>
          <w:b/>
          <w:bCs/>
        </w:rPr>
        <w:t xml:space="preserve"> </w:t>
      </w:r>
      <w:r>
        <w:rPr>
          <w:b/>
          <w:bCs/>
        </w:rPr>
        <w:t xml:space="preserve">deceit, for I don't tell them I'm awake—O no!</w:t>
      </w:r>
      <w:r>
        <w:br/>
      </w:r>
      <w:r>
        <w:t xml:space="preserve">    (a) enhances development of</w:t>
      </w:r>
      <w:r>
        <w:br/>
      </w:r>
      <w:r>
        <w:t xml:space="preserve">    (b) moves out of an interacting position; or stops</w:t>
      </w:r>
      <w:r>
        <w:br/>
      </w:r>
      <w:r>
        <w:t xml:space="preserve">    (c) paintings made with watercolors on wet plaster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daytime it is tiresome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perplexing</w:t>
      </w:r>
      <w:r>
        <w:rPr>
          <w:b/>
          <w:bCs/>
        </w:rPr>
        <w:t xml:space="preserve">.</w:t>
      </w:r>
      <w:r>
        <w:br/>
      </w:r>
      <w:r>
        <w:t xml:space="preserve">    (a) confusing due to complexity</w:t>
      </w:r>
      <w:r>
        <w:br/>
      </w:r>
      <w:r>
        <w:t xml:space="preserve">    (b) treating as if of low worth</w:t>
      </w:r>
      <w:r>
        <w:br/>
      </w:r>
      <w:r>
        <w:t xml:space="preserve">    (c) delaying until a later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cannot keep count of them, though I have tried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conscientiously</w:t>
      </w:r>
      <w:r>
        <w:rPr>
          <w:b/>
          <w:bCs/>
        </w:rPr>
        <w:t xml:space="preserve">.</w:t>
      </w:r>
      <w:r>
        <w:br/>
      </w:r>
      <w:r>
        <w:t xml:space="preserve">    (a) in an excessively unhappy and unsociable manner</w:t>
      </w:r>
      <w:r>
        <w:br/>
      </w:r>
      <w:r>
        <w:t xml:space="preserve">    (b) with care</w:t>
      </w:r>
      <w:r>
        <w:br/>
      </w:r>
      <w:r>
        <w:t xml:space="preserve">    (c) in a manner that is not attractive or desirable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not bad--at first, and very gentle, but quite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subtlest</w:t>
      </w:r>
      <w:r>
        <w:rPr>
          <w:b/>
          <w:bCs/>
        </w:rPr>
        <w:t xml:space="preserve">, most enduring odor I ever met.</w:t>
      </w:r>
      <w:r>
        <w:br/>
      </w:r>
      <w:r>
        <w:t xml:space="preserve">    (a) believe or judge</w:t>
      </w:r>
      <w:r>
        <w:br/>
      </w:r>
      <w:r>
        <w:t xml:space="preserve">    (b) most understated</w:t>
      </w:r>
      <w:r>
        <w:br/>
      </w:r>
      <w:r>
        <w:t xml:space="preserve">    (c) cause a reaction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...quite the subtlest,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enduring</w:t>
      </w:r>
      <w:r>
        <w:rPr>
          <w:b/>
          <w:bCs/>
        </w:rPr>
        <w:t xml:space="preserve"> </w:t>
      </w:r>
      <w:r>
        <w:rPr>
          <w:b/>
          <w:bCs/>
        </w:rPr>
        <w:t xml:space="preserve">odor I ever met.</w:t>
      </w:r>
      <w:r>
        <w:br/>
      </w:r>
      <w:r>
        <w:t xml:space="preserve">    (a) lying or misleading</w:t>
      </w:r>
      <w:r>
        <w:br/>
      </w:r>
      <w:r>
        <w:t xml:space="preserve">    (b) influencing opinion</w:t>
      </w:r>
      <w:r>
        <w:br/>
      </w:r>
      <w:r>
        <w:t xml:space="preserve">    (c) continuing to exist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2026-07-31T16:19:29Z</dcterms:created>
  <dcterms:modified xsi:type="dcterms:W3CDTF">2026-07-31T16:19:29Z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